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סוגי משפטים והמרות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פשוט, מאוחה או מורכב?</w:t>
      </w:r>
    </w:p>
    <w:p>
      <w:pPr>
        <w:bidi/>
        <w:spacing w:before="0" w:after="20"/>
        <w:jc w:val="both"/>
      </w:pPr>
      <w:r>
        <w:rPr>
          <w:rtl/>
        </w:rPr>
        <w:t>א. הנהג עצר ליד התחנה, והנוסעים ירדו.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0" w:after="20"/>
        <w:jc w:val="both"/>
      </w:pPr>
      <w:r>
        <w:rPr>
          <w:rtl/>
        </w:rPr>
        <w:t>ב. אם תתאמנו בקביעות, תשתפרו.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0" w:after="20"/>
        <w:jc w:val="both"/>
      </w:pPr>
      <w:r>
        <w:rPr>
          <w:rtl/>
        </w:rPr>
        <w:t>ג. השחקנים והמאמן חגגו את הניצחון.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0" w:after="20"/>
        <w:jc w:val="both"/>
      </w:pPr>
      <w:r>
        <w:rPr>
          <w:rtl/>
        </w:rPr>
        <w:t>ד. ברור לכולם שהמצב השתנה.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0" w:after="20"/>
        <w:jc w:val="both"/>
      </w:pPr>
      <w:r>
        <w:rPr>
          <w:rtl/>
        </w:rPr>
        <w:t>ה. החנות נסגרה מוקדם, ולכן לא קנינו דבר.</w:t>
      </w:r>
    </w:p>
    <w:p>
      <w:pPr>
        <w:bidi/>
        <w:spacing w:before="0" w:after="80"/>
        <w:jc w:val="both"/>
      </w:pPr>
      <w:r>
        <w:rPr>
          <w:rtl/>
        </w:rPr>
        <w:t xml:space="preserve">   ○ פשוט      ○ מאוחה      ○ מורכב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בכל משפט מורכב את הפסוקית ואת מילת השעבוד, וכתבו את סוג הפסוקית.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פסוקית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שעבוד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הפסוקית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ביקשה שנגיע בזמן.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נשארנו ערים עד שהסרט נגמר.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הדירה שבה גדלתי נמכרה.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יצאנו מוקדם כדי שלא נאחר.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הרכיבו משפט מורכב משני המשפטים בעזרת מילת השעבוד שבסוגריים. כתבו רק את הפסוקית החסרה.</w:t>
      </w:r>
    </w:p>
    <w:p>
      <w:pPr>
        <w:bidi/>
        <w:spacing w:before="0" w:after="60"/>
        <w:jc w:val="both"/>
      </w:pPr>
      <w:r>
        <w:rPr>
          <w:rtl/>
        </w:rPr>
        <w:t>א. הכביש היה חסום. נסענו בדרך אחרת. (מפני ש־) – __________, נסענו בדרך אחרת.</w:t>
      </w:r>
    </w:p>
    <w:p>
      <w:pPr>
        <w:bidi/>
        <w:spacing w:before="0" w:after="60"/>
        <w:jc w:val="both"/>
      </w:pPr>
      <w:r>
        <w:rPr>
          <w:rtl/>
        </w:rPr>
        <w:t>ב. היה קר מאוד. יצאנו לריצה. (אף על פי ש־) – __________, יצאנו לריצה.</w:t>
      </w:r>
    </w:p>
    <w:p>
      <w:pPr>
        <w:bidi/>
        <w:spacing w:before="0" w:after="60"/>
        <w:jc w:val="both"/>
      </w:pPr>
      <w:r>
        <w:rPr>
          <w:rtl/>
        </w:rPr>
        <w:t>ג. תשלחו את הטופס. תקבלו אישור. (אם) – __________, תקבלו אישור.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המירו את המשפט המורכב למשפט מאוחה. השלימו את החלק החסר.</w:t>
      </w:r>
    </w:p>
    <w:p>
      <w:pPr>
        <w:bidi/>
        <w:spacing w:before="0" w:after="60"/>
        <w:jc w:val="both"/>
      </w:pPr>
      <w:r>
        <w:rPr>
          <w:rtl/>
        </w:rPr>
        <w:t>א. מכיוון שהמחשב נתקע, איבדתי את הקובץ. – המחשב נתקע, __________ איבדתי את הקובץ.</w:t>
      </w:r>
    </w:p>
    <w:p>
      <w:pPr>
        <w:bidi/>
        <w:spacing w:before="0" w:after="60"/>
        <w:jc w:val="both"/>
      </w:pPr>
      <w:r>
        <w:rPr>
          <w:rtl/>
        </w:rPr>
        <w:t>ב. אף על פי שהתאמנו, הפסדנו. – התאמנו, __________ הפסדנו.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הספרייה שחזרה לחיים*</w:t>
      </w:r>
    </w:p>
    <w:tbl>
      <w:tblPr>
        <w:bidiVisual/>
        <w:tblW w:w="986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60" w:type="dxa"/>
          <w:bottom w:w="0" w:type="dxa"/>
          <w:right w:w="60" w:type="dxa"/>
        </w:tblCellMar>
      </w:tblPr>
      <w:tblGrid>
        <w:gridCol w:w="510"/>
        <w:gridCol w:w="9354"/>
      </w:tblGrid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1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הספרייה השכונתית עמדה סגורה כמה שנים, כי לא היה מי שיפעיל אותה. קבוצת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תושבים החליטה לשנות את המצב. הם ניקו את המבנה, אספו ספרים מהשכנים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וגייסו מתנדבים.</w:t>
            </w:r>
          </w:p>
        </w:tc>
      </w:tr>
      <w:tr>
        <w:trPr>
          <w:cantSplit/>
        </w:trPr>
        <w:tc>
          <w:tcPr>
            <w:tcW w:w="510" w:type="dxa"/>
          </w:tcPr>
          <w:p>
            <w:pPr>
              <w:bidi/>
              <w:spacing w:before="48" w:after="0"/>
              <w:jc w:val="center"/>
            </w:pPr>
            <w:r>
              <w:rPr>
                <w:rFonts w:ascii="Arial" w:hAnsi="Arial" w:cs="Arial"/>
                <w:b/>
                <w:bCs/>
                <w:color w:val="94A3B8"/>
                <w:sz w:val="17"/>
                <w:szCs w:val="17"/>
                <w:rtl/>
              </w:rPr>
              <w:t>4</w:t>
            </w:r>
          </w:p>
        </w:tc>
        <w:tc>
          <w:tcPr>
            <w:tcW w:w="9354" w:type="dxa"/>
          </w:tcPr>
          <w:p>
            <w:pPr>
              <w:bidi/>
              <w:spacing w:before="0" w:after="80" w:line="336" w:lineRule="auto"/>
              <w:jc w:val="both"/>
            </w:pPr>
            <w:r>
              <w:rPr>
                <w:rFonts w:ascii="Arial" w:hAnsi="Arial" w:cs="Arial"/>
                <w:sz w:val="24"/>
                <w:szCs w:val="24"/>
                <w:rtl/>
              </w:rPr>
              <w:t>כשהספרייה נפתחה מחדש, הגיעו אליה עשרות ילדים. היום מתקיימות בה שעות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סיפור, חוגי קריאה ומפגשים עם סופרים. המתנדבים מקווים שהעירייה תתמוך</w:t>
              <w:br/>
            </w:r>
            <w:r>
              <w:rPr>
                <w:rFonts w:ascii="Arial" w:hAnsi="Arial" w:cs="Arial"/>
                <w:sz w:val="24"/>
                <w:szCs w:val="24"/>
                <w:rtl/>
              </w:rPr>
              <w:t>בפעילות, אבל בינתיים הם ממשיכים לבד.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5B6476"/>
          <w:sz w:val="20"/>
          <w:szCs w:val="20"/>
          <w:rtl/>
        </w:rPr>
        <w:t>* נכתב על ידי דורון נחמיאס, 2017. מתוך: «מסלולים» – מגזין לנוער.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לפי הקטע «הספרייה שחזרה לחיים»: כתבו ליד כל משפט את סוגו (פשוט, מאוחה או מורכב) והסבירו בקצרה.</w:t>
      </w:r>
    </w:p>
    <w:p>
      <w:pPr>
        <w:bidi/>
        <w:spacing w:before="0" w:after="100"/>
        <w:jc w:val="both"/>
      </w:pPr>
      <w:r>
        <w:rPr>
          <w:rtl/>
        </w:rPr>
        <w:t>א. הספרייה השכונתית עמדה סגורה כמה שנים, כי לא היה מי שיפעיל אותה.</w:t>
      </w:r>
    </w:p>
    <w:p>
      <w:pPr>
        <w:bidi/>
        <w:spacing w:before="0" w:after="100"/>
        <w:jc w:val="both"/>
      </w:pPr>
      <w:r>
        <w:rPr>
          <w:rtl/>
        </w:rPr>
        <w:t>ב. הם ניקו את המבנה, אספו ספרים מהשכנים וגייסו מתנדבים.</w:t>
      </w:r>
    </w:p>
    <w:p>
      <w:pPr>
        <w:bidi/>
        <w:spacing w:before="0" w:after="100"/>
        <w:jc w:val="both"/>
      </w:pPr>
      <w:r>
        <w:rPr>
          <w:rtl/>
        </w:rPr>
        <w:t>ג. כשהספרייה נפתחה מחדש, הגיעו אליה עשרות ילדים.</w:t>
      </w:r>
    </w:p>
    <w:p>
      <w:pPr>
        <w:bidi/>
        <w:spacing w:before="0" w:after="100"/>
        <w:jc w:val="both"/>
      </w:pPr>
      <w:r>
        <w:rPr>
          <w:rtl/>
        </w:rPr>
        <w:t>ד. המתנדבים מקווים שהעירייה תתמוך בפעילות, אבל בינתיים הם ממשיכים לבד.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פרקו את המשפט הבא לשלושה משפטים פשוטים: «התושבים, שרצו לפתוח את הספרייה מחדש, אספו ספרים מהשכנים כדי שיהיה מה להשאיל».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משפט ארוך הוא תמיד משפט מורכב.      נכון / לא נכון</w:t>
      </w:r>
    </w:p>
    <w:p>
      <w:pPr>
        <w:bidi/>
        <w:spacing w:before="0" w:after="60"/>
        <w:jc w:val="both"/>
      </w:pPr>
      <w:r>
        <w:rPr>
          <w:rtl/>
        </w:rPr>
        <w:t>ב. במשפט מאוחה כל חלק יכול לעמוד בפני עצמו.      נכון / לא נכון</w:t>
      </w:r>
    </w:p>
    <w:p>
      <w:pPr>
        <w:bidi/>
        <w:spacing w:before="0" w:after="60"/>
        <w:jc w:val="both"/>
      </w:pPr>
      <w:r>
        <w:rPr>
          <w:rtl/>
        </w:rPr>
        <w:t>ג. פסוקית ממלאת תפקיד תחבירי במשפט העיקרי.      נכון / לא נכון</w:t>
      </w:r>
    </w:p>
    <w:p>
      <w:pPr>
        <w:bidi/>
        <w:spacing w:before="0" w:after="60"/>
        <w:jc w:val="both"/>
      </w:pPr>
      <w:r>
        <w:rPr>
          <w:rtl/>
        </w:rPr>
        <w:t>ד. «אבל» היא מילת שעבוד שפותחת פסוקית.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את הרעיון «התחבורה הציבורית השתפרה, ולכן יותר אנשים משאירים את הרכב בבית» בשלושה מבנים: מאוחה, מורכב ופשוט.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מילות החיבור: מה מחבר משפט מאוחה ומה פותח פסוקית?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אבל  |  לכן  |  או  |  כאשר  |  כדי ש־  |  אף על פי ש־  |  אולם  |  אם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מאוחה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פסוקית במשפט מורכב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פרקו את המשפט המאוחה לשני משפטים עצמאיים. כתבו את המשפט השני.</w:t>
      </w:r>
    </w:p>
    <w:p>
      <w:pPr>
        <w:bidi/>
        <w:spacing w:before="0" w:after="60"/>
        <w:jc w:val="both"/>
      </w:pPr>
      <w:r>
        <w:rPr>
          <w:rtl/>
        </w:rPr>
        <w:t>א. האוטובוס איחר, ולכן הגענו מאוחר. – האוטובוס איחר. __________</w:t>
      </w:r>
    </w:p>
    <w:p>
      <w:pPr>
        <w:bidi/>
        <w:spacing w:before="0" w:after="60"/>
        <w:jc w:val="both"/>
      </w:pPr>
      <w:r>
        <w:rPr>
          <w:rtl/>
        </w:rPr>
        <w:t>ב. הם רצו לטייל, אבל ירד גשם. – הם רצו לטייל. 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קראו את המשפט «המורה ביקשה שכל תלמיד יביא ספר שהוא אוהב». נכון או לא נכון?</w:t>
      </w:r>
    </w:p>
    <w:p>
      <w:pPr>
        <w:bidi/>
        <w:spacing w:before="0" w:after="60"/>
        <w:jc w:val="both"/>
      </w:pPr>
      <w:r>
        <w:rPr>
          <w:rtl/>
        </w:rPr>
        <w:t>א. זה משפט מורכב.      נכון / לא נכון</w:t>
      </w:r>
    </w:p>
    <w:p>
      <w:pPr>
        <w:bidi/>
        <w:spacing w:before="0" w:after="60"/>
        <w:jc w:val="both"/>
      </w:pPr>
      <w:r>
        <w:rPr>
          <w:rtl/>
        </w:rPr>
        <w:t>ב. יש בו פסוקית מושא.      נכון / לא נכון</w:t>
      </w:r>
    </w:p>
    <w:p>
      <w:pPr>
        <w:bidi/>
        <w:spacing w:before="0" w:after="60"/>
        <w:jc w:val="both"/>
      </w:pPr>
      <w:r>
        <w:rPr>
          <w:rtl/>
        </w:rPr>
        <w:t>ג. «שהוא אוהב» היא פסוקית תיאור.      נכון / לא נכון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י'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סוגי משפטים והמרות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פשוט, מאוחה או מורכב?</w:t>
      </w:r>
    </w:p>
    <w:p>
      <w:pPr>
        <w:bidi/>
        <w:spacing w:before="0" w:after="20"/>
        <w:jc w:val="both"/>
      </w:pPr>
      <w:r>
        <w:rPr>
          <w:rtl/>
        </w:rPr>
        <w:t>א. הנהג עצר ליד התחנה, והנוסעים ירדו.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מאוחה</w:t>
      </w:r>
    </w:p>
    <w:p>
      <w:pPr>
        <w:bidi/>
        <w:spacing w:before="0" w:after="20"/>
        <w:jc w:val="both"/>
      </w:pPr>
      <w:r>
        <w:rPr>
          <w:rtl/>
        </w:rPr>
        <w:t>ב. אם תתאמנו בקביעות, תשתפרו.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מורכב</w:t>
      </w:r>
    </w:p>
    <w:p>
      <w:pPr>
        <w:bidi/>
        <w:spacing w:before="0" w:after="20"/>
        <w:jc w:val="both"/>
      </w:pPr>
      <w:r>
        <w:rPr>
          <w:rtl/>
        </w:rPr>
        <w:t>ג. השחקנים והמאמן חגגו את הניצחון.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פשוט</w:t>
      </w:r>
    </w:p>
    <w:p>
      <w:pPr>
        <w:bidi/>
        <w:spacing w:before="0" w:after="20"/>
        <w:jc w:val="both"/>
      </w:pPr>
      <w:r>
        <w:rPr>
          <w:rtl/>
        </w:rPr>
        <w:t>ד. ברור לכולם שהמצב השתנה.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מורכב</w:t>
      </w:r>
    </w:p>
    <w:p>
      <w:pPr>
        <w:bidi/>
        <w:spacing w:before="0" w:after="20"/>
        <w:jc w:val="both"/>
      </w:pPr>
      <w:r>
        <w:rPr>
          <w:rtl/>
        </w:rPr>
        <w:t>ה. החנות נסגרה מוקדם, ולכן לא קנינו דבר.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מאוחה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בכל משפט מורכב את הפסוקית ואת מילת השעבוד, וכתבו את סוג הפסוקית.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פסוקית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מילת שעבוד</w:t>
            </w:r>
          </w:p>
        </w:tc>
        <w:tc>
          <w:tcPr>
            <w:tcW w:type="dxa" w:w="2494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סוג הפסוקית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המורה ביקשה שנגיע בזמן.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שנגיע בזמן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מושא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נשארנו ערים עד שהסרט נגמר.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עד שהסרט נגמר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עד ש־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תיאור זמן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הדירה שבה גדלתי נמכרה.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שבה גדלתי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ש־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לוואי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יצאנו מוקדם כדי שלא נאחר.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כדי שלא נאחר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כדי ש־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תיאור תכלית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הרכיבו משפט מורכב משני המשפטים בעזרת מילת השעבוד שבסוגריים. כתבו רק את הפסוקית החסרה.</w:t>
      </w:r>
    </w:p>
    <w:p>
      <w:pPr>
        <w:bidi/>
        <w:spacing w:before="0" w:after="40"/>
        <w:jc w:val="both"/>
      </w:pPr>
      <w:r>
        <w:rPr>
          <w:rtl/>
        </w:rPr>
        <w:t>א. הכביש היה חסום. נסענו בדרך אחרת. (מפני ש־) – מפני שהכביש היה חסום, נסענו בדרך אחרת.</w:t>
      </w:r>
    </w:p>
    <w:p>
      <w:pPr>
        <w:bidi/>
        <w:spacing w:before="0" w:after="40"/>
        <w:jc w:val="both"/>
      </w:pPr>
      <w:r>
        <w:rPr>
          <w:rtl/>
        </w:rPr>
        <w:t>ב. היה קר מאוד. יצאנו לריצה. (אף על פי ש־) – אף על פי שהיה קר מאוד, יצאנו לריצה.</w:t>
      </w:r>
    </w:p>
    <w:p>
      <w:pPr>
        <w:bidi/>
        <w:spacing w:before="0" w:after="40"/>
        <w:jc w:val="both"/>
      </w:pPr>
      <w:r>
        <w:rPr>
          <w:rtl/>
        </w:rPr>
        <w:t>ג. תשלחו את הטופס. תקבלו אישור. (אם) – אם תשלחו את הטופס, תקבלו אישור.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המירו את המשפט המורכב למשפט מאוחה. השלימו את החלק החסר.</w:t>
      </w:r>
    </w:p>
    <w:p>
      <w:pPr>
        <w:bidi/>
        <w:spacing w:before="0" w:after="40"/>
        <w:jc w:val="both"/>
      </w:pPr>
      <w:r>
        <w:rPr>
          <w:rtl/>
        </w:rPr>
        <w:t>א. מכיוון שהמחשב נתקע, איבדתי את הקובץ. – המחשב נתקע, ולכן איבדתי את הקובץ.</w:t>
      </w:r>
    </w:p>
    <w:p>
      <w:pPr>
        <w:bidi/>
        <w:spacing w:before="0" w:after="40"/>
        <w:jc w:val="both"/>
      </w:pPr>
      <w:r>
        <w:rPr>
          <w:rtl/>
        </w:rPr>
        <w:t>ב. אף על פי שהתאמנו, הפסדנו. – התאמנו, אבל הפסדנו.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לפי הקטע «הספרייה שחזרה לחיים»: כתבו ליד כל משפט את סוגו (פשוט, מאוחה או מורכב) והסבירו בקצרה.</w:t>
      </w:r>
    </w:p>
    <w:p>
      <w:pPr>
        <w:bidi/>
        <w:spacing w:before="0" w:after="100"/>
        <w:jc w:val="both"/>
      </w:pPr>
      <w:r>
        <w:rPr>
          <w:rtl/>
        </w:rPr>
        <w:t>א. הספרייה השכונתית עמדה סגורה כמה שנים, כי לא היה מי שיפעיל אותה.  ← מורכב – פסוקית סיבה «כי לא היה מי שיפעיל אותה»</w:t>
      </w:r>
    </w:p>
    <w:p>
      <w:pPr>
        <w:bidi/>
        <w:spacing w:before="0" w:after="100"/>
        <w:jc w:val="both"/>
      </w:pPr>
      <w:r>
        <w:rPr>
          <w:rtl/>
        </w:rPr>
        <w:t>ב. הם ניקו את המבנה, אספו ספרים מהשכנים וגייסו מתנדבים.  ← פשוט – נשואים כוללים (ניקו, אספו, גייסו)</w:t>
      </w:r>
    </w:p>
    <w:p>
      <w:pPr>
        <w:bidi/>
        <w:spacing w:before="0" w:after="100"/>
        <w:jc w:val="both"/>
      </w:pPr>
      <w:r>
        <w:rPr>
          <w:rtl/>
        </w:rPr>
        <w:t>ג. כשהספרייה נפתחה מחדש, הגיעו אליה עשרות ילדים.  ← מורכב – פסוקית זמן «כשהספרייה נפתחה מחדש»</w:t>
      </w:r>
    </w:p>
    <w:p>
      <w:pPr>
        <w:bidi/>
        <w:spacing w:before="0" w:after="100"/>
        <w:jc w:val="both"/>
      </w:pPr>
      <w:r>
        <w:rPr>
          <w:rtl/>
        </w:rPr>
        <w:t>ד. המתנדבים מקווים שהעירייה תתמוך בפעילות, אבל בינתיים הם ממשיכים לבד.  ← מאוחה – שני חלקים עצמאיים המחוברים ב«אבל» (ובחלק הראשון פסוקית מושא)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פרקו את המשפט הבא לשלושה משפטים פשוטים: «התושבים, שרצו לפתוח את הספרייה מחדש, אספו ספרים מהשכנים כדי שיהיה מה להשאיל».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התושבים רצו לפתוח את הספרייה מחדש. הם אספו ספרים מהשכנים. הם רצו שיהיה מה להשאיל.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משפט ארוך הוא תמיד משפט מורכב. – לא נכון – גם משפט ארוך יכול להיות פשוט, למשל משפט בעל חלקים כוללים.</w:t>
      </w:r>
    </w:p>
    <w:p>
      <w:pPr>
        <w:bidi/>
        <w:spacing w:before="0" w:after="40"/>
        <w:jc w:val="both"/>
      </w:pPr>
      <w:r>
        <w:rPr>
          <w:rtl/>
        </w:rPr>
        <w:t>ב. במשפט מאוחה כל חלק יכול לעמוד בפני עצמו. – נכון</w:t>
      </w:r>
    </w:p>
    <w:p>
      <w:pPr>
        <w:bidi/>
        <w:spacing w:before="0" w:after="40"/>
        <w:jc w:val="both"/>
      </w:pPr>
      <w:r>
        <w:rPr>
          <w:rtl/>
        </w:rPr>
        <w:t>ג. פסוקית ממלאת תפקיד תחבירי במשפט העיקרי. – נכון</w:t>
      </w:r>
    </w:p>
    <w:p>
      <w:pPr>
        <w:bidi/>
        <w:spacing w:before="0" w:after="40"/>
        <w:jc w:val="both"/>
      </w:pPr>
      <w:r>
        <w:rPr>
          <w:rtl/>
        </w:rPr>
        <w:t>ד. «אבל» היא מילת שעבוד שפותחת פסוקית. – לא נכון – «אבל» מחברת חלקים של משפט מאוחה.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כתבו את הרעיון «התחבורה הציבורית השתפרה, ולכן יותר אנשים משאירים את הרכב בבית» בשלושה מבנים: מאוחה, מורכב ופשוט.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מאוחה: התחבורה הציבורית השתפרה, ולכן יותר אנשים משאירים את הרכב בבית. מורכב: מפני שהתחבורה הציבורית השתפרה, יותר אנשים משאירים את הרכב בבית. פשוט: בזכות שיפור התחבורה הציבורית יותר אנשים משאירים את הרכב בבית.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מילות החיבור: מה מחבר משפט מאוחה ומה פותח פסוקית?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משפט מאוחה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פסוקית במשפט מורכב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אבל, לכן, או, אולם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כאשר, כדי ש־, אף על פי ש־, אם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פרקו את המשפט המאוחה לשני משפטים עצמאיים. כתבו את המשפט השני.</w:t>
      </w:r>
    </w:p>
    <w:p>
      <w:pPr>
        <w:bidi/>
        <w:spacing w:before="0" w:after="40"/>
        <w:jc w:val="both"/>
      </w:pPr>
      <w:r>
        <w:rPr>
          <w:rtl/>
        </w:rPr>
        <w:t>א. האוטובוס איחר, ולכן הגענו מאוחר. – האוטובוס איחר. בגלל זה הגענו מאוחר.</w:t>
      </w:r>
    </w:p>
    <w:p>
      <w:pPr>
        <w:bidi/>
        <w:spacing w:before="0" w:after="40"/>
        <w:jc w:val="both"/>
      </w:pPr>
      <w:r>
        <w:rPr>
          <w:rtl/>
        </w:rPr>
        <w:t>ב. הם רצו לטייל, אבל ירד גשם. – הם רצו לטייל. אולם ירד גשם.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קראו את המשפט «המורה ביקשה שכל תלמיד יביא ספר שהוא אוהב». נכון או לא נכון?</w:t>
      </w:r>
    </w:p>
    <w:p>
      <w:pPr>
        <w:bidi/>
        <w:spacing w:before="0" w:after="40"/>
        <w:jc w:val="both"/>
      </w:pPr>
      <w:r>
        <w:rPr>
          <w:rtl/>
        </w:rPr>
        <w:t>א. זה משפט מורכב. – נכון</w:t>
      </w:r>
    </w:p>
    <w:p>
      <w:pPr>
        <w:bidi/>
        <w:spacing w:before="0" w:after="40"/>
        <w:jc w:val="both"/>
      </w:pPr>
      <w:r>
        <w:rPr>
          <w:rtl/>
        </w:rPr>
        <w:t>ב. יש בו פסוקית מושא. – נכון</w:t>
      </w:r>
    </w:p>
    <w:p>
      <w:pPr>
        <w:bidi/>
        <w:spacing w:before="0" w:after="40"/>
        <w:jc w:val="both"/>
      </w:pPr>
      <w:r>
        <w:rPr>
          <w:rtl/>
        </w:rPr>
        <w:t>ג. «שהוא אוהב» היא פסוקית תיאור. – לא נכון – «שהוא אוהב» היא פסוקית לוואי של «ספר».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