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קשרים לוגיים ומילות קישור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איזה קשר לוגי מביעה מילת הקישור במירכאות?</w:t>
      </w:r>
    </w:p>
    <w:p>
      <w:pPr>
        <w:bidi/>
        <w:spacing w:before="0" w:after="20"/>
        <w:jc w:val="both"/>
      </w:pPr>
      <w:r>
        <w:rPr>
          <w:rtl/>
        </w:rPr>
        <w:t>א. הוא לא הגיע, «משום ש־»חלה.</w:t>
      </w:r>
    </w:p>
    <w:p>
      <w:pPr>
        <w:bidi/>
        <w:spacing w:before="0" w:after="80"/>
        <w:jc w:val="both"/>
      </w:pPr>
      <w:r>
        <w:rPr>
          <w:rtl/>
        </w:rPr>
        <w:t xml:space="preserve">   ○ סיבה      ○ תוצאה      ○ ויתור      ○ תכלית</w:t>
      </w:r>
    </w:p>
    <w:p>
      <w:pPr>
        <w:bidi/>
        <w:spacing w:before="0" w:after="20"/>
        <w:jc w:val="both"/>
      </w:pPr>
      <w:r>
        <w:rPr>
          <w:rtl/>
        </w:rPr>
        <w:t>ב. הכביש היה חסום, «לפיכך» נסענו בדרך אחרת.</w:t>
      </w:r>
    </w:p>
    <w:p>
      <w:pPr>
        <w:bidi/>
        <w:spacing w:before="0" w:after="80"/>
        <w:jc w:val="both"/>
      </w:pPr>
      <w:r>
        <w:rPr>
          <w:rtl/>
        </w:rPr>
        <w:t xml:space="preserve">   ○ סיבה      ○ תוצאה      ○ ויתור      ○ תכלית</w:t>
      </w:r>
    </w:p>
    <w:p>
      <w:pPr>
        <w:bidi/>
        <w:spacing w:before="0" w:after="20"/>
        <w:jc w:val="both"/>
      </w:pPr>
      <w:r>
        <w:rPr>
          <w:rtl/>
        </w:rPr>
        <w:t>ג. «אף על פי ש־»התכוננו, המבחן היה קשה לנו.</w:t>
      </w:r>
    </w:p>
    <w:p>
      <w:pPr>
        <w:bidi/>
        <w:spacing w:before="0" w:after="80"/>
        <w:jc w:val="both"/>
      </w:pPr>
      <w:r>
        <w:rPr>
          <w:rtl/>
        </w:rPr>
        <w:t xml:space="preserve">   ○ סיבה      ○ תוצאה      ○ ויתור      ○ תכלית</w:t>
      </w:r>
    </w:p>
    <w:p>
      <w:pPr>
        <w:bidi/>
        <w:spacing w:before="0" w:after="20"/>
        <w:jc w:val="both"/>
      </w:pPr>
      <w:r>
        <w:rPr>
          <w:rtl/>
        </w:rPr>
        <w:t>ד. קמנו מוקדם «על מנת» לראות את הזריחה.</w:t>
      </w:r>
    </w:p>
    <w:p>
      <w:pPr>
        <w:bidi/>
        <w:spacing w:before="0" w:after="80"/>
        <w:jc w:val="both"/>
      </w:pPr>
      <w:r>
        <w:rPr>
          <w:rtl/>
        </w:rPr>
        <w:t xml:space="preserve">   ○ סיבה      ○ תוצאה      ○ ויתור      ○ תכלית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מילת קישור מתאימה מהמחסן. השתמשו בכל מילה פעם אחת.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מחסן מילים: לעומת זאת  |  יתרה מזו  |  אילו  |  בזכות  |  כדי ש־</w:t>
      </w:r>
    </w:p>
    <w:p>
      <w:pPr>
        <w:bidi/>
        <w:spacing w:before="0" w:after="60"/>
        <w:jc w:val="both"/>
      </w:pPr>
      <w:r>
        <w:rPr>
          <w:rtl/>
        </w:rPr>
        <w:t>א. העיר הצפונית שקטה; העיר הדרומית, __________, הומה ותוססת.</w:t>
      </w:r>
    </w:p>
    <w:p>
      <w:pPr>
        <w:bidi/>
        <w:spacing w:before="0" w:after="60"/>
        <w:jc w:val="both"/>
      </w:pPr>
      <w:r>
        <w:rPr>
          <w:rtl/>
        </w:rPr>
        <w:t>ב. __________ ידעתי שאתם מגיעים, הייתי מכינה ארוחה.</w:t>
      </w:r>
    </w:p>
    <w:p>
      <w:pPr>
        <w:bidi/>
        <w:spacing w:before="0" w:after="60"/>
        <w:jc w:val="both"/>
      </w:pPr>
      <w:r>
        <w:rPr>
          <w:rtl/>
        </w:rPr>
        <w:t>ג. התוכנית חוסכת זמן, __________ – היא חוסכת גם כסף.</w:t>
      </w:r>
    </w:p>
    <w:p>
      <w:pPr>
        <w:bidi/>
        <w:spacing w:before="0" w:after="60"/>
        <w:jc w:val="both"/>
      </w:pPr>
      <w:r>
        <w:rPr>
          <w:rtl/>
        </w:rPr>
        <w:t>ד. הצלחנו __________ העזרה של החברים.</w:t>
      </w:r>
    </w:p>
    <w:p>
      <w:pPr>
        <w:bidi/>
        <w:spacing w:before="0" w:after="60"/>
        <w:jc w:val="both"/>
      </w:pPr>
      <w:r>
        <w:rPr>
          <w:rtl/>
        </w:rPr>
        <w:t>ה. הסברתי שוב __________ כולם יבינו.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החליפו את מילת הקישור במילה אחרת המביעה אותו קשר, וכתבו את שם הקשר.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חלופית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החנות נסגרה, ולכן חזרנו הביתה.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אומנם התאמנו, אבל הפסדנו.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נלך לים, אלא אם כן ירד גשם.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כשם שהוא עזר לי, כך אעזור לו.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תקין או לא תקין? תקנו את המשפטים הלא תקינים.</w:t>
      </w:r>
    </w:p>
    <w:p>
      <w:pPr>
        <w:bidi/>
        <w:spacing w:before="0" w:after="60"/>
        <w:jc w:val="both"/>
      </w:pPr>
      <w:r>
        <w:rPr>
          <w:rtl/>
        </w:rPr>
        <w:t>א. למרות שהיה קר, יצאנו לטיול.      נכון / לא נכון</w:t>
      </w:r>
    </w:p>
    <w:p>
      <w:pPr>
        <w:bidi/>
        <w:spacing w:before="0" w:after="60"/>
        <w:jc w:val="both"/>
      </w:pPr>
      <w:r>
        <w:rPr>
          <w:rtl/>
        </w:rPr>
        <w:t>ב. בגלל הגשם הטיול בוטל.      נכון / לא נכון</w:t>
      </w:r>
    </w:p>
    <w:p>
      <w:pPr>
        <w:bidi/>
        <w:spacing w:before="0" w:after="60"/>
        <w:jc w:val="both"/>
      </w:pPr>
      <w:r>
        <w:rPr>
          <w:rtl/>
        </w:rPr>
        <w:t>ג. למרות הוא היה עייף, הוא המשיך.      נכון / לא נכון</w:t>
      </w:r>
    </w:p>
    <w:p>
      <w:pPr>
        <w:bidi/>
        <w:spacing w:before="0" w:after="60"/>
        <w:jc w:val="both"/>
      </w:pPr>
      <w:r>
        <w:rPr>
          <w:rtl/>
        </w:rPr>
        <w:t>ד. הוא הצליח, לכן שהתאמן הרבה.      נכון / לא נכון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למה כדאי ללמוד שפה נוספת*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רבים סבורים שלימוד שפה זרה מועיל רק למי שמתכנן לטוס לחו״ל. אולם מחקרים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מראים שהתועלת רחבה הרבה יותר. כאשר לומדים שפה חדשה, המוח מתרגל לעבור בין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מערכות של חוקים, ולכן משתפרת היכולת להתמקד ולפתור בעיות.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6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3"/>
                <w:szCs w:val="23"/>
                <w:rtl/>
              </w:rPr>
              <w:t>נוסף על כך, שפה נוספת פותחת דלת לתרבות אחרת: לספרות, לשירים ולדרך חשיבה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שונה. אומנם הלימוד דורש זמן וסבלנות, אך מי שמתמיד נהנה מהיתרונות כל החיים. לכן</w:t>
              <w:br/>
            </w:r>
            <w:r>
              <w:rPr>
                <w:rFonts w:ascii="Arial" w:hAnsi="Arial" w:cs="Arial"/>
                <w:sz w:val="23"/>
                <w:szCs w:val="23"/>
                <w:rtl/>
              </w:rPr>
              <w:t>כדאי להתחיל כבר בגיל צעיר.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דנה קרני, 2021. מתוך: אתר «מבט צעיר».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«למה כדאי ללמוד שפה נוספת»: כתבו ליד כל צירוף את הקשר הלוגי שהוא מביע.</w:t>
      </w:r>
    </w:p>
    <w:p>
      <w:pPr>
        <w:bidi/>
        <w:spacing w:before="0" w:after="100"/>
        <w:jc w:val="both"/>
      </w:pPr>
      <w:r>
        <w:rPr>
          <w:rtl/>
        </w:rPr>
        <w:t>א. «אולם מחקרים מראים...»</w:t>
      </w:r>
    </w:p>
    <w:p>
      <w:pPr>
        <w:bidi/>
        <w:spacing w:before="0" w:after="100"/>
        <w:jc w:val="both"/>
      </w:pPr>
      <w:r>
        <w:rPr>
          <w:rtl/>
        </w:rPr>
        <w:t>ב. «כאשר לומדים שפה חדשה...»</w:t>
      </w:r>
    </w:p>
    <w:p>
      <w:pPr>
        <w:bidi/>
        <w:spacing w:before="0" w:after="100"/>
        <w:jc w:val="both"/>
      </w:pPr>
      <w:r>
        <w:rPr>
          <w:rtl/>
        </w:rPr>
        <w:t>ג. «ולכן משתפרת היכולת...»</w:t>
      </w:r>
    </w:p>
    <w:p>
      <w:pPr>
        <w:bidi/>
        <w:spacing w:before="0" w:after="100"/>
        <w:jc w:val="both"/>
      </w:pPr>
      <w:r>
        <w:rPr>
          <w:rtl/>
        </w:rPr>
        <w:t>ד. «נוסף על כך...»</w:t>
      </w:r>
    </w:p>
    <w:p>
      <w:pPr>
        <w:bidi/>
        <w:spacing w:before="0" w:after="100"/>
        <w:jc w:val="both"/>
      </w:pPr>
      <w:r>
        <w:rPr>
          <w:rtl/>
        </w:rPr>
        <w:t>ה. «אומנם הלימוד דורש זמן... אך...»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הקטע: מהי הטענה שהכותב מפריך בפסקה הראשונה, ובאיזו מילת קישור הוא מסמן את המעבר לעמדתו?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את חלק המשפט הראשון להמשך ההגיוני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החלטנו לצאת מוקדם,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פרט לשני תלמידים.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אילו הקשבת להוראות,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ואילו אחותו מגיעה תמיד בזמן.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הוא נוהג לאחר,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כדי שלא ניתקע בפקקים.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כולם הגיעו לטקס,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היית טועה.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פסקה קצרה (4–5 משפטים) בנושא «שעות הפנאי של בני נוער». שלבו בה לפחות ארבעה קשרים לוגיים שונים וסמנו אותם.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מילות הקישור לפי הקשר.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נוסף על כך  |  לעומת זאת  |  אילו  |  כמו  |  יתרה מזו  |  ואילו  |  לולא  |  בדומה ל־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הוספה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תנאי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השוואה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תקנו את המשפט: החליפו את מילת הקישור השגויה במילה מתאימה.</w:t>
      </w:r>
    </w:p>
    <w:p>
      <w:pPr>
        <w:bidi/>
        <w:spacing w:before="0" w:after="60"/>
        <w:jc w:val="both"/>
      </w:pPr>
      <w:r>
        <w:rPr>
          <w:rtl/>
        </w:rPr>
        <w:t>א. ירד גשם, ולכן יצאנו לטיול. – ירד גשם, __________ יצאנו לטיול.</w:t>
      </w:r>
    </w:p>
    <w:p>
      <w:pPr>
        <w:bidi/>
        <w:spacing w:before="0" w:after="60"/>
        <w:jc w:val="both"/>
      </w:pPr>
      <w:r>
        <w:rPr>
          <w:rtl/>
        </w:rPr>
        <w:t>ב. הוא לא בא, כדי שהיה חולה. – הוא לא בא, __________ שהיה חולה.</w:t>
      </w:r>
    </w:p>
    <w:p>
      <w:pPr>
        <w:bidi/>
        <w:spacing w:before="0" w:after="60"/>
        <w:jc w:val="both"/>
      </w:pPr>
      <w:r>
        <w:rPr>
          <w:rtl/>
        </w:rPr>
        <w:t>ג. למרות הגשם הטיול בוטל. – __________ הגשם הטיול בוטל.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כל משפט פעמיים – פעם עם צירוף (לפני שם) ופעם עם פסוקית.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קשר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צירוף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פסוקית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ויתור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קשרים לוגיים ומילות קישור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איזה קשר לוגי מביעה מילת הקישור במירכאות?</w:t>
      </w:r>
    </w:p>
    <w:p>
      <w:pPr>
        <w:bidi/>
        <w:spacing w:before="0" w:after="20"/>
        <w:jc w:val="both"/>
      </w:pPr>
      <w:r>
        <w:rPr>
          <w:rtl/>
        </w:rPr>
        <w:t>א. הוא לא הגיע, «משום ש־»חלה.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סיבה</w:t>
      </w:r>
    </w:p>
    <w:p>
      <w:pPr>
        <w:bidi/>
        <w:spacing w:before="0" w:after="20"/>
        <w:jc w:val="both"/>
      </w:pPr>
      <w:r>
        <w:rPr>
          <w:rtl/>
        </w:rPr>
        <w:t>ב. הכביש היה חסום, «לפיכך» נסענו בדרך אחרת.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תוצאה</w:t>
      </w:r>
    </w:p>
    <w:p>
      <w:pPr>
        <w:bidi/>
        <w:spacing w:before="0" w:after="20"/>
        <w:jc w:val="both"/>
      </w:pPr>
      <w:r>
        <w:rPr>
          <w:rtl/>
        </w:rPr>
        <w:t>ג. «אף על פי ש־»התכוננו, המבחן היה קשה לנו.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ויתור</w:t>
      </w:r>
    </w:p>
    <w:p>
      <w:pPr>
        <w:bidi/>
        <w:spacing w:before="0" w:after="20"/>
        <w:jc w:val="both"/>
      </w:pPr>
      <w:r>
        <w:rPr>
          <w:rtl/>
        </w:rPr>
        <w:t>ד. קמנו מוקדם «על מנת» לראות את הזריחה.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תכלית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מילת קישור מתאימה מהמחסן. השתמשו בכל מילה פעם אחת.</w:t>
      </w:r>
    </w:p>
    <w:p>
      <w:pPr>
        <w:bidi/>
        <w:spacing w:before="0" w:after="40"/>
        <w:jc w:val="both"/>
      </w:pPr>
      <w:r>
        <w:rPr>
          <w:rtl/>
        </w:rPr>
        <w:t>א. העיר הצפונית שקטה; העיר הדרומית, לעומת זאת, הומה ותוססת.</w:t>
      </w:r>
    </w:p>
    <w:p>
      <w:pPr>
        <w:bidi/>
        <w:spacing w:before="0" w:after="40"/>
        <w:jc w:val="both"/>
      </w:pPr>
      <w:r>
        <w:rPr>
          <w:rtl/>
        </w:rPr>
        <w:t>ב. אילו ידעתי שאתם מגיעים, הייתי מכינה ארוחה.</w:t>
      </w:r>
    </w:p>
    <w:p>
      <w:pPr>
        <w:bidi/>
        <w:spacing w:before="0" w:after="40"/>
        <w:jc w:val="both"/>
      </w:pPr>
      <w:r>
        <w:rPr>
          <w:rtl/>
        </w:rPr>
        <w:t>ג. התוכנית חוסכת זמן, יתרה מזו – היא חוסכת גם כסף.</w:t>
      </w:r>
    </w:p>
    <w:p>
      <w:pPr>
        <w:bidi/>
        <w:spacing w:before="0" w:after="40"/>
        <w:jc w:val="both"/>
      </w:pPr>
      <w:r>
        <w:rPr>
          <w:rtl/>
        </w:rPr>
        <w:t>ד. הצלחנו בזכות העזרה של החברים.</w:t>
      </w:r>
    </w:p>
    <w:p>
      <w:pPr>
        <w:bidi/>
        <w:spacing w:before="0" w:after="40"/>
        <w:jc w:val="both"/>
      </w:pPr>
      <w:r>
        <w:rPr>
          <w:rtl/>
        </w:rPr>
        <w:t>ה. הסברתי שוב כדי ש־ כולם יבינו.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החליפו את מילת הקישור במילה אחרת המביעה אותו קשר, וכתבו את שם הקשר.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מילה חלופית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הקשר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החנות נסגרה, ולכן חזרנו הביתה.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ועל כן / ולפיכך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אומנם התאמנו, אבל הפסדנו.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אולם / ובכל זאת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ויתור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נלך לים, אלא אם כן ירד גשם.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אם לא ירד גשם (בניסוח מחדש)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תנאי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כשם שהוא עזר לי, כך אעזור לו.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בדומה לעזרה שלו / כמו שהוא עזר לי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השוואה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תקין או לא תקין? תקנו את המשפטים הלא תקינים.</w:t>
      </w:r>
    </w:p>
    <w:p>
      <w:pPr>
        <w:bidi/>
        <w:spacing w:before="0" w:after="40"/>
        <w:jc w:val="both"/>
      </w:pPr>
      <w:r>
        <w:rPr>
          <w:rtl/>
        </w:rPr>
        <w:t>א. למרות שהיה קר, יצאנו לטיול. – נכון</w:t>
      </w:r>
    </w:p>
    <w:p>
      <w:pPr>
        <w:bidi/>
        <w:spacing w:before="0" w:after="40"/>
        <w:jc w:val="both"/>
      </w:pPr>
      <w:r>
        <w:rPr>
          <w:rtl/>
        </w:rPr>
        <w:t>ב. בגלל הגשם הטיול בוטל. – נכון</w:t>
      </w:r>
    </w:p>
    <w:p>
      <w:pPr>
        <w:bidi/>
        <w:spacing w:before="0" w:after="40"/>
        <w:jc w:val="both"/>
      </w:pPr>
      <w:r>
        <w:rPr>
          <w:rtl/>
        </w:rPr>
        <w:t>ג. למרות הוא היה עייף, הוא המשיך. – לא נכון – אף על פי שהיה עייף, הוא המשיך. / למרות העייפות הוא המשיך.</w:t>
      </w:r>
    </w:p>
    <w:p>
      <w:pPr>
        <w:bidi/>
        <w:spacing w:before="0" w:after="40"/>
        <w:jc w:val="both"/>
      </w:pPr>
      <w:r>
        <w:rPr>
          <w:rtl/>
        </w:rPr>
        <w:t>ד. הוא הצליח, לכן שהתאמן הרבה. – לא נכון – הוא הצליח, כי התאמן הרבה. / הוא התאמן הרבה, ולכן הצליח.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«למה כדאי ללמוד שפה נוספת»: כתבו ליד כל צירוף את הקשר הלוגי שהוא מביע.</w:t>
      </w:r>
    </w:p>
    <w:p>
      <w:pPr>
        <w:bidi/>
        <w:spacing w:before="0" w:after="100"/>
        <w:jc w:val="both"/>
      </w:pPr>
      <w:r>
        <w:rPr>
          <w:rtl/>
        </w:rPr>
        <w:t>א. «אולם מחקרים מראים...»  ← ניגוד</w:t>
      </w:r>
    </w:p>
    <w:p>
      <w:pPr>
        <w:bidi/>
        <w:spacing w:before="0" w:after="100"/>
        <w:jc w:val="both"/>
      </w:pPr>
      <w:r>
        <w:rPr>
          <w:rtl/>
        </w:rPr>
        <w:t>ב. «כאשר לומדים שפה חדשה...»  ← זמן</w:t>
      </w:r>
    </w:p>
    <w:p>
      <w:pPr>
        <w:bidi/>
        <w:spacing w:before="0" w:after="100"/>
        <w:jc w:val="both"/>
      </w:pPr>
      <w:r>
        <w:rPr>
          <w:rtl/>
        </w:rPr>
        <w:t>ג. «ולכן משתפרת היכולת...»  ← תוצאה</w:t>
      </w:r>
    </w:p>
    <w:p>
      <w:pPr>
        <w:bidi/>
        <w:spacing w:before="0" w:after="100"/>
        <w:jc w:val="both"/>
      </w:pPr>
      <w:r>
        <w:rPr>
          <w:rtl/>
        </w:rPr>
        <w:t>ד. «נוסף על כך...»  ← הוספה</w:t>
      </w:r>
    </w:p>
    <w:p>
      <w:pPr>
        <w:bidi/>
        <w:spacing w:before="0" w:after="100"/>
        <w:jc w:val="both"/>
      </w:pPr>
      <w:r>
        <w:rPr>
          <w:rtl/>
        </w:rPr>
        <w:t>ה. «אומנם הלימוד דורש זמן... אך...»  ← ויתור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לפי הקטע: מהי הטענה שהכותב מפריך בפסקה הראשונה, ובאיזו מילת קישור הוא מסמן את המעבר לעמדתו?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הכותב מפריך את הטענה שלימוד שפה זרה מועיל רק למי שטס לחו״ל. המעבר מסומן במילה «אולם» (ניגוד).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התאימו את חלק המשפט הראשון להמשך ההגיוני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החלטנו לצאת מוקדם,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פרט לשני תלמידים.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אילו הקשבת להוראות,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ואילו אחותו מגיעה תמיד בזמן.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הוא נוהג לאחר,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כדי שלא ניתקע בפקקים.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כולם הגיעו לטקס,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לא היית טועה.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פסקה קצרה (4–5 משפטים) בנושא «שעות הפנאי של בני נוער». שלבו בה לפחות ארבעה קשרים לוגיים שונים וסמנו אותם.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אישית. לדוגמה: בני נוער רבים מבלים שעות מול מסכים (טענה). אולם (ניגוד) יש גם מי שמעדיפים ספורט... לכן (תוצאה)... כדי ש־... (תכלית)...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מילות הקישור לפי הקשר.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הוספה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ניגוד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תנאי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השוואה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נוסף על כך, יתרה מזו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לעומת זאת, ואילו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אילו, לולא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כמו, בדומה ל־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תקנו את המשפט: החליפו את מילת הקישור השגויה במילה מתאימה.</w:t>
      </w:r>
    </w:p>
    <w:p>
      <w:pPr>
        <w:bidi/>
        <w:spacing w:before="0" w:after="40"/>
        <w:jc w:val="both"/>
      </w:pPr>
      <w:r>
        <w:rPr>
          <w:rtl/>
        </w:rPr>
        <w:t>א. ירד גשם, ולכן יצאנו לטיול. – ירד גשם, ובכל זאת יצאנו לטיול.</w:t>
      </w:r>
    </w:p>
    <w:p>
      <w:pPr>
        <w:bidi/>
        <w:spacing w:before="0" w:after="40"/>
        <w:jc w:val="both"/>
      </w:pPr>
      <w:r>
        <w:rPr>
          <w:rtl/>
        </w:rPr>
        <w:t>ב. הוא לא בא, כדי שהיה חולה. – הוא לא בא, מפני שהיה חולה.</w:t>
      </w:r>
    </w:p>
    <w:p>
      <w:pPr>
        <w:bidi/>
        <w:spacing w:before="0" w:after="40"/>
        <w:jc w:val="both"/>
      </w:pPr>
      <w:r>
        <w:rPr>
          <w:rtl/>
        </w:rPr>
        <w:t>ג. למרות הגשם הטיול בוטל. – בגלל הגשם הטיול בוטל.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השלימו כל משפט פעמיים – פעם עם צירוף (לפני שם) ופעם עם פסוקית.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קשר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צירוף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עם פסוקית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בגלל הרעש לא נרדמנו.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מפני שהיה רעש, לא נרדמנו.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ויתור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למרות הקור יצאנו.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אף על פי שהיה קר, יצאנו.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אחרי השיעור נפגשנו.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אחרי שהסתיים השיעור, נפגשנו.</w:t>
            </w:r>
          </w:p>
        </w:tc>
      </w:tr>
    </w:tbl>
    <w:p>
      <w:pPr>
        <w:bidi/>
        <w:spacing w:before="0" w:after="40"/>
        <w:jc w:val="both"/>
      </w:pP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