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מערכת הצורות: שורש, בניין ומשקל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הטבלה: שורש, בניין וזמן.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זמן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נכתבו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מתכוננים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תסביר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סודרו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הובאה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הפכו את המשפט לסביל. כתבו את הפועל החסר באותו זמן.</w:t>
      </w:r>
    </w:p>
    <w:p>
      <w:pPr>
        <w:bidi/>
        <w:spacing w:before="0" w:after="60"/>
        <w:jc w:val="both"/>
      </w:pPr>
      <w:r>
        <w:rPr>
          <w:rtl/>
        </w:rPr>
        <w:t>א. הוועדה פרסמה את התוצאות. – התוצאות __________ על ידי הוועדה.</w:t>
      </w:r>
    </w:p>
    <w:p>
      <w:pPr>
        <w:bidi/>
        <w:spacing w:before="0" w:after="60"/>
        <w:jc w:val="both"/>
      </w:pPr>
      <w:r>
        <w:rPr>
          <w:rtl/>
        </w:rPr>
        <w:t>ב. העירייה שיפצה את הגן. – הגן __________ על ידי העירייה.</w:t>
      </w:r>
    </w:p>
    <w:p>
      <w:pPr>
        <w:bidi/>
        <w:spacing w:before="0" w:after="60"/>
        <w:jc w:val="both"/>
      </w:pPr>
      <w:r>
        <w:rPr>
          <w:rtl/>
        </w:rPr>
        <w:t>ג. הצוות הכין את התוכנית. – התוכנית __________ על ידי הצוות.</w:t>
      </w:r>
    </w:p>
    <w:p>
      <w:pPr>
        <w:bidi/>
        <w:spacing w:before="0" w:after="60"/>
        <w:jc w:val="both"/>
      </w:pPr>
      <w:r>
        <w:rPr>
          <w:rtl/>
        </w:rPr>
        <w:t>ד. המורה בדקה את העבודות. – העבודות __________ על ידי המורה.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מה השורש של המילה?</w:t>
      </w:r>
    </w:p>
    <w:p>
      <w:pPr>
        <w:bidi/>
        <w:spacing w:before="0" w:after="20"/>
        <w:jc w:val="both"/>
      </w:pPr>
      <w:r>
        <w:rPr>
          <w:rtl/>
        </w:rPr>
        <w:t>א. הִפַּלְנוּ</w:t>
      </w:r>
    </w:p>
    <w:p>
      <w:pPr>
        <w:bidi/>
        <w:spacing w:before="0" w:after="80"/>
        <w:jc w:val="both"/>
      </w:pPr>
      <w:r>
        <w:rPr>
          <w:rtl/>
        </w:rPr>
        <w:t xml:space="preserve">   ○ פ־ל־ל      ○ נ־פ־ל      ○ י־פ־ל</w:t>
      </w:r>
    </w:p>
    <w:p>
      <w:pPr>
        <w:bidi/>
        <w:spacing w:before="0" w:after="20"/>
        <w:jc w:val="both"/>
      </w:pPr>
      <w:r>
        <w:rPr>
          <w:rtl/>
        </w:rPr>
        <w:t>ב. נִבְנְתָה</w:t>
      </w:r>
    </w:p>
    <w:p>
      <w:pPr>
        <w:bidi/>
        <w:spacing w:before="0" w:after="80"/>
        <w:jc w:val="both"/>
      </w:pPr>
      <w:r>
        <w:rPr>
          <w:rtl/>
        </w:rPr>
        <w:t xml:space="preserve">   ○ ב־נ־ה      ○ ב־נ־י      ○ נ־ב־נ</w:t>
      </w:r>
    </w:p>
    <w:p>
      <w:pPr>
        <w:bidi/>
        <w:spacing w:before="0" w:after="20"/>
        <w:jc w:val="both"/>
      </w:pPr>
      <w:r>
        <w:rPr>
          <w:rtl/>
        </w:rPr>
        <w:t>ג. הִקְרִיאוּ</w:t>
      </w:r>
    </w:p>
    <w:p>
      <w:pPr>
        <w:bidi/>
        <w:spacing w:before="0" w:after="80"/>
        <w:jc w:val="both"/>
      </w:pPr>
      <w:r>
        <w:rPr>
          <w:rtl/>
        </w:rPr>
        <w:t xml:space="preserve">   ○ ק־ר־א      ○ ק־ר־י      ○ ה־ק־ר</w:t>
      </w:r>
    </w:p>
    <w:p>
      <w:pPr>
        <w:bidi/>
        <w:spacing w:before="0" w:after="20"/>
        <w:jc w:val="both"/>
      </w:pPr>
      <w:r>
        <w:rPr>
          <w:rtl/>
        </w:rPr>
        <w:t>ד. מַסָּע</w:t>
      </w:r>
    </w:p>
    <w:p>
      <w:pPr>
        <w:bidi/>
        <w:spacing w:before="0" w:after="80"/>
        <w:jc w:val="both"/>
      </w:pPr>
      <w:r>
        <w:rPr>
          <w:rtl/>
        </w:rPr>
        <w:t xml:space="preserve">   ○ מ־ס־ע      ○ נ־ס־ע      ○ ס־ע־ע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כל משקל למשמעות הנפוצה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קַטָּל (צלם, נגר)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אפשרות – «שאפשר לעשות לו»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מִקְטָלָה (מספרה, מאפייה)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מקום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קַטֶּלֶת (שפעת, אדמת)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בעל מקצוע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מַקְטֵלָה (מזמרה, מגרפה)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כלי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קָטִיל (שביר, אכיל)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מחלה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מיינו את המילים לפי דרך התצורה.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המילים: מכתב  |  עיתונאי  |  רמזור  |  צה״ל  |  ספרייה  |  מדרחוב  |  תנ״ך  |  מספרה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 ומשקל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 וצורן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הלחם בסיסים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ראשי תיבות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המילים שנולדו בשכונה*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בשכונה שלנו הוקם השנה מרכז קהילתי חדש. בקומה הראשונה נפתחה מספרה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קטנה, ולידה מאפייה שמריחה כבר מהבוקר. בקומה השנייה הותקנה ספרייה,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והמתנדבים סידרו בה מאות ספרים.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בחצר הוצב רמזור מיוחד לילדים, ובפינה הוקמה פינת משחק. מנהלת המרכז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הסבירה שהבניין עוצב כך שיתאים לכל הגילים. «התרגשנו מאוד ביום הפתיחה»,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סיפרה, «כי כל השכנים התגייסו ועזרו».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שני בר-נתן, 2016. מתוך: «מסלולים» – מגזין לנוער.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לפי הקטע «המילים שנולדו בשכונה»: כתבו ליד כל פועל את השורש ואת הבניין.</w:t>
      </w:r>
    </w:p>
    <w:p>
      <w:pPr>
        <w:bidi/>
        <w:spacing w:before="0" w:after="100"/>
        <w:jc w:val="both"/>
      </w:pPr>
      <w:r>
        <w:rPr>
          <w:rtl/>
        </w:rPr>
        <w:t>א. הוקם</w:t>
      </w:r>
    </w:p>
    <w:p>
      <w:pPr>
        <w:bidi/>
        <w:spacing w:before="0" w:after="100"/>
        <w:jc w:val="both"/>
      </w:pPr>
      <w:r>
        <w:rPr>
          <w:rtl/>
        </w:rPr>
        <w:t>ב. נפתחה</w:t>
      </w:r>
    </w:p>
    <w:p>
      <w:pPr>
        <w:bidi/>
        <w:spacing w:before="0" w:after="100"/>
        <w:jc w:val="both"/>
      </w:pPr>
      <w:r>
        <w:rPr>
          <w:rtl/>
        </w:rPr>
        <w:t>ג. הותקנה</w:t>
      </w:r>
    </w:p>
    <w:p>
      <w:pPr>
        <w:bidi/>
        <w:spacing w:before="0" w:after="100"/>
        <w:jc w:val="both"/>
      </w:pPr>
      <w:r>
        <w:rPr>
          <w:rtl/>
        </w:rPr>
        <w:t>ד. סידרו</w:t>
      </w:r>
    </w:p>
    <w:p>
      <w:pPr>
        <w:bidi/>
        <w:spacing w:before="0" w:after="100"/>
        <w:jc w:val="both"/>
      </w:pPr>
      <w:r>
        <w:rPr>
          <w:rtl/>
        </w:rPr>
        <w:t>ה. עוצב</w:t>
      </w:r>
    </w:p>
    <w:p>
      <w:pPr>
        <w:bidi/>
        <w:spacing w:before="0" w:after="100"/>
        <w:jc w:val="both"/>
      </w:pPr>
      <w:r>
        <w:rPr>
          <w:rtl/>
        </w:rPr>
        <w:t>ו. התגייסו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לפי הקטע: מצאו את השם וכתבו את דרך התצורה או המשקל שלו.</w:t>
      </w:r>
    </w:p>
    <w:p>
      <w:pPr>
        <w:bidi/>
        <w:spacing w:before="0" w:after="60"/>
        <w:jc w:val="both"/>
      </w:pPr>
      <w:r>
        <w:rPr>
          <w:rtl/>
        </w:rPr>
        <w:t>א. «מספרה» – משקל __________.</w:t>
      </w:r>
    </w:p>
    <w:p>
      <w:pPr>
        <w:bidi/>
        <w:spacing w:before="0" w:after="60"/>
        <w:jc w:val="both"/>
      </w:pPr>
      <w:r>
        <w:rPr>
          <w:rtl/>
        </w:rPr>
        <w:t>ב. «ספרייה» – ספר + הצורן __________.</w:t>
      </w:r>
    </w:p>
    <w:p>
      <w:pPr>
        <w:bidi/>
        <w:spacing w:before="0" w:after="60"/>
        <w:jc w:val="both"/>
      </w:pPr>
      <w:r>
        <w:rPr>
          <w:rtl/>
        </w:rPr>
        <w:t>ג. «רמזור» – הלחם של רמז +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פועל והופעל הם בניינים סבילים.      נכון / לא נכון</w:t>
      </w:r>
    </w:p>
    <w:p>
      <w:pPr>
        <w:bidi/>
        <w:spacing w:before="0" w:after="60"/>
        <w:jc w:val="both"/>
      </w:pPr>
      <w:r>
        <w:rPr>
          <w:rtl/>
        </w:rPr>
        <w:t>ב. בכל צורות השורש נ־פ־ל נשמעת הנ׳.      נכון / לא נכון</w:t>
      </w:r>
    </w:p>
    <w:p>
      <w:pPr>
        <w:bidi/>
        <w:spacing w:before="0" w:after="60"/>
        <w:jc w:val="both"/>
      </w:pPr>
      <w:r>
        <w:rPr>
          <w:rtl/>
        </w:rPr>
        <w:t>ג. «התרגשות» הוא שם פעולה של בניין התפעל.      נכון / לא נכון</w:t>
      </w:r>
    </w:p>
    <w:p>
      <w:pPr>
        <w:bidi/>
        <w:spacing w:before="0" w:after="60"/>
        <w:jc w:val="both"/>
      </w:pPr>
      <w:r>
        <w:rPr>
          <w:rtl/>
        </w:rPr>
        <w:t>ד. «טלפון» נוצר מהלחם של שני בסיסים עבריים.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בחרו שורש אחד (למשל ל־מ־ד או ש־מ־ר) וכתבו ממנו חמש מילים: שלושה פעלים בבניינים שונים ושני שמות במשקלים שונים. כתבו ליד כל מילה את הבניין או המשקל.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השלימו את צורת הפעיל או הסביל (עבר, «הוא»).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 פעיל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 סביל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ד־פ־ס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הדפיס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ב־ש־ל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ס־ג־ר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סגר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ת־ק־ן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תוקן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מילה חדשה מהבסיס ומהצורן שבסוגריים.</w:t>
      </w:r>
    </w:p>
    <w:p>
      <w:pPr>
        <w:bidi/>
        <w:spacing w:before="0" w:after="60"/>
        <w:jc w:val="both"/>
      </w:pPr>
      <w:r>
        <w:rPr>
          <w:rtl/>
        </w:rPr>
        <w:t>א. ספר + ־ן (בעל מקצוע) = __________</w:t>
      </w:r>
    </w:p>
    <w:p>
      <w:pPr>
        <w:bidi/>
        <w:spacing w:before="0" w:after="60"/>
        <w:jc w:val="both"/>
      </w:pPr>
      <w:r>
        <w:rPr>
          <w:rtl/>
        </w:rPr>
        <w:t>ב. ילד + ־ות (מופשט) = __________</w:t>
      </w:r>
    </w:p>
    <w:p>
      <w:pPr>
        <w:bidi/>
        <w:spacing w:before="0" w:after="60"/>
        <w:jc w:val="both"/>
      </w:pPr>
      <w:r>
        <w:rPr>
          <w:rtl/>
        </w:rPr>
        <w:t>ג. כביש + ־ון (הקטנה) = __________</w:t>
      </w:r>
    </w:p>
    <w:p>
      <w:pPr>
        <w:bidi/>
        <w:spacing w:before="0" w:after="60"/>
        <w:jc w:val="both"/>
      </w:pPr>
      <w:r>
        <w:rPr>
          <w:rtl/>
        </w:rPr>
        <w:t>ד. חשמל + ־אי (בעל מקצוע) = 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   |   דף עבודה – תשובות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6"/>
          <w:szCs w:val="36"/>
          <w:rtl/>
        </w:rPr>
        <w:t>תשובות – מערכת הצורות: שורש, בניין ומשקל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הטבלה: שורש, בניין וזמן.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זמן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נכתבו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כ־ת־ב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עבר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מתכוננים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כ־ו־ן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הווה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תסביר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ס־ב־ר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הפעיל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עתיד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סודרו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ס־ד־ר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פועל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עבר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הובאה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ב־ו־א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הופעל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עבר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הפכו את המשפט לסביל. כתבו את הפועל החסר באותו זמן.</w:t>
      </w:r>
    </w:p>
    <w:p>
      <w:pPr>
        <w:bidi/>
        <w:spacing w:before="0" w:after="40"/>
        <w:jc w:val="both"/>
      </w:pPr>
      <w:r>
        <w:rPr>
          <w:rtl/>
        </w:rPr>
        <w:t>א. הוועדה פרסמה את התוצאות. – התוצאות פורסמו על ידי הוועדה.</w:t>
      </w:r>
    </w:p>
    <w:p>
      <w:pPr>
        <w:bidi/>
        <w:spacing w:before="0" w:after="40"/>
        <w:jc w:val="both"/>
      </w:pPr>
      <w:r>
        <w:rPr>
          <w:rtl/>
        </w:rPr>
        <w:t>ב. העירייה שיפצה את הגן. – הגן שופץ על ידי העירייה.</w:t>
      </w:r>
    </w:p>
    <w:p>
      <w:pPr>
        <w:bidi/>
        <w:spacing w:before="0" w:after="40"/>
        <w:jc w:val="both"/>
      </w:pPr>
      <w:r>
        <w:rPr>
          <w:rtl/>
        </w:rPr>
        <w:t>ג. הצוות הכין את התוכנית. – התוכנית הוכנה על ידי הצוות.</w:t>
      </w:r>
    </w:p>
    <w:p>
      <w:pPr>
        <w:bidi/>
        <w:spacing w:before="0" w:after="40"/>
        <w:jc w:val="both"/>
      </w:pPr>
      <w:r>
        <w:rPr>
          <w:rtl/>
        </w:rPr>
        <w:t>ד. המורה בדקה את העבודות. – העבודות נבדקו על ידי המורה.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מה השורש של המילה?</w:t>
      </w:r>
    </w:p>
    <w:p>
      <w:pPr>
        <w:bidi/>
        <w:spacing w:before="0" w:after="20"/>
        <w:jc w:val="both"/>
      </w:pPr>
      <w:r>
        <w:rPr>
          <w:rtl/>
        </w:rPr>
        <w:t>א. הִפַּלְנוּ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נ־פ־ל</w:t>
      </w:r>
    </w:p>
    <w:p>
      <w:pPr>
        <w:bidi/>
        <w:spacing w:before="0" w:after="20"/>
        <w:jc w:val="both"/>
      </w:pPr>
      <w:r>
        <w:rPr>
          <w:rtl/>
        </w:rPr>
        <w:t>ב. נִבְנְתָה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ב־נ־י</w:t>
      </w:r>
    </w:p>
    <w:p>
      <w:pPr>
        <w:bidi/>
        <w:spacing w:before="0" w:after="20"/>
        <w:jc w:val="both"/>
      </w:pPr>
      <w:r>
        <w:rPr>
          <w:rtl/>
        </w:rPr>
        <w:t>ג. הִקְרִיאוּ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ק־ר־א</w:t>
      </w:r>
    </w:p>
    <w:p>
      <w:pPr>
        <w:bidi/>
        <w:spacing w:before="0" w:after="20"/>
        <w:jc w:val="both"/>
      </w:pPr>
      <w:r>
        <w:rPr>
          <w:rtl/>
        </w:rPr>
        <w:t>ד. מַסָּע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נ־ס־ע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כל משקל למשמעות הנפוצה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קַטָּל (צלם, נגר)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אפשרות – «שאפשר לעשות לו»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מִקְטָלָה (מספרה, מאפייה)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מקום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קַטֶּלֶת (שפעת, אדמת)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בעל מקצוע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מַקְטֵלָה (מזמרה, מגרפה)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כלי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קָטִיל (שביר, אכיל)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מחלה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מיינו את המילים לפי דרך התצורה.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 ומשקל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 וצורן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הלחם בסיסים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ראשי תיבות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מכתב, מספרה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עיתונאי, ספרייה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רמזור, מדרחוב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צה״ל, תנ״ך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לפי הקטע «המילים שנולדו בשכונה»: כתבו ליד כל פועל את השורש ואת הבניין.</w:t>
      </w:r>
    </w:p>
    <w:p>
      <w:pPr>
        <w:bidi/>
        <w:spacing w:before="0" w:after="100"/>
        <w:jc w:val="both"/>
      </w:pPr>
      <w:r>
        <w:rPr>
          <w:rtl/>
        </w:rPr>
        <w:t>א. הוקם  ← ק־ו־ם, הופעל</w:t>
      </w:r>
    </w:p>
    <w:p>
      <w:pPr>
        <w:bidi/>
        <w:spacing w:before="0" w:after="100"/>
        <w:jc w:val="both"/>
      </w:pPr>
      <w:r>
        <w:rPr>
          <w:rtl/>
        </w:rPr>
        <w:t>ב. נפתחה  ← פ־ת־ח, נפעל</w:t>
      </w:r>
    </w:p>
    <w:p>
      <w:pPr>
        <w:bidi/>
        <w:spacing w:before="0" w:after="100"/>
        <w:jc w:val="both"/>
      </w:pPr>
      <w:r>
        <w:rPr>
          <w:rtl/>
        </w:rPr>
        <w:t>ג. הותקנה  ← ת־ק־ן, הופעל</w:t>
      </w:r>
    </w:p>
    <w:p>
      <w:pPr>
        <w:bidi/>
        <w:spacing w:before="0" w:after="100"/>
        <w:jc w:val="both"/>
      </w:pPr>
      <w:r>
        <w:rPr>
          <w:rtl/>
        </w:rPr>
        <w:t>ד. סידרו  ← ס־ד־ר, פיעל</w:t>
      </w:r>
    </w:p>
    <w:p>
      <w:pPr>
        <w:bidi/>
        <w:spacing w:before="0" w:after="100"/>
        <w:jc w:val="both"/>
      </w:pPr>
      <w:r>
        <w:rPr>
          <w:rtl/>
        </w:rPr>
        <w:t>ה. עוצב  ← ע־צ־ב, פועל</w:t>
      </w:r>
    </w:p>
    <w:p>
      <w:pPr>
        <w:bidi/>
        <w:spacing w:before="0" w:after="100"/>
        <w:jc w:val="both"/>
      </w:pPr>
      <w:r>
        <w:rPr>
          <w:rtl/>
        </w:rPr>
        <w:t>ו. התגייסו  ← ג־י־ס, התפעל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לפי הקטע: מצאו את השם וכתבו את דרך התצורה או המשקל שלו.</w:t>
      </w:r>
    </w:p>
    <w:p>
      <w:pPr>
        <w:bidi/>
        <w:spacing w:before="0" w:after="40"/>
        <w:jc w:val="both"/>
      </w:pPr>
      <w:r>
        <w:rPr>
          <w:rtl/>
        </w:rPr>
        <w:t>א. «מספרה» – משקל מִקְטָלָה.</w:t>
      </w:r>
    </w:p>
    <w:p>
      <w:pPr>
        <w:bidi/>
        <w:spacing w:before="0" w:after="40"/>
        <w:jc w:val="both"/>
      </w:pPr>
      <w:r>
        <w:rPr>
          <w:rtl/>
        </w:rPr>
        <w:t>ב. «ספרייה» – ספר + הצורן ־ייה.</w:t>
      </w:r>
    </w:p>
    <w:p>
      <w:pPr>
        <w:bidi/>
        <w:spacing w:before="0" w:after="40"/>
        <w:jc w:val="both"/>
      </w:pPr>
      <w:r>
        <w:rPr>
          <w:rtl/>
        </w:rPr>
        <w:t>ג. «רמזור» – הלחם של רמז + אור.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פועל והופעל הם בניינים סבילים. – נכון</w:t>
      </w:r>
    </w:p>
    <w:p>
      <w:pPr>
        <w:bidi/>
        <w:spacing w:before="0" w:after="40"/>
        <w:jc w:val="both"/>
      </w:pPr>
      <w:r>
        <w:rPr>
          <w:rtl/>
        </w:rPr>
        <w:t>ב. בכל צורות השורש נ־פ־ל נשמעת הנ׳. – לא נכון – בחלק מהצורות הנ׳ נבלעת, למשל «הִפִּיל», «יִפּוֹל».</w:t>
      </w:r>
    </w:p>
    <w:p>
      <w:pPr>
        <w:bidi/>
        <w:spacing w:before="0" w:after="40"/>
        <w:jc w:val="both"/>
      </w:pPr>
      <w:r>
        <w:rPr>
          <w:rtl/>
        </w:rPr>
        <w:t>ג. «התרגשות» הוא שם פעולה של בניין התפעל. – נכון</w:t>
      </w:r>
    </w:p>
    <w:p>
      <w:pPr>
        <w:bidi/>
        <w:spacing w:before="0" w:after="40"/>
        <w:jc w:val="both"/>
      </w:pPr>
      <w:r>
        <w:rPr>
          <w:rtl/>
        </w:rPr>
        <w:t>ד. «טלפון» נוצר מהלחם של שני בסיסים עבריים. – לא נכון – «טלפון» היא מילה שאולה משפה אחרת.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בחרו שורש אחד (למשל ל־מ־ד או ש־מ־ר) וכתבו ממנו חמש מילים: שלושה פעלים בבניינים שונים ושני שמות במשקלים שונים. כתבו ליד כל מילה את הבניין או המשקל.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ל־מ־ד: למד (פעל), לימד (פיעל), לומד (פועל); לימוד (קִטּוּל), תלמיד (תַּקְטִיל). או ש־מ־ר: שמר (פעל), נשמר (נפעל), השתמר (התפעל); שמירה (קְטִילָה), משמר (מִקְטָל).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השלימו את צורת הפעיל או הסביל (עבר, «הוא»).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 פעיל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 סביל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ד־פ־ס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הדפיס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הודפס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ב־ש־ל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בישל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בושל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ס־ג־ר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סגר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נסגר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ת־ק־ן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תיקן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תוקן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מילה חדשה מהבסיס ומהצורן שבסוגריים.</w:t>
      </w:r>
    </w:p>
    <w:p>
      <w:pPr>
        <w:bidi/>
        <w:spacing w:before="0" w:after="40"/>
        <w:jc w:val="both"/>
      </w:pPr>
      <w:r>
        <w:rPr>
          <w:rtl/>
        </w:rPr>
        <w:t>א. ספר + ־ן (בעל מקצוע) = ספרן</w:t>
      </w:r>
    </w:p>
    <w:p>
      <w:pPr>
        <w:bidi/>
        <w:spacing w:before="0" w:after="40"/>
        <w:jc w:val="both"/>
      </w:pPr>
      <w:r>
        <w:rPr>
          <w:rtl/>
        </w:rPr>
        <w:t>ב. ילד + ־ות (מופשט) = ילדות</w:t>
      </w:r>
    </w:p>
    <w:p>
      <w:pPr>
        <w:bidi/>
        <w:spacing w:before="0" w:after="40"/>
        <w:jc w:val="both"/>
      </w:pPr>
      <w:r>
        <w:rPr>
          <w:rtl/>
        </w:rPr>
        <w:t>ג. כביש + ־ון (הקטנה) = כבישון</w:t>
      </w:r>
    </w:p>
    <w:p>
      <w:pPr>
        <w:bidi/>
        <w:spacing w:before="0" w:after="40"/>
        <w:jc w:val="both"/>
      </w:pPr>
      <w:r>
        <w:rPr>
          <w:rtl/>
        </w:rPr>
        <w:t>ד. חשמל + ־אי (בעל מקצוע) = חשמלאי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