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ועברית · כיתה י'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 פרטי: ________________   שם משפחה: ________________   כיתה: ______</w:t>
      </w:r>
    </w:p>
    <w:p>
      <w:pPr>
        <w:bidi/>
        <w:spacing w:before="0" w:after="120"/>
        <w:jc w:val="both"/>
      </w:pPr>
      <w:r>
        <w:rPr>
          <w:rFonts w:ascii="Aharoni" w:hAnsi="Aharoni" w:cs="Aharoni"/>
          <w:b/>
          <w:bCs/>
          <w:color w:val="1D4ED8"/>
          <w:sz w:val="44"/>
          <w:szCs w:val="44"/>
          <w:rtl/>
        </w:rPr>
        <w:t>שם המספר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כתבו את המספר במילים, בצורה המתאימה לשם העצם.</w:t>
      </w:r>
    </w:p>
    <w:p>
      <w:pPr>
        <w:bidi/>
        <w:spacing w:before="0" w:after="60"/>
        <w:jc w:val="both"/>
      </w:pPr>
      <w:r>
        <w:rPr>
          <w:rtl/>
        </w:rPr>
        <w:t>א. בכיתה יש __________ (14) בנים.</w:t>
      </w:r>
    </w:p>
    <w:p>
      <w:pPr>
        <w:bidi/>
        <w:spacing w:before="0" w:after="60"/>
        <w:jc w:val="both"/>
      </w:pPr>
      <w:r>
        <w:rPr>
          <w:rtl/>
        </w:rPr>
        <w:t>ב. בכיתה יש __________ (16) בנות.</w:t>
      </w:r>
    </w:p>
    <w:p>
      <w:pPr>
        <w:bidi/>
        <w:spacing w:before="0" w:after="60"/>
        <w:jc w:val="both"/>
      </w:pPr>
      <w:r>
        <w:rPr>
          <w:rtl/>
        </w:rPr>
        <w:t>ג. הטיול נמשך __________ (5) ימים.</w:t>
      </w:r>
    </w:p>
    <w:p>
      <w:pPr>
        <w:bidi/>
        <w:spacing w:before="0" w:after="60"/>
        <w:jc w:val="both"/>
      </w:pPr>
      <w:r>
        <w:rPr>
          <w:rtl/>
        </w:rPr>
        <w:t>ד. הנסיעה ארכה __________ (3) שעות.</w:t>
      </w:r>
    </w:p>
    <w:p>
      <w:pPr>
        <w:bidi/>
        <w:spacing w:before="0" w:after="60"/>
        <w:jc w:val="both"/>
      </w:pPr>
      <w:r>
        <w:rPr>
          <w:rtl/>
        </w:rPr>
        <w:t>ה. במשלחת היו __________ (12) נערות.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בחרו את הצורה התקינה.</w:t>
      </w:r>
    </w:p>
    <w:p>
      <w:pPr>
        <w:bidi/>
        <w:spacing w:before="0" w:after="20"/>
        <w:jc w:val="both"/>
      </w:pPr>
      <w:r>
        <w:rPr>
          <w:rtl/>
        </w:rPr>
        <w:t>א. קראתי את ___ הספרים שקיבלתי.</w:t>
      </w:r>
    </w:p>
    <w:p>
      <w:pPr>
        <w:bidi/>
        <w:spacing w:before="0" w:after="80"/>
        <w:jc w:val="both"/>
      </w:pPr>
      <w:r>
        <w:rPr>
          <w:rtl/>
        </w:rPr>
        <w:t xml:space="preserve">   ○ שלושה      ○ שלושת      ○ שלוש</w:t>
      </w:r>
    </w:p>
    <w:p>
      <w:pPr>
        <w:bidi/>
        <w:spacing w:before="0" w:after="20"/>
        <w:jc w:val="both"/>
      </w:pPr>
      <w:r>
        <w:rPr>
          <w:rtl/>
        </w:rPr>
        <w:t>ב. הן סיימו את ___ המשימות.</w:t>
      </w:r>
    </w:p>
    <w:p>
      <w:pPr>
        <w:bidi/>
        <w:spacing w:before="0" w:after="80"/>
        <w:jc w:val="both"/>
      </w:pPr>
      <w:r>
        <w:rPr>
          <w:rtl/>
        </w:rPr>
        <w:t xml:space="preserve">   ○ ארבע      ○ ארבעה      ○ ארבעת</w:t>
      </w:r>
    </w:p>
    <w:p>
      <w:pPr>
        <w:bidi/>
        <w:spacing w:before="0" w:after="20"/>
        <w:jc w:val="both"/>
      </w:pPr>
      <w:r>
        <w:rPr>
          <w:rtl/>
        </w:rPr>
        <w:t>ג. באולם ישבו ___ איש.</w:t>
      </w:r>
    </w:p>
    <w:p>
      <w:pPr>
        <w:bidi/>
        <w:spacing w:before="0" w:after="80"/>
        <w:jc w:val="both"/>
      </w:pPr>
      <w:r>
        <w:rPr>
          <w:rtl/>
        </w:rPr>
        <w:t xml:space="preserve">   ○ מאתיים      ○ שתי מאות      ○ שני מאות</w:t>
      </w:r>
    </w:p>
    <w:p>
      <w:pPr>
        <w:bidi/>
        <w:spacing w:before="0" w:after="20"/>
        <w:jc w:val="both"/>
      </w:pPr>
      <w:r>
        <w:rPr>
          <w:rtl/>
        </w:rPr>
        <w:t>ד. בעיר גרים ___ תושבים.</w:t>
      </w:r>
    </w:p>
    <w:p>
      <w:pPr>
        <w:bidi/>
        <w:spacing w:before="0" w:after="80"/>
        <w:jc w:val="both"/>
      </w:pPr>
      <w:r>
        <w:rPr>
          <w:rtl/>
        </w:rPr>
        <w:t xml:space="preserve">   ○ שלוש אלף      ○ שלושת אלפים      ○ שלושה אלפים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השלימו את הטבלה: הצורה בזכר ובנקבה.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מספר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עם שם בזכר (ימים)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עם שם בנקבה (שנים)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8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11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כתבו את התאריך או השעה במילים.</w:t>
      </w:r>
    </w:p>
    <w:p>
      <w:pPr>
        <w:bidi/>
        <w:spacing w:before="0" w:after="60"/>
        <w:jc w:val="both"/>
      </w:pPr>
      <w:r>
        <w:rPr>
          <w:rtl/>
        </w:rPr>
        <w:t>א. הטקס ייערך ב־__________ (1) בספטמבר.</w:t>
      </w:r>
    </w:p>
    <w:p>
      <w:pPr>
        <w:bidi/>
        <w:spacing w:before="0" w:after="60"/>
        <w:jc w:val="both"/>
      </w:pPr>
      <w:r>
        <w:rPr>
          <w:rtl/>
        </w:rPr>
        <w:t>ב. הטיסה יוצאת ב־__________ (23) ביולי.</w:t>
      </w:r>
    </w:p>
    <w:p>
      <w:pPr>
        <w:bidi/>
        <w:spacing w:before="0" w:after="60"/>
        <w:jc w:val="both"/>
      </w:pPr>
      <w:r>
        <w:rPr>
          <w:rtl/>
        </w:rPr>
        <w:t>ג. השיעור מתחיל בשעה __________ (10).</w:t>
      </w:r>
    </w:p>
    <w:p>
      <w:pPr>
        <w:bidi/>
        <w:spacing w:before="0" w:after="60"/>
        <w:jc w:val="both"/>
      </w:pPr>
      <w:r>
        <w:rPr>
          <w:rtl/>
        </w:rPr>
        <w:t>ד. הוא גר בקומה ה־__________ (12).</w:t>
      </w:r>
    </w:p>
    <w:p>
      <w:pPr>
        <w:bidi/>
        <w:spacing w:before="120" w:after="40"/>
        <w:jc w:val="center"/>
      </w:pPr>
      <w:r>
        <w:rPr>
          <w:rFonts w:ascii="Aharoni" w:hAnsi="Aharoni" w:cs="Aharoni"/>
          <w:b/>
          <w:bCs/>
          <w:color w:val="1D4ED8"/>
          <w:sz w:val="30"/>
          <w:szCs w:val="30"/>
          <w:rtl/>
        </w:rPr>
        <w:t>יום ספורט בבית הספר*</w:t>
      </w:r>
    </w:p>
    <w:tbl>
      <w:tblPr>
        <w:bidiVisual/>
        <w:tblW w:w="986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60" w:type="dxa"/>
          <w:bottom w:w="0" w:type="dxa"/>
          <w:right w:w="60" w:type="dxa"/>
        </w:tblCellMar>
      </w:tblPr>
      <w:tblGrid>
        <w:gridCol w:w="510"/>
        <w:gridCol w:w="9354"/>
      </w:tblGrid>
      <w:tr>
        <w:trPr>
          <w:cantSplit/>
        </w:trPr>
        <w:tc>
          <w:tcPr>
            <w:tcW w:w="510" w:type="dxa"/>
          </w:tcPr>
          <w:p>
            <w:pPr>
              <w:bidi/>
              <w:spacing w:before="46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1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3"/>
                <w:szCs w:val="23"/>
                <w:rtl/>
              </w:rPr>
              <w:t>ביום ספורט השנתי השתתפו 350 תלמידים מ־12 כיתות. האירוע נפתח בשעה 8 בבוקר,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ובמשך 6 שעות התקיימו 15 תחרויות שונות.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6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3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3"/>
                <w:szCs w:val="23"/>
                <w:rtl/>
              </w:rPr>
              <w:t>בתחרות הריצה זכו 3 הבנות מכיתה י׳ במקומות הראשונים, ו־2 הבנים מכיתה י״א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הגיעו למקום השני והשלישי. בסוף היום חולקו 40 מדליות ו־1,200 בקבוקי מים.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120"/>
        <w:jc w:val="both"/>
      </w:pPr>
      <w:r>
        <w:rPr>
          <w:color w:val="5B6476"/>
          <w:sz w:val="20"/>
          <w:szCs w:val="20"/>
          <w:rtl/>
        </w:rPr>
        <w:t>* נכתב על ידי חן נווה, 2016. מתוך: אתר «מבט צעיר».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לפי הקטע «יום ספורט בבית הספר»: כתבו במילים את המספרים שבצירופים האלה.</w:t>
      </w:r>
    </w:p>
    <w:p>
      <w:pPr>
        <w:bidi/>
        <w:spacing w:before="0" w:after="100"/>
        <w:jc w:val="both"/>
      </w:pPr>
      <w:r>
        <w:rPr>
          <w:rtl/>
        </w:rPr>
        <w:t>א. 350 תלמידים</w:t>
      </w:r>
    </w:p>
    <w:p>
      <w:pPr>
        <w:bidi/>
        <w:spacing w:before="0" w:after="100"/>
        <w:jc w:val="both"/>
      </w:pPr>
      <w:r>
        <w:rPr>
          <w:rtl/>
        </w:rPr>
        <w:t>ב. 12 כיתות</w:t>
      </w:r>
    </w:p>
    <w:p>
      <w:pPr>
        <w:bidi/>
        <w:spacing w:before="0" w:after="100"/>
        <w:jc w:val="both"/>
      </w:pPr>
      <w:r>
        <w:rPr>
          <w:rtl/>
        </w:rPr>
        <w:t>ג. בשעה 8</w:t>
      </w:r>
    </w:p>
    <w:p>
      <w:pPr>
        <w:bidi/>
        <w:spacing w:before="0" w:after="100"/>
        <w:jc w:val="both"/>
      </w:pPr>
      <w:r>
        <w:rPr>
          <w:rtl/>
        </w:rPr>
        <w:t>ד. 6 שעות</w:t>
      </w:r>
    </w:p>
    <w:p>
      <w:pPr>
        <w:bidi/>
        <w:spacing w:before="0" w:after="100"/>
        <w:jc w:val="both"/>
      </w:pPr>
      <w:r>
        <w:rPr>
          <w:rtl/>
        </w:rPr>
        <w:t>ה. 15 תחרויות</w:t>
      </w:r>
    </w:p>
    <w:p>
      <w:pPr>
        <w:bidi/>
        <w:spacing w:before="0" w:after="100"/>
        <w:jc w:val="both"/>
      </w:pPr>
      <w:r>
        <w:rPr>
          <w:rtl/>
        </w:rPr>
        <w:t>ו. 3 הבנות</w:t>
      </w:r>
    </w:p>
    <w:p>
      <w:pPr>
        <w:bidi/>
        <w:spacing w:before="0" w:after="100"/>
        <w:jc w:val="both"/>
      </w:pPr>
      <w:r>
        <w:rPr>
          <w:rtl/>
        </w:rPr>
        <w:t>ז. 2 הבנים</w:t>
      </w:r>
    </w:p>
    <w:p>
      <w:pPr>
        <w:bidi/>
        <w:spacing w:before="0" w:after="100"/>
        <w:jc w:val="both"/>
      </w:pPr>
      <w:r>
        <w:rPr>
          <w:rtl/>
        </w:rPr>
        <w:t>ח. 1,200 בקבוקים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תקין או לא תקין? תקנו את הלא תקינים.</w:t>
      </w:r>
    </w:p>
    <w:p>
      <w:pPr>
        <w:bidi/>
        <w:spacing w:before="0" w:after="60"/>
        <w:jc w:val="both"/>
      </w:pPr>
      <w:r>
        <w:rPr>
          <w:rtl/>
        </w:rPr>
        <w:t>א. יש לי שתיים אחיות.      נכון / לא נכון</w:t>
      </w:r>
    </w:p>
    <w:p>
      <w:pPr>
        <w:bidi/>
        <w:spacing w:before="0" w:after="60"/>
        <w:jc w:val="both"/>
      </w:pPr>
      <w:r>
        <w:rPr>
          <w:rtl/>
        </w:rPr>
        <w:t>ב. נפגשנו בעשרה בדצמבר.      נכון / לא נכון</w:t>
      </w:r>
    </w:p>
    <w:p>
      <w:pPr>
        <w:bidi/>
        <w:spacing w:before="0" w:after="60"/>
        <w:jc w:val="both"/>
      </w:pPr>
      <w:r>
        <w:rPr>
          <w:rtl/>
        </w:rPr>
        <w:t>ג. שלוש התלמידים ניגשו לבחינה.      נכון / לא נכון</w:t>
      </w:r>
    </w:p>
    <w:p>
      <w:pPr>
        <w:bidi/>
        <w:spacing w:before="0" w:after="60"/>
        <w:jc w:val="both"/>
      </w:pPr>
      <w:r>
        <w:rPr>
          <w:rtl/>
        </w:rPr>
        <w:t>ד. הוא עלה לקו שתיים.      נכון / לא נכון</w:t>
      </w:r>
    </w:p>
    <w:p>
      <w:pPr>
        <w:bidi/>
        <w:spacing w:before="0" w:after="60"/>
        <w:jc w:val="both"/>
      </w:pPr>
      <w:r>
        <w:rPr>
          <w:rtl/>
        </w:rPr>
        <w:t>ה. בספרייה יש שתי אלף ספרים.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התאימו כל צירוף לסוג המספר שבו.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הפרק השלישי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מספר סודר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חמישה ספרים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מספר סתמי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בשעה תשע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מספר מונה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בעשרים ושניים במרץ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תאריך (מונה בזכר)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כתבו הודעה קצרה (3–4 משפטים) לחברי הכיתה על טיול שנתי. כתבו במילים לפחות ארבעה מספרים: תאריך, שעה, מספר משתתפים ומספר ימים.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מיינו את הצירופים: נסמך (לפני שם מיודע) או נפרד?</w:t>
      </w:r>
    </w:p>
    <w:p>
      <w:pPr>
        <w:bidi/>
        <w:spacing w:before="0" w:after="80"/>
        <w:jc w:val="both"/>
      </w:pPr>
      <w:r>
        <w:rPr>
          <w:color w:val="1D4ED8"/>
          <w:sz w:val="24"/>
          <w:szCs w:val="24"/>
          <w:rtl/>
        </w:rPr>
        <w:t>המילים: שלושת הספרים  |  שלושה ספרים  |  שתי הבנות  |  שתיים  |  עשרת הימים  |  עשרה ימים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צורת נסמך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צורת נפרד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כתבו במילים את המספר המורכב.</w:t>
      </w:r>
    </w:p>
    <w:p>
      <w:pPr>
        <w:bidi/>
        <w:spacing w:before="0" w:after="60"/>
        <w:jc w:val="both"/>
      </w:pPr>
      <w:r>
        <w:rPr>
          <w:rtl/>
        </w:rPr>
        <w:t>א. בבית הספר לומדים __________ (465) תלמידים.</w:t>
      </w:r>
    </w:p>
    <w:p>
      <w:pPr>
        <w:bidi/>
        <w:spacing w:before="0" w:after="60"/>
        <w:jc w:val="both"/>
      </w:pPr>
      <w:r>
        <w:rPr>
          <w:rtl/>
        </w:rPr>
        <w:t>ב. הגשר נבנה לפני __________ (120) שנה.</w:t>
      </w:r>
    </w:p>
    <w:p>
      <w:pPr>
        <w:bidi/>
        <w:spacing w:before="0" w:after="60"/>
        <w:jc w:val="both"/>
      </w:pPr>
      <w:r>
        <w:rPr>
          <w:rtl/>
        </w:rPr>
        <w:t>ג. במרתון רצו __________ (2,350) איש.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כתבו את המספר הסודר.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מונה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סודר (בזכר)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סודר (בנקבה)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ועברית · כיתה י'   |   דף עבודה – תשובות</w:t>
      </w:r>
    </w:p>
    <w:p>
      <w:pPr>
        <w:bidi/>
        <w:spacing w:before="0" w:after="120"/>
        <w:jc w:val="both"/>
      </w:pPr>
      <w:r>
        <w:rPr>
          <w:rFonts w:ascii="Aharoni" w:hAnsi="Aharoni" w:cs="Aharoni"/>
          <w:b/>
          <w:bCs/>
          <w:color w:val="0F7A4F"/>
          <w:sz w:val="36"/>
          <w:szCs w:val="36"/>
          <w:rtl/>
        </w:rPr>
        <w:t>תשובות – שם המספר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כתבו את המספר במילים, בצורה המתאימה לשם העצם.</w:t>
      </w:r>
    </w:p>
    <w:p>
      <w:pPr>
        <w:bidi/>
        <w:spacing w:before="0" w:after="40"/>
        <w:jc w:val="both"/>
      </w:pPr>
      <w:r>
        <w:rPr>
          <w:rtl/>
        </w:rPr>
        <w:t>א. בכיתה יש ארבעה עשר (14) בנים.</w:t>
      </w:r>
    </w:p>
    <w:p>
      <w:pPr>
        <w:bidi/>
        <w:spacing w:before="0" w:after="40"/>
        <w:jc w:val="both"/>
      </w:pPr>
      <w:r>
        <w:rPr>
          <w:rtl/>
        </w:rPr>
        <w:t>ב. בכיתה יש שש עשרה (16) בנות.</w:t>
      </w:r>
    </w:p>
    <w:p>
      <w:pPr>
        <w:bidi/>
        <w:spacing w:before="0" w:after="40"/>
        <w:jc w:val="both"/>
      </w:pPr>
      <w:r>
        <w:rPr>
          <w:rtl/>
        </w:rPr>
        <w:t>ג. הטיול נמשך חמישה (5) ימים.</w:t>
      </w:r>
    </w:p>
    <w:p>
      <w:pPr>
        <w:bidi/>
        <w:spacing w:before="0" w:after="40"/>
        <w:jc w:val="both"/>
      </w:pPr>
      <w:r>
        <w:rPr>
          <w:rtl/>
        </w:rPr>
        <w:t>ד. הנסיעה ארכה שלוש (3) שעות.</w:t>
      </w:r>
    </w:p>
    <w:p>
      <w:pPr>
        <w:bidi/>
        <w:spacing w:before="0" w:after="40"/>
        <w:jc w:val="both"/>
      </w:pPr>
      <w:r>
        <w:rPr>
          <w:rtl/>
        </w:rPr>
        <w:t>ה. במשלחת היו שתים עשרה (12) נערות.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בחרו את הצורה התקינה.</w:t>
      </w:r>
    </w:p>
    <w:p>
      <w:pPr>
        <w:bidi/>
        <w:spacing w:before="0" w:after="20"/>
        <w:jc w:val="both"/>
      </w:pPr>
      <w:r>
        <w:rPr>
          <w:rtl/>
        </w:rPr>
        <w:t>א. קראתי את ___ הספרים שקיבלתי.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שלושת</w:t>
      </w:r>
    </w:p>
    <w:p>
      <w:pPr>
        <w:bidi/>
        <w:spacing w:before="0" w:after="20"/>
        <w:jc w:val="both"/>
      </w:pPr>
      <w:r>
        <w:rPr>
          <w:rtl/>
        </w:rPr>
        <w:t>ב. הן סיימו את ___ המשימות.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ארבע</w:t>
      </w:r>
    </w:p>
    <w:p>
      <w:pPr>
        <w:bidi/>
        <w:spacing w:before="0" w:after="20"/>
        <w:jc w:val="both"/>
      </w:pPr>
      <w:r>
        <w:rPr>
          <w:rtl/>
        </w:rPr>
        <w:t>ג. באולם ישבו ___ איש.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מאתיים</w:t>
      </w:r>
    </w:p>
    <w:p>
      <w:pPr>
        <w:bidi/>
        <w:spacing w:before="0" w:after="20"/>
        <w:jc w:val="both"/>
      </w:pPr>
      <w:r>
        <w:rPr>
          <w:rtl/>
        </w:rPr>
        <w:t>ד. בעיר גרים ___ תושבים.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שלושת אלפים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השלימו את הטבלה: הצורה בזכר ובנקבה.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מספר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עם שם בזכר (ימים)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עם שם בנקבה (שנים)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שלושה ימים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שלוש שנים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8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שמונה ימים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שמונה שנים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11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אחד עשר ימים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אחת עשרה שנים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עשרים ימים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עשרים שנים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כתבו את התאריך או השעה במילים.</w:t>
      </w:r>
    </w:p>
    <w:p>
      <w:pPr>
        <w:bidi/>
        <w:spacing w:before="0" w:after="40"/>
        <w:jc w:val="both"/>
      </w:pPr>
      <w:r>
        <w:rPr>
          <w:rtl/>
        </w:rPr>
        <w:t>א. הטקס ייערך ב־אחד (1) בספטמבר.</w:t>
      </w:r>
    </w:p>
    <w:p>
      <w:pPr>
        <w:bidi/>
        <w:spacing w:before="0" w:after="40"/>
        <w:jc w:val="both"/>
      </w:pPr>
      <w:r>
        <w:rPr>
          <w:rtl/>
        </w:rPr>
        <w:t>ב. הטיסה יוצאת ב־עשרים ושלושה (23) ביולי.</w:t>
      </w:r>
    </w:p>
    <w:p>
      <w:pPr>
        <w:bidi/>
        <w:spacing w:before="0" w:after="40"/>
        <w:jc w:val="both"/>
      </w:pPr>
      <w:r>
        <w:rPr>
          <w:rtl/>
        </w:rPr>
        <w:t>ג. השיעור מתחיל בשעה עשר (10).</w:t>
      </w:r>
    </w:p>
    <w:p>
      <w:pPr>
        <w:bidi/>
        <w:spacing w:before="0" w:after="40"/>
        <w:jc w:val="both"/>
      </w:pPr>
      <w:r>
        <w:rPr>
          <w:rtl/>
        </w:rPr>
        <w:t>ד. הוא גר בקומה ה־שתים עשרה (12).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לפי הקטע «יום ספורט בבית הספר»: כתבו במילים את המספרים שבצירופים האלה.</w:t>
      </w:r>
    </w:p>
    <w:p>
      <w:pPr>
        <w:bidi/>
        <w:spacing w:before="0" w:after="100"/>
        <w:jc w:val="both"/>
      </w:pPr>
      <w:r>
        <w:rPr>
          <w:rtl/>
        </w:rPr>
        <w:t>א. 350 תלמידים  ← שלוש מאות וחמישים תלמידים</w:t>
      </w:r>
    </w:p>
    <w:p>
      <w:pPr>
        <w:bidi/>
        <w:spacing w:before="0" w:after="100"/>
        <w:jc w:val="both"/>
      </w:pPr>
      <w:r>
        <w:rPr>
          <w:rtl/>
        </w:rPr>
        <w:t>ב. 12 כיתות  ← שתים עשרה כיתות</w:t>
      </w:r>
    </w:p>
    <w:p>
      <w:pPr>
        <w:bidi/>
        <w:spacing w:before="0" w:after="100"/>
        <w:jc w:val="both"/>
      </w:pPr>
      <w:r>
        <w:rPr>
          <w:rtl/>
        </w:rPr>
        <w:t>ג. בשעה 8  ← בשעה שמונה</w:t>
      </w:r>
    </w:p>
    <w:p>
      <w:pPr>
        <w:bidi/>
        <w:spacing w:before="0" w:after="100"/>
        <w:jc w:val="both"/>
      </w:pPr>
      <w:r>
        <w:rPr>
          <w:rtl/>
        </w:rPr>
        <w:t>ד. 6 שעות  ← שש שעות</w:t>
      </w:r>
    </w:p>
    <w:p>
      <w:pPr>
        <w:bidi/>
        <w:spacing w:before="0" w:after="100"/>
        <w:jc w:val="both"/>
      </w:pPr>
      <w:r>
        <w:rPr>
          <w:rtl/>
        </w:rPr>
        <w:t>ה. 15 תחרויות  ← חמש עשרה תחרויות</w:t>
      </w:r>
    </w:p>
    <w:p>
      <w:pPr>
        <w:bidi/>
        <w:spacing w:before="0" w:after="100"/>
        <w:jc w:val="both"/>
      </w:pPr>
      <w:r>
        <w:rPr>
          <w:rtl/>
        </w:rPr>
        <w:t>ו. 3 הבנות  ← שלוש הבנות</w:t>
      </w:r>
    </w:p>
    <w:p>
      <w:pPr>
        <w:bidi/>
        <w:spacing w:before="0" w:after="100"/>
        <w:jc w:val="both"/>
      </w:pPr>
      <w:r>
        <w:rPr>
          <w:rtl/>
        </w:rPr>
        <w:t>ז. 2 הבנים  ← שני הבנים</w:t>
      </w:r>
    </w:p>
    <w:p>
      <w:pPr>
        <w:bidi/>
        <w:spacing w:before="0" w:after="100"/>
        <w:jc w:val="both"/>
      </w:pPr>
      <w:r>
        <w:rPr>
          <w:rtl/>
        </w:rPr>
        <w:t>ח. 1,200 בקבוקים  ← אלף ומאתיים בקבוקים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תקין או לא תקין? תקנו את הלא תקינים.</w:t>
      </w:r>
    </w:p>
    <w:p>
      <w:pPr>
        <w:bidi/>
        <w:spacing w:before="0" w:after="40"/>
        <w:jc w:val="both"/>
      </w:pPr>
      <w:r>
        <w:rPr>
          <w:rtl/>
        </w:rPr>
        <w:t>א. יש לי שתיים אחיות. – לא נכון – יש לי שתי אחיות.</w:t>
      </w:r>
    </w:p>
    <w:p>
      <w:pPr>
        <w:bidi/>
        <w:spacing w:before="0" w:after="40"/>
        <w:jc w:val="both"/>
      </w:pPr>
      <w:r>
        <w:rPr>
          <w:rtl/>
        </w:rPr>
        <w:t>ב. נפגשנו בעשרה בדצמבר. – נכון</w:t>
      </w:r>
    </w:p>
    <w:p>
      <w:pPr>
        <w:bidi/>
        <w:spacing w:before="0" w:after="40"/>
        <w:jc w:val="both"/>
      </w:pPr>
      <w:r>
        <w:rPr>
          <w:rtl/>
        </w:rPr>
        <w:t>ג. שלוש התלמידים ניגשו לבחינה. – לא נכון – שלושת התלמידים ניגשו לבחינה.</w:t>
      </w:r>
    </w:p>
    <w:p>
      <w:pPr>
        <w:bidi/>
        <w:spacing w:before="0" w:after="40"/>
        <w:jc w:val="both"/>
      </w:pPr>
      <w:r>
        <w:rPr>
          <w:rtl/>
        </w:rPr>
        <w:t>ד. הוא עלה לקו שתיים. – נכון</w:t>
      </w:r>
    </w:p>
    <w:p>
      <w:pPr>
        <w:bidi/>
        <w:spacing w:before="0" w:after="40"/>
        <w:jc w:val="both"/>
      </w:pPr>
      <w:r>
        <w:rPr>
          <w:rtl/>
        </w:rPr>
        <w:t>ה. בספרייה יש שתי אלף ספרים. – לא נכון – בספרייה יש אלפיים ספרים.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התאימו כל צירוף לסוג המספר שבו.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הפרק השלישי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מספר סודר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חמישה ספרים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מספר סתמי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בשעה תשע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מספר מונה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בעשרים ושניים במרץ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תאריך (מונה בזכר)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כתבו הודעה קצרה (3–4 משפטים) לחברי הכיתה על טיול שנתי. כתבו במילים לפחות ארבעה מספרים: תאריך, שעה, מספר משתתפים ומספר ימים.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לדוגמה: הטיול השנתי ייצא בשלושה בנובמבר בשעה שבע בבוקר. ישתתפו בו מאה ועשרים תלמידים, והוא יימשך שלושה ימים.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מיינו את הצירופים: נסמך (לפני שם מיודע) או נפרד?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צורת נסמך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צורת נפרד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שלושת הספרים, שתי הבנות, עשרת הימים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שלושה ספרים, שתיים, עשרה ימים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כתבו במילים את המספר המורכב.</w:t>
      </w:r>
    </w:p>
    <w:p>
      <w:pPr>
        <w:bidi/>
        <w:spacing w:before="0" w:after="40"/>
        <w:jc w:val="both"/>
      </w:pPr>
      <w:r>
        <w:rPr>
          <w:rtl/>
        </w:rPr>
        <w:t>א. בבית הספר לומדים ארבע מאות שישים וחמישה (465) תלמידים.</w:t>
      </w:r>
    </w:p>
    <w:p>
      <w:pPr>
        <w:bidi/>
        <w:spacing w:before="0" w:after="40"/>
        <w:jc w:val="both"/>
      </w:pPr>
      <w:r>
        <w:rPr>
          <w:rtl/>
        </w:rPr>
        <w:t>ב. הגשר נבנה לפני מאה ועשרים (120) שנה.</w:t>
      </w:r>
    </w:p>
    <w:p>
      <w:pPr>
        <w:bidi/>
        <w:spacing w:before="0" w:after="40"/>
        <w:jc w:val="both"/>
      </w:pPr>
      <w:r>
        <w:rPr>
          <w:rtl/>
        </w:rPr>
        <w:t>ג. במרתון רצו אלפיים שלוש מאות וחמישים (2,350) איש.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כתבו את המספר הסודר.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מונה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סודר (בזכר)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סודר (בנקבה)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שני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שנייה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חמישי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חמישית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עשירי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עשירית</w:t>
            </w:r>
          </w:p>
        </w:tc>
      </w:tr>
    </w:tbl>
    <w:p>
      <w:pPr>
        <w:bidi/>
        <w:spacing w:before="0" w:after="40"/>
        <w:jc w:val="both"/>
      </w:pP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avid" w:hAnsi="David" w:cs="David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