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י'   |   דף סיכום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כתיבה: טיעון וכתיבה ממזגת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9F1239"/>
          <w:sz w:val="24"/>
          <w:szCs w:val="24"/>
          <w:rtl/>
        </w:rPr>
        <w:t>דף סיכום: איך בונים טקסט טיעון, ואיך כותבים סקירה הממזגת שני מקורות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10_t07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רכיבי הטיעון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רכיב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הוא?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טענה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העמדה של הכותב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כדאי להתחיל ללמוד מאוחר יותר.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נימוק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מדוע הטענה נכונה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בני נוער נרדמים מאוחר.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ביסוס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עובדה, נתון או דוגמה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מחקרים על שעון הגוף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טענת נגד והפרכה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דעה הפוכה ותשובה לה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יש הטוענים...; אולם...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מסקנה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חזרה מחוזקת לטענה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לכן יש לשנות את השעה.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כתיבה ממזגת – שלבים</w:t>
      </w:r>
    </w:p>
    <w:p>
      <w:pPr>
        <w:bidi/>
        <w:spacing w:before="0" w:after="20"/>
        <w:jc w:val="both"/>
      </w:pPr>
      <w:r>
        <w:rPr>
          <w:rtl/>
        </w:rPr>
        <w:t>1. קוראים את שני המקורות ומסמנים היבטים משותפים.</w:t>
      </w:r>
    </w:p>
    <w:p>
      <w:pPr>
        <w:bidi/>
        <w:spacing w:before="0" w:after="20"/>
        <w:jc w:val="both"/>
      </w:pPr>
      <w:r>
        <w:rPr>
          <w:rtl/>
        </w:rPr>
        <w:t>2. פותחים בהצגת הנושא.</w:t>
      </w:r>
    </w:p>
    <w:p>
      <w:pPr>
        <w:bidi/>
        <w:spacing w:before="0" w:after="20"/>
        <w:jc w:val="both"/>
      </w:pPr>
      <w:r>
        <w:rPr>
          <w:rtl/>
        </w:rPr>
        <w:t>3. כותבים לפי היבטים, ולא מקור אחרי מקור.</w:t>
      </w:r>
    </w:p>
    <w:p>
      <w:pPr>
        <w:bidi/>
        <w:spacing w:before="0" w:after="20"/>
        <w:jc w:val="both"/>
      </w:pPr>
      <w:r>
        <w:rPr>
          <w:rtl/>
        </w:rPr>
        <w:t>4. מציינים את המקור של כל רעיון, במילים שלכם.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ניסוחים שימושיים: שני המקורות עוסקים ב... · בעוד שמקור א מדגיש..., מקור ב...</w:t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משלב ותקינות</w:t>
      </w:r>
    </w:p>
    <w:p>
      <w:pPr>
        <w:bidi/>
        <w:spacing w:before="0" w:after="20"/>
        <w:jc w:val="both"/>
      </w:pPr>
      <w:r>
        <w:rPr>
          <w:rtl/>
        </w:rPr>
        <w:t>1. משלב רשמי, בלי סלנג.</w:t>
      </w:r>
    </w:p>
    <w:p>
      <w:pPr>
        <w:bidi/>
        <w:spacing w:before="0" w:after="20"/>
        <w:jc w:val="both"/>
      </w:pPr>
      <w:r>
        <w:rPr>
          <w:rtl/>
        </w:rPr>
        <w:t>2. התאם בין נושא לנשוא.</w:t>
      </w:r>
    </w:p>
    <w:p>
      <w:pPr>
        <w:bidi/>
        <w:spacing w:before="0" w:after="20"/>
        <w:jc w:val="both"/>
      </w:pPr>
      <w:r>
        <w:rPr>
          <w:rtl/>
        </w:rPr>
        <w:t>3. פיסוק: נקודה, פסיק, נקודתיים, מירכאות.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לפני הכתיבה – תכננו בטבלה קצרה: טענה, שלושה נימוקים, ביסוס לכל נימוק, טענת נגד והפרכה. בכתיבה ממזגת – טבלה של היבטים, ומה אומר כל מקור על כל היבט.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«במחקר נמצא שתלמידים שישנו שמונה שעות הצליחו יותר במבחן» הוא ___ של הטיעון.</w:t>
      </w:r>
    </w:p>
    <w:p>
      <w:pPr>
        <w:bidi/>
        <w:spacing w:before="0" w:after="20"/>
        <w:jc w:val="both"/>
      </w:pPr>
      <w:r>
        <w:rPr>
          <w:rtl/>
        </w:rPr>
        <w:t>1. המשפט מביא ממצא של מחקר.</w:t>
      </w:r>
    </w:p>
    <w:p>
      <w:pPr>
        <w:bidi/>
        <w:spacing w:before="0" w:after="20"/>
        <w:jc w:val="both"/>
      </w:pPr>
      <w:r>
        <w:rPr>
          <w:rtl/>
        </w:rPr>
        <w:t>2. ממצא שתומך בנימוק הוא ביסוס.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ביסוס</w:t>
      </w:r>
    </w:p>
    <w:p>
      <w:pPr>
        <w:bidi/>
        <w:spacing w:before="120" w:after="8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בודקים את עצמנו – השלימו את המונח המתאים:</w:t>
      </w:r>
    </w:p>
    <w:p>
      <w:pPr>
        <w:bidi/>
        <w:spacing w:before="0" w:after="60"/>
        <w:jc w:val="both"/>
      </w:pPr>
      <w:r>
        <w:rPr>
          <w:rtl/>
        </w:rPr>
        <w:t>א. העמדה שהכותב מבקש להוכיח נקראת __________.</w:t>
      </w:r>
    </w:p>
    <w:p>
      <w:pPr>
        <w:bidi/>
        <w:spacing w:before="0" w:after="60"/>
        <w:jc w:val="both"/>
      </w:pPr>
      <w:r>
        <w:rPr>
          <w:rtl/>
        </w:rPr>
        <w:t>ב. עובדה או דוגמה שתומכת בנימוק נקראת __________.</w:t>
      </w:r>
    </w:p>
    <w:p>
      <w:pPr>
        <w:bidi/>
        <w:spacing w:before="0" w:after="60"/>
        <w:jc w:val="both"/>
      </w:pPr>
      <w:r>
        <w:rPr>
          <w:rtl/>
        </w:rPr>
        <w:t>ג. בכתיבה ממזגת מארגנים את המידע לפי __________.</w:t>
      </w:r>
    </w:p>
    <w:p>
      <w:pPr>
        <w:bidi/>
        <w:spacing w:before="0" w:after="60"/>
        <w:jc w:val="both"/>
      </w:pPr>
      <w:r>
        <w:rPr>
          <w:rtl/>
        </w:rPr>
        <w:t>ד. דעה הפוכה שהכותב מציג ועונה עליה נקראת טענת 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טענה · ב. ביסוס · ג. היבטים · ד. נגד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