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כתיבה: טיעון וכתיבה ממזגת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כל משפט לרכיב הטיעון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יש לאסור טלפונים ניידים בשיעורים.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מסקנה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הטלפון מסיח את דעת התלמידים.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ביסוס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במחקר נמצא שתלמידים שהטלפון היה לידם זכרו פחות מהשיעור.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טענת נגד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יש הטוענים שהטלפון עוזר בחיפוש מידע.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אולם לשם כך אפשר להשתמש במחשבי בית הספר.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טענה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לכן כדאי להשאיר את הטלפון בתיק.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נימוק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מילת קישור או מילה מאזכרת מהמחסן.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ראשית  |  אומנם  |  תופעה זו  |  לסיכום  |  נוסף על כך</w:t>
      </w:r>
    </w:p>
    <w:p>
      <w:pPr>
        <w:bidi/>
        <w:spacing w:before="0" w:after="60"/>
        <w:jc w:val="both"/>
      </w:pPr>
      <w:r>
        <w:rPr>
          <w:rtl/>
        </w:rPr>
        <w:t>א. __________, ההתנדבות מחזקת את הקשר בין בני הנוער לקהילה.</w:t>
      </w:r>
    </w:p>
    <w:p>
      <w:pPr>
        <w:bidi/>
        <w:spacing w:before="0" w:after="60"/>
        <w:jc w:val="both"/>
      </w:pPr>
      <w:r>
        <w:rPr>
          <w:rtl/>
        </w:rPr>
        <w:t>ב. __________, היא מקנה להם ניסיון שיעזור להם בעתיד.</w:t>
      </w:r>
    </w:p>
    <w:p>
      <w:pPr>
        <w:bidi/>
        <w:spacing w:before="0" w:after="60"/>
        <w:jc w:val="both"/>
      </w:pPr>
      <w:r>
        <w:rPr>
          <w:rtl/>
        </w:rPr>
        <w:t>ג. בשנים האחרונות מתנדבים יותר בני נוער. __________ מעידה על שינוי בתפיסת האחריות החברתית.</w:t>
      </w:r>
    </w:p>
    <w:p>
      <w:pPr>
        <w:bidi/>
        <w:spacing w:before="0" w:after="60"/>
        <w:jc w:val="both"/>
      </w:pPr>
      <w:r>
        <w:rPr>
          <w:rtl/>
        </w:rPr>
        <w:t>ד. __________ ההתנדבות דורשת זמן, אך התועלת רבה.</w:t>
      </w:r>
    </w:p>
    <w:p>
      <w:pPr>
        <w:bidi/>
        <w:spacing w:before="0" w:after="60"/>
        <w:jc w:val="both"/>
      </w:pPr>
      <w:r>
        <w:rPr>
          <w:rtl/>
        </w:rPr>
        <w:t>ה. __________, כדאי לעודד כל תלמיד להתנדב.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משלב: בחרו את הניסוח המתאים לטקסט טיעון רשמי.</w:t>
      </w:r>
    </w:p>
    <w:p>
      <w:pPr>
        <w:bidi/>
        <w:spacing w:before="0" w:after="20"/>
        <w:jc w:val="both"/>
      </w:pPr>
      <w:r>
        <w:rPr>
          <w:rtl/>
        </w:rPr>
        <w:t>א. איזה ניסוח מתאים?</w:t>
      </w:r>
    </w:p>
    <w:p>
      <w:pPr>
        <w:bidi/>
        <w:spacing w:before="0" w:after="80"/>
        <w:jc w:val="both"/>
      </w:pPr>
      <w:r>
        <w:rPr>
          <w:rtl/>
        </w:rPr>
        <w:t xml:space="preserve">   ○ השיעורים ארוכים בטירוף.      ○ משך השיעורים ארוך מדי לטעמם של תלמידים רבים.      ○ וואו, איזה שיעורים ארוכים!</w:t>
      </w:r>
    </w:p>
    <w:p>
      <w:pPr>
        <w:bidi/>
        <w:spacing w:before="0" w:after="20"/>
        <w:jc w:val="both"/>
      </w:pPr>
      <w:r>
        <w:rPr>
          <w:rtl/>
        </w:rPr>
        <w:t>ב. איזה ניסוח מתאים?</w:t>
      </w:r>
    </w:p>
    <w:p>
      <w:pPr>
        <w:bidi/>
        <w:spacing w:before="0" w:after="80"/>
        <w:jc w:val="both"/>
      </w:pPr>
      <w:r>
        <w:rPr>
          <w:rtl/>
        </w:rPr>
        <w:t xml:space="preserve">   ○ אין ספק שהצעה זו תשפר את מצב התלמידים.      ○ תאמינו לי, זה יהיה סבבה.      ○ כולם יודעים שזה הכי טוב.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מקור א: הספר המודפס עדיין חי*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למרות התחזיות, הספר המודפס לא נעלם. קוראים רבים מעידים שקל להם יותר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להתרכז בדף נייר, ומחקרים אחדים מצאו שהבנת הנקרא בטקסט ארוך טובה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יותר בקריאה מנייר. נוסף על כך, ספר מודפס אינו דורש סוללה ואינו שולח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התראות.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לימור ליבנה, 2020. מתוך: «זרקור» – מגזין לנוער.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מקור ב: הספרייה שבכיס*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הספר הדיגיטלי מאפשר לשאת אלפי ספרים במכשיר קטן, להגדיל את האותיות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ולחפש מילה בלחיצה. בעבור קוראים שזקוקים לאותיות גדולות או להקראה, הוא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פותח עולם שלם. עם זאת, גם תומכי הספר הדיגיטלי מודים שהמסך מעייף את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העיניים בקריאה ארוכה.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עופר עמרני, 2016. מתוך: «קול השכונה» – עיתון מקומי.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תכננו כתיבה ממזגת: מה אומר כל מקור על כל היבט?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היבט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ריכוז ועייפות בקריאה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נוחות ונגישות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חסרונות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פתיחה לסקירה הממזגת את שני המקורות (2–3 משפטים): הציגו את הנושא ואת שתי הגישות.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סקירה ממזגת (100–150 מילים) על שני המקורות. ארגנו לפי היבטים, ציינו את המקור של כל רעיון, והדגישו את המשותף ואת השונה. אל תביעו עמדה אישית.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טקסט טיעון (15–18 שורות) בנושא: «האם יש לקצר את חופשת הקיץ?». הציגו טענה, שני נימוקים מבוססים, טענת נגד והפרכה, ומסקנה.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ניסוח מתאים לכתיבה ממזגת.</w:t>
      </w:r>
    </w:p>
    <w:p>
      <w:pPr>
        <w:bidi/>
        <w:spacing w:before="0" w:after="60"/>
        <w:jc w:val="both"/>
      </w:pPr>
      <w:r>
        <w:rPr>
          <w:rtl/>
        </w:rPr>
        <w:t>א. __________ עוסקים בשאלה איזה ספר מתאים לקוראים בימינו.</w:t>
      </w:r>
    </w:p>
    <w:p>
      <w:pPr>
        <w:bidi/>
        <w:spacing w:before="0" w:after="60"/>
        <w:jc w:val="both"/>
      </w:pPr>
      <w:r>
        <w:rPr>
          <w:rtl/>
        </w:rPr>
        <w:t>ב. בעוד שמקור א מדגיש את הריכוז בקריאה מנייר, מקור ב __________ את הנוחות של הספר הדיגיטלי.</w:t>
      </w:r>
    </w:p>
    <w:p>
      <w:pPr>
        <w:bidi/>
        <w:spacing w:before="0" w:after="60"/>
        <w:jc w:val="both"/>
      </w:pPr>
      <w:r>
        <w:rPr>
          <w:rtl/>
        </w:rPr>
        <w:t>ג. בשני __________ מוזכר הקשר בין סוג הספר לבין נוחות הקריאה.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לפי מקורות א ו־ב: נכון או לא נכון?</w:t>
      </w:r>
    </w:p>
    <w:p>
      <w:pPr>
        <w:bidi/>
        <w:spacing w:before="0" w:after="60"/>
        <w:jc w:val="both"/>
      </w:pPr>
      <w:r>
        <w:rPr>
          <w:rtl/>
        </w:rPr>
        <w:t>א. שני המקורות מציינים שהמסך מעייף בקריאה ארוכה.      נכון / לא נכון</w:t>
      </w:r>
    </w:p>
    <w:p>
      <w:pPr>
        <w:bidi/>
        <w:spacing w:before="0" w:after="60"/>
        <w:jc w:val="both"/>
      </w:pPr>
      <w:r>
        <w:rPr>
          <w:rtl/>
        </w:rPr>
        <w:t>ב. מקור ב מציג יתרון לקוראים הזקוקים לאותיות גדולות.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מקור א מזכיר שספר מודפס אינו שולח התראות.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שפרו את הניסוח למשלב רשמי.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ניסוח יומיומי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ניסוח רשמי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 סבבה לגמרי.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כולם יודעים שזה הכי טוב.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חייבים לעשות משהו עם זה.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כתיבה: טיעון וכתיבה ממזגת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כל משפט לרכיב הטיעון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יש לאסור טלפונים ניידים בשיעורים.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מסקנה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הטלפון מסיח את דעת התלמידים.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ביסוס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במחקר נמצא שתלמידים שהטלפון היה לידם זכרו פחות מהשיעור.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טענת נגד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יש הטוענים שהטלפון עוזר בחיפוש מידע.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אולם לשם כך אפשר להשתמש במחשבי בית הספר.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טענה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לכן כדאי להשאיר את הטלפון בתיק.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נימוק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מילת קישור או מילה מאזכרת מהמחסן.</w:t>
      </w:r>
    </w:p>
    <w:p>
      <w:pPr>
        <w:bidi/>
        <w:spacing w:before="0" w:after="40"/>
        <w:jc w:val="both"/>
      </w:pPr>
      <w:r>
        <w:rPr>
          <w:rtl/>
        </w:rPr>
        <w:t>א. ראשית, ההתנדבות מחזקת את הקשר בין בני הנוער לקהילה.</w:t>
      </w:r>
    </w:p>
    <w:p>
      <w:pPr>
        <w:bidi/>
        <w:spacing w:before="0" w:after="40"/>
        <w:jc w:val="both"/>
      </w:pPr>
      <w:r>
        <w:rPr>
          <w:rtl/>
        </w:rPr>
        <w:t>ב. נוסף על כך, היא מקנה להם ניסיון שיעזור להם בעתיד.</w:t>
      </w:r>
    </w:p>
    <w:p>
      <w:pPr>
        <w:bidi/>
        <w:spacing w:before="0" w:after="40"/>
        <w:jc w:val="both"/>
      </w:pPr>
      <w:r>
        <w:rPr>
          <w:rtl/>
        </w:rPr>
        <w:t>ג. בשנים האחרונות מתנדבים יותר בני נוער. תופעה זו מעידה על שינוי בתפיסת האחריות החברתית.</w:t>
      </w:r>
    </w:p>
    <w:p>
      <w:pPr>
        <w:bidi/>
        <w:spacing w:before="0" w:after="40"/>
        <w:jc w:val="both"/>
      </w:pPr>
      <w:r>
        <w:rPr>
          <w:rtl/>
        </w:rPr>
        <w:t>ד. אומנם ההתנדבות דורשת זמן, אך התועלת רבה.</w:t>
      </w:r>
    </w:p>
    <w:p>
      <w:pPr>
        <w:bidi/>
        <w:spacing w:before="0" w:after="40"/>
        <w:jc w:val="both"/>
      </w:pPr>
      <w:r>
        <w:rPr>
          <w:rtl/>
        </w:rPr>
        <w:t>ה. לסיכום, כדאי לעודד כל תלמיד להתנדב.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משלב: בחרו את הניסוח המתאים לטקסט טיעון רשמי.</w:t>
      </w:r>
    </w:p>
    <w:p>
      <w:pPr>
        <w:bidi/>
        <w:spacing w:before="0" w:after="20"/>
        <w:jc w:val="both"/>
      </w:pPr>
      <w:r>
        <w:rPr>
          <w:rtl/>
        </w:rPr>
        <w:t>א. איזה ניסוח מתאים?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משך השיעורים ארוך מדי לטעמם של תלמידים רבים.</w:t>
      </w:r>
    </w:p>
    <w:p>
      <w:pPr>
        <w:bidi/>
        <w:spacing w:before="0" w:after="20"/>
        <w:jc w:val="both"/>
      </w:pPr>
      <w:r>
        <w:rPr>
          <w:rtl/>
        </w:rPr>
        <w:t>ב. איזה ניסוח מתאים?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אין ספק שהצעה זו תשפר את מצב התלמידים.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תכננו כתיבה ממזגת: מה אומר כל מקור על כל היבט?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היבט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ריכוז ועייפות בקריאה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קל יותר להתרכז בנייר; הבנה טובה יותר בטקסט ארוך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המסך מעייף את העיניים בקריאה ארוכה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נוחות ונגישות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אינו דורש סוללה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אלפי ספרים במכשיר אחד, הגדלת אותיות, חיפוש, הקראה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חסרונות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(לא מוזכרים במפורש)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עייפות עיניים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פתיחה לסקירה הממזגת את שני המקורות (2–3 משפטים): הציגו את הנושא ואת שתי הגישות.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שני המקורות עוסקים בשאלה איזה ספר מתאים יותר לקוראים בימינו – המודפס או הדיגיטלי. המקור הראשון מדגיש את יתרונות הנייר לריכוז, ואילו השני מציג את הנוחות והנגישות של הספר הדיגיטלי.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סקירה ממזגת (100–150 מילים) על שני המקורות. ארגנו לפי היבטים, ציינו את המקור של כל רעיון, והדגישו את המשותף ואת השונה. אל תביעו עמדה אישית.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פתיחה המציגה את הנושא (2); ארגון לפי היבטים ולא לפי מקור (4); הצגת המשותף והשונה (3); ציון המקורות (2); ניסוח עצמי ומילות קישור (3); לשון ופיסוק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טקסט טיעון (15–18 שורות) בנושא: «האם יש לקצר את חופשת הקיץ?». הציגו טענה, שני נימוקים מבוססים, טענת נגד והפרכה, ומסקנה.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טענה ברורה בפתיחה (3); שני נימוקים מבוססים (8); טענת נגד והפרכה (4); מסקנה (2); לכידות ומילות קישור (3); משלב רשמי, לשון ופיסוק (5).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ניסוח מתאים לכתיבה ממזגת.</w:t>
      </w:r>
    </w:p>
    <w:p>
      <w:pPr>
        <w:bidi/>
        <w:spacing w:before="0" w:after="40"/>
        <w:jc w:val="both"/>
      </w:pPr>
      <w:r>
        <w:rPr>
          <w:rtl/>
        </w:rPr>
        <w:t>א. שני המקורות עוסקים בשאלה איזה ספר מתאים לקוראים בימינו.</w:t>
      </w:r>
    </w:p>
    <w:p>
      <w:pPr>
        <w:bidi/>
        <w:spacing w:before="0" w:after="40"/>
        <w:jc w:val="both"/>
      </w:pPr>
      <w:r>
        <w:rPr>
          <w:rtl/>
        </w:rPr>
        <w:t>ב. בעוד שמקור א מדגיש את הריכוז בקריאה מנייר, מקור ב מדגיש את הנוחות של הספר הדיגיטלי.</w:t>
      </w:r>
    </w:p>
    <w:p>
      <w:pPr>
        <w:bidi/>
        <w:spacing w:before="0" w:after="40"/>
        <w:jc w:val="both"/>
      </w:pPr>
      <w:r>
        <w:rPr>
          <w:rtl/>
        </w:rPr>
        <w:t>ג. בשני המקורות מוזכר הקשר בין סוג הספר לבין נוחות הקריאה.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לפי מקורות א ו־ב: נכון או לא נכון?</w:t>
      </w:r>
    </w:p>
    <w:p>
      <w:pPr>
        <w:bidi/>
        <w:spacing w:before="0" w:after="40"/>
        <w:jc w:val="both"/>
      </w:pPr>
      <w:r>
        <w:rPr>
          <w:rtl/>
        </w:rPr>
        <w:t>א. שני המקורות מציינים שהמסך מעייף בקריאה ארוכה. – לא נכון – רק מקור ב מציין זאת במפורש; מקור א מדגיש את הריכוז בנייר.</w:t>
      </w:r>
    </w:p>
    <w:p>
      <w:pPr>
        <w:bidi/>
        <w:spacing w:before="0" w:after="40"/>
        <w:jc w:val="both"/>
      </w:pPr>
      <w:r>
        <w:rPr>
          <w:rtl/>
        </w:rPr>
        <w:t>ב. מקור ב מציג יתרון לקוראים הזקוקים לאותיות גדולות. – נכון</w:t>
      </w:r>
    </w:p>
    <w:p>
      <w:pPr>
        <w:bidi/>
        <w:spacing w:before="0" w:after="40"/>
        <w:jc w:val="both"/>
      </w:pPr>
      <w:r>
        <w:rPr>
          <w:rtl/>
        </w:rPr>
        <w:t>ג. מקור א מזכיר שספר מודפס אינו שולח התראות.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שפרו את הניסוח למשלב רשמי.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ניסוח יומיומי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ניסוח רשמי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 סבבה לגמרי.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זהו פתרון מוצלח.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כולם יודעים שזה הכי טוב.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רבים סבורים שזו הדרך המיטבית.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חייבים לעשות משהו עם זה.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יש לפעול כדי לטפל בבעיה.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