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מבחן מסכם בלשון – כיתה ג' ·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60 דקות · קראו כל שאלה בעיון · סך הכול 100 נקודות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הנמלים – עובדות קטנות וחזקות*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הנמלים הן חרקים קטנים מאוד, אבל הן חזקות במיוחד. נמלה יכולה להרים פירור כבד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ממנה פי עשרה ויותר. גופה של הנמלה בנוי משלושה חלקים: ראש, חזה ובטן. לנמלה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יש שש רגליים ושני מחושים. בעזרת המחושים היא מריחה, ממששת ו«מדברת» עם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הנמלים האחרות.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הנמלים חיות יחד בקן גדול מתחת לאדמה. בקן יש הרבה חדרים ומנהרות, ולכל חדר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יש תפקיד: יש חדר לביצים, יש חדר למזון ויש חדר למנוחה. בקן יש גם מלכה,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ותפקידה להטיל ביצים. שאר הנמלים הן נמלים פועלות: יש שמחפשות מזון, יש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ששומרות על הקן ויש שמטפלות בביצים ובנמלים הצעירות.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9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כשנמלה מוצאת מזון, היא חוזרת לקן ומשאירה אחריה ריח מיוחד על הקרקע. הנמלים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האחרות הולכות בעקבות הריח ומגיעות אל המזון. לכן אנחנו רואים לפעמים שורה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ארוכה של נמלים שהולכות זו אחרי זו. אם מוחקים את הריח, למשל במים ובסבון,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הנמלים מתבלבלות ומחפשות דרך חדשה.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בקיץ הנמלים עובדות קשה ואוספות זרעים ופירורים. יש סוגים של נמלים שאוכלים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בחורף מן המזון שאספו בקיץ, ולכן הם כמעט אינם יוצאים מן הקן בימים הקרים. כך,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בזכות עבודה משותפת, כל המושבה מצליחה לשרוד.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מן הנמלים אפשר ללמוד שכאשר כל אחד עושה את חלקו, גם יצורים קטנים מאוד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מצליחים לעשות דברים גדולים.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מיכל הרפז, 2021. מתוך: אתר «מדע בגובה העיניים».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הקטע. (12 נק')</w:t>
      </w:r>
    </w:p>
    <w:p>
      <w:pPr>
        <w:bidi/>
        <w:spacing w:before="0" w:after="20"/>
        <w:jc w:val="both"/>
      </w:pPr>
      <w:r>
        <w:rPr>
          <w:rtl/>
        </w:rPr>
        <w:t>א. לפי שורות 5–8, מה תפקידה של המלכה?</w:t>
      </w:r>
    </w:p>
    <w:p>
      <w:pPr>
        <w:bidi/>
        <w:spacing w:before="0" w:after="80"/>
        <w:jc w:val="both"/>
      </w:pPr>
      <w:r>
        <w:rPr>
          <w:rtl/>
        </w:rPr>
        <w:t xml:space="preserve">   ○ לחפש מזון      ○ להטיל ביצים      ○ לשמור על הקן</w:t>
      </w:r>
    </w:p>
    <w:p>
      <w:pPr>
        <w:bidi/>
        <w:spacing w:before="0" w:after="20"/>
        <w:jc w:val="both"/>
      </w:pPr>
      <w:r>
        <w:rPr>
          <w:rtl/>
        </w:rPr>
        <w:t>ב. לפי שורות 5–8, איפה נמצא הקן?</w:t>
      </w:r>
    </w:p>
    <w:p>
      <w:pPr>
        <w:bidi/>
        <w:spacing w:before="0" w:after="80"/>
        <w:jc w:val="both"/>
      </w:pPr>
      <w:r>
        <w:rPr>
          <w:rtl/>
        </w:rPr>
        <w:t xml:space="preserve">   ○ מתחת לאדמה      ○ על העץ      ○ ליד הים</w:t>
      </w:r>
    </w:p>
    <w:p>
      <w:pPr>
        <w:bidi/>
        <w:spacing w:before="0" w:after="20"/>
        <w:jc w:val="both"/>
      </w:pPr>
      <w:r>
        <w:rPr>
          <w:rtl/>
        </w:rPr>
        <w:t>ג. לפי שורות 1–4, בעזרת מה הנמלה מריחה?</w:t>
      </w:r>
    </w:p>
    <w:p>
      <w:pPr>
        <w:bidi/>
        <w:spacing w:before="0" w:after="80"/>
        <w:jc w:val="both"/>
      </w:pPr>
      <w:r>
        <w:rPr>
          <w:rtl/>
        </w:rPr>
        <w:t xml:space="preserve">   ○ בעזרת הרגליים      ○ בעזרת הפה      ○ בעזרת המחושים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שתי עבודות שעושות הנמלים הפועלות, לפי שורות 5–8.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למה אנחנו רואים לפעמים שורה ארוכה של נמלים? הסבירו לפי שורות 9–12.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מה פירוש המילים לפי הקטע? (6 נק')</w:t>
      </w:r>
    </w:p>
    <w:p>
      <w:pPr>
        <w:bidi/>
        <w:spacing w:before="0" w:after="20"/>
        <w:jc w:val="both"/>
      </w:pPr>
      <w:r>
        <w:rPr>
          <w:rtl/>
        </w:rPr>
        <w:t>א. «המושבה», בשורות 13–15, היא:</w:t>
      </w:r>
    </w:p>
    <w:p>
      <w:pPr>
        <w:bidi/>
        <w:spacing w:before="0" w:after="80"/>
        <w:jc w:val="both"/>
      </w:pPr>
      <w:r>
        <w:rPr>
          <w:rtl/>
        </w:rPr>
        <w:t xml:space="preserve">   ○ כפר קטן      ○ כל הנמלים שחיות יחד בקן      ○ מקום לטיולים</w:t>
      </w:r>
    </w:p>
    <w:p>
      <w:pPr>
        <w:bidi/>
        <w:spacing w:before="0" w:after="20"/>
        <w:jc w:val="both"/>
      </w:pPr>
      <w:r>
        <w:rPr>
          <w:rtl/>
        </w:rPr>
        <w:t>ב. «בעקבות הריח», בשורות 9–12,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אחרי הריח, לפי הדרך שהוא מסמן      ○ נגד הריח      ○ בלי ריח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בקטע כתוב שהנמלים «חזקות במיוחד». האם אתם מסכימים? כתבו את דעתכם, הביאו פרט אחד מן הקטע והסבירו.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ברבים. (6 נק')</w:t>
      </w:r>
    </w:p>
    <w:p>
      <w:pPr>
        <w:bidi/>
        <w:spacing w:before="0" w:after="60"/>
        <w:jc w:val="both"/>
      </w:pPr>
      <w:r>
        <w:rPr>
          <w:rtl/>
        </w:rPr>
        <w:t>א. נמלה ← __________</w:t>
      </w:r>
    </w:p>
    <w:p>
      <w:pPr>
        <w:bidi/>
        <w:spacing w:before="0" w:after="60"/>
        <w:jc w:val="both"/>
      </w:pPr>
      <w:r>
        <w:rPr>
          <w:rtl/>
        </w:rPr>
        <w:t>ב. קן ← __________</w:t>
      </w:r>
    </w:p>
    <w:p>
      <w:pPr>
        <w:bidi/>
        <w:spacing w:before="0" w:after="60"/>
        <w:jc w:val="both"/>
      </w:pPr>
      <w:r>
        <w:rPr>
          <w:rtl/>
        </w:rPr>
        <w:t>ג. ביצה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בגוף «היא».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אספה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תמצא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שם התואר בצורה הנכונה. (6 נק')</w:t>
      </w:r>
    </w:p>
    <w:p>
      <w:pPr>
        <w:bidi/>
        <w:spacing w:before="0" w:after="60"/>
        <w:jc w:val="both"/>
      </w:pPr>
      <w:r>
        <w:rPr>
          <w:rtl/>
        </w:rPr>
        <w:t>א. הנמלים __________ (חזק).</w:t>
      </w:r>
    </w:p>
    <w:p>
      <w:pPr>
        <w:bidi/>
        <w:spacing w:before="0" w:after="60"/>
        <w:jc w:val="both"/>
      </w:pPr>
      <w:r>
        <w:rPr>
          <w:rtl/>
        </w:rPr>
        <w:t>ב. ראינו שורה __________ (ארוך).</w:t>
      </w:r>
    </w:p>
    <w:p>
      <w:pPr>
        <w:bidi/>
        <w:spacing w:before="0" w:after="60"/>
        <w:jc w:val="both"/>
      </w:pPr>
      <w:r>
        <w:rPr>
          <w:rtl/>
        </w:rPr>
        <w:t>ג. הפירור היה __________ (כבד).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המילים לשתי משפחות. (6 נק')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הליכה  |  שומרת  |  הולכות  |  שמירה  |  הלך  |  משמר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ה־ל־ך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סימן פיסוק במקום הקו. (8 נק')</w:t>
      </w:r>
    </w:p>
    <w:p>
      <w:pPr>
        <w:bidi/>
        <w:spacing w:before="0" w:after="60"/>
        <w:jc w:val="both"/>
      </w:pPr>
      <w:r>
        <w:rPr>
          <w:rtl/>
        </w:rPr>
        <w:t>א. כמה רגליים יש לנמלה__________</w:t>
      </w:r>
    </w:p>
    <w:p>
      <w:pPr>
        <w:bidi/>
        <w:spacing w:before="0" w:after="60"/>
        <w:jc w:val="both"/>
      </w:pPr>
      <w:r>
        <w:rPr>
          <w:rtl/>
        </w:rPr>
        <w:t>ב. איזו נמלה חזקה__________</w:t>
      </w:r>
    </w:p>
    <w:p>
      <w:pPr>
        <w:bidi/>
        <w:spacing w:before="0" w:after="60"/>
        <w:jc w:val="both"/>
      </w:pPr>
      <w:r>
        <w:rPr>
          <w:rtl/>
        </w:rPr>
        <w:t>ג. הנמלים אוספות זרעים__________ עלים ופירורים.</w:t>
      </w:r>
    </w:p>
    <w:p>
      <w:pPr>
        <w:bidi/>
        <w:spacing w:before="0" w:after="60"/>
        <w:jc w:val="both"/>
      </w:pPr>
      <w:r>
        <w:rPr>
          <w:rtl/>
        </w:rPr>
        <w:t>ד. הקן נמצא מתחת לאדמה__________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4–5 משפטים על חיה קטנה שראיתם (נמלה, חיפושית, פרפר או אחרת): איפה ראיתם אותה, איך היא נראית ומה היא עשתה. שימו לב: כתבו בסדר – התחלה, אמצע וסוף; השתמשו לפחות בשני שמות תואר; כתבו את הפעלים בזמן הנכון; הקפידו על כתיב ועל סימני פיסוק.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