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מבחן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🎯 מבחן מסכם בלשון – כיתה ג' · רמה גבוהה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60 דקות · קראו את הסיפור פעמיים · סך הכול 100 נקודות</w:t>
      </w:r>
    </w:p>
    <w:p>
      <w:pPr>
        <w:bidi/>
        <w:spacing w:before="200" w:after="80"/>
        <w:jc w:val="both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ב: ידע לשוני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ג: 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א: הבנת הנקרא (40 נק')</w:t>
      </w:r>
    </w:p>
    <w:p>
      <w:pPr>
        <w:bidi/>
        <w:spacing w:before="120" w:after="40"/>
        <w:jc w:val="center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הספר שנעלם*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עדי אהבה לקרוא יותר מכול. בכל יום שני הלכה לספרייה העירונית ובחרה ספר חדש.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היא אהבה במיוחד ספרים עם עובדות מפתיעות, ובכל ערב סיפרה לאחיה הקטן משהו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חדש שלמדה. השבוע שאלה ספר עבה על חיות הים, עם תמונות צבעוניות של דולפינים,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תמנונים ולווייתנים.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5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ביום רביעי לקחה עדי את הספר לגן השעשועים. היא קראה בו על הנדנדה, ואחר כך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רצה לשחק תופסת עם חברות. השמש כבר שקעה, ואימא קראה לה לחזור לארוחת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הערב. כשחזרה הביתה, התיק היה קל מדי. הספר לא היה בו!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8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עדי חזרה מיד לגן. היא חיפשה מתחת לספסלים ובין השיחים ושאלה גם את השומר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של הגן, אבל איש לא ראה את הספר. בלילה כמעט לא נרדמה. «מה אגיד לספרנית?»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חשבה. «אולי פשוט לא אלך לספרייה יותר?»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ביום שני אזרה עדי אומץ ונכנסה לספרייה. הלב שלה דפק חזק. בקול שקט סיפרה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לספרנית מה קרה, והציעה לשלם מדמי הכיס שלה. הספרנית חייכה, ניגשה אל המדף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שמאחוריה והוציאה ספר מוכר. «שכנה מצאה אותו על ספסל בגן והביאה אותו אלינו,»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אמרה. «תודה שבאת וסיפרת את האמת.»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15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באותו יום יצאה עדי מן הספרייה עם ספר חדש – ועם הרגשה קלה ונעימה בלב. בערב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סיפרה לאחיה הקטן לא רק על דולפינים ועל תמנונים, אלא גם על מה שלמדה בעצמה: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תמיד כדאי לומר את האמת.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איתן מזרחי, 2021. מתוך: «מסלולים» – כתב עת לילדים.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בחרו את התשובה הנכונה לפי הסיפור. (8 נק')</w:t>
      </w:r>
    </w:p>
    <w:p>
      <w:pPr>
        <w:bidi/>
        <w:spacing w:before="0" w:after="20"/>
        <w:jc w:val="both"/>
      </w:pPr>
      <w:r>
        <w:rPr>
          <w:rtl/>
        </w:rPr>
        <w:t>א. לפי שורות 1–4, איזה ספר שאלה עדי?</w:t>
      </w:r>
    </w:p>
    <w:p>
      <w:pPr>
        <w:bidi/>
        <w:spacing w:before="0" w:after="80"/>
        <w:jc w:val="both"/>
      </w:pPr>
      <w:r>
        <w:rPr>
          <w:rtl/>
        </w:rPr>
        <w:t xml:space="preserve">   ○ ספר על חיות הים      ○ ספר על גן שעשועים      ○ ספר על ספרייה</w:t>
      </w:r>
    </w:p>
    <w:p>
      <w:pPr>
        <w:bidi/>
        <w:spacing w:before="0" w:after="20"/>
        <w:jc w:val="both"/>
      </w:pPr>
      <w:r>
        <w:rPr>
          <w:rtl/>
        </w:rPr>
        <w:t>ב. לפי שורות 5–7, מתי גילתה עדי שהספר חסר?</w:t>
      </w:r>
    </w:p>
    <w:p>
      <w:pPr>
        <w:bidi/>
        <w:spacing w:before="0" w:after="80"/>
        <w:jc w:val="both"/>
      </w:pPr>
      <w:r>
        <w:rPr>
          <w:rtl/>
        </w:rPr>
        <w:t xml:space="preserve">   ○ כשעוד הייתה בגן      ○ כשחזרה הביתה      ○ כשנכנסה לספרייה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לפי שורות 8–10, מה עשתה עדי כדי למצוא את הספר? כתבו שני דברים.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לפי שורות 8–10, למה כמעט לא נרדמה עדי בלילה? מה היא הרגישה? הסבירו. (8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מה פירוש הביטויים בסיפור? (6 נק')</w:t>
      </w:r>
    </w:p>
    <w:p>
      <w:pPr>
        <w:bidi/>
        <w:spacing w:before="0" w:after="20"/>
        <w:jc w:val="both"/>
      </w:pPr>
      <w:r>
        <w:rPr>
          <w:rtl/>
        </w:rPr>
        <w:t>א. «אזרה אומץ», בשורות 11–14, פירושו:</w:t>
      </w:r>
    </w:p>
    <w:p>
      <w:pPr>
        <w:bidi/>
        <w:spacing w:before="0" w:after="80"/>
        <w:jc w:val="both"/>
      </w:pPr>
      <w:r>
        <w:rPr>
          <w:rtl/>
        </w:rPr>
        <w:t xml:space="preserve">   ○ התעייפה מאוד      ○ התגברה על הפחד      ○ רצה מהר</w:t>
      </w:r>
    </w:p>
    <w:p>
      <w:pPr>
        <w:bidi/>
        <w:spacing w:before="0" w:after="20"/>
        <w:jc w:val="both"/>
      </w:pPr>
      <w:r>
        <w:rPr>
          <w:rtl/>
        </w:rPr>
        <w:t>ב. «ספר מוכר», בשורות 11–14, הוא ספר ש:</w:t>
      </w:r>
    </w:p>
    <w:p>
      <w:pPr>
        <w:bidi/>
        <w:spacing w:before="0" w:after="80"/>
        <w:jc w:val="both"/>
      </w:pPr>
      <w:r>
        <w:rPr>
          <w:rtl/>
        </w:rPr>
        <w:t xml:space="preserve">   ○ עדי כבר ראתה ומכירה      ○ קונים אותו בחנות      ○ איש לא קרא אותו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איך השתנתה ההרגשה של עדי מתחילת הסיפור ועד סופו? כתבו שלושה שלבים (היעזרו בטקסט: בשורות 1–4, בשורות 8–10, בשורות 15–17).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האם עדי עשתה נכון כשסיפרה לספרנית את האמת? כתבו את דעתכם ונמקו בעזרת פרט מן הסיפור.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ב: ידע לשוני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מצאו בכל משפט: שם עצם, פועל ושם תואר. (7 נק')</w:t>
      </w:r>
    </w:p>
    <w:p>
      <w:pPr>
        <w:bidi/>
        <w:spacing w:before="0" w:after="100"/>
        <w:jc w:val="both"/>
      </w:pPr>
      <w:r>
        <w:rPr>
          <w:rtl/>
        </w:rPr>
        <w:t>א. עדי קראה ספר עבה.</w:t>
      </w:r>
    </w:p>
    <w:p>
      <w:pPr>
        <w:bidi/>
        <w:spacing w:before="0" w:after="100"/>
        <w:jc w:val="both"/>
      </w:pPr>
      <w:r>
        <w:rPr>
          <w:rtl/>
        </w:rPr>
        <w:t>ב. הספרנית החביבה חייכה.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את הטבלה. (9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 / נקבה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ספסל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תמונות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שיח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 את הפועל בזמן ובגוף המתאימים. (8 נק')</w:t>
      </w:r>
    </w:p>
    <w:p>
      <w:pPr>
        <w:bidi/>
        <w:spacing w:before="0" w:after="60"/>
        <w:jc w:val="both"/>
      </w:pPr>
      <w:r>
        <w:rPr>
          <w:rtl/>
        </w:rPr>
        <w:t>א. מחר אני __________ (חזר) לספרייה.</w:t>
      </w:r>
    </w:p>
    <w:p>
      <w:pPr>
        <w:bidi/>
        <w:spacing w:before="0" w:after="60"/>
        <w:jc w:val="both"/>
      </w:pPr>
      <w:r>
        <w:rPr>
          <w:rtl/>
        </w:rPr>
        <w:t>ב. אתמול הן __________ (שיחק) תופסת.</w:t>
      </w:r>
    </w:p>
    <w:p>
      <w:pPr>
        <w:bidi/>
        <w:spacing w:before="0" w:after="60"/>
        <w:jc w:val="both"/>
      </w:pPr>
      <w:r>
        <w:rPr>
          <w:rtl/>
        </w:rPr>
        <w:t>ג. עכשיו הספרנית __________ (סידר) את המדפים.</w:t>
      </w:r>
    </w:p>
    <w:p>
      <w:pPr>
        <w:bidi/>
        <w:spacing w:before="0" w:after="60"/>
        <w:jc w:val="both"/>
      </w:pPr>
      <w:r>
        <w:rPr>
          <w:rtl/>
        </w:rPr>
        <w:t>ד. בשבוע הבא אנחנו __________ (קרא) ספר חדש.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איזו מילה אינה שייכת למשפחה? (6 נק')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rtl/>
        </w:rPr>
        <w:t xml:space="preserve">   ○ ספרייה      ○ ספרנית      ○ סיפור      ○ ספסל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rtl/>
        </w:rPr>
        <w:t xml:space="preserve">   ○ שואלת      ○ שאלה      ○ שעון      ○ שאלנו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העתיקו את המשפט והוסיפו נקודתיים, מירכאות וסימן שאלה: עדי שאלה את אימא איפה הספר שלי (5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  <w:jc w:val="both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חלק ג: 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כתבו סוף אחר לסיפור (5–6 משפטים): מה היה קורה אילו הספר לא היה נמצא? שימו לב: המשיכו את הסיפור בהיגיון; כתבו בעיה ופתרון; השתמשו במילים «קודם», «אחר כך», «בסוף»; כתבו פעלים בזמן עבר ולפחות שני שמות תואר; הקפידו על פיסוק, גם במירכאות. (25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00" w:after="80"/>
        <w:jc w:val="center"/>
      </w:pPr>
      <w:r>
        <w:rPr>
          <w:rFonts w:ascii="Aharoni" w:hAnsi="Aharoni" w:cs="Aharoni"/>
          <w:b/>
          <w:bCs/>
          <w:color w:val="1D4ED8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