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· כיתה ג'   |   דף סיכום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66E"/>
          <w:sz w:val="44"/>
          <w:szCs w:val="44"/>
          <w:rtl/>
        </w:rPr>
        <w:t>אותיות סופיות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0F766E"/>
          <w:sz w:val="24"/>
          <w:szCs w:val="24"/>
          <w:rtl/>
        </w:rPr>
        <w:t>דף סיכום: כל מה שצריך לזכור על אותיות סופיות, במקום אחד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shon_g3_t01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חמש אותיות משנות צורה בסוף מילה</w:t>
      </w:r>
    </w:p>
    <w:p>
      <w:pPr>
        <w:bidi/>
        <w:spacing w:before="0" w:after="40"/>
        <w:jc w:val="both"/>
      </w:pPr>
      <w:r>
        <w:rPr>
          <w:rtl/>
        </w:rPr>
        <w:t>לחמש אותיות יש שתי צורות: צורה רגילה וצורה סופית.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אות רגילה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אות סופית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מילה לדוגמה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ך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מלך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שלום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גן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ף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כף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צ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ץ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עץ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מתי כותבים אות סופית?</w:t>
      </w:r>
    </w:p>
    <w:p>
      <w:pPr>
        <w:bidi/>
        <w:spacing w:before="0" w:after="20"/>
        <w:jc w:val="both"/>
      </w:pPr>
      <w:r>
        <w:rPr>
          <w:rtl/>
        </w:rPr>
        <w:t>1. באמצע המילה ובתחילתה כותבים אות רגילה.</w:t>
      </w:r>
    </w:p>
    <w:p>
      <w:pPr>
        <w:bidi/>
        <w:spacing w:before="0" w:after="20"/>
        <w:jc w:val="both"/>
      </w:pPr>
      <w:r>
        <w:rPr>
          <w:rtl/>
        </w:rPr>
        <w:t>2. רק באות האחרונה של המילה כותבים אות סופית.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דוגמאות – אות רגילה באמצע המילה, אות סופית בסוף המילה: מלכה – מלך · גנים – גן · עצים – עץ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כשמוסיפים סיומת</w:t>
      </w:r>
    </w:p>
    <w:p>
      <w:pPr>
        <w:bidi/>
        <w:spacing w:before="0" w:after="40"/>
        <w:jc w:val="both"/>
      </w:pPr>
      <w:r>
        <w:rPr>
          <w:rtl/>
        </w:rPr>
        <w:t>כשמוסיפים למילה סיומת (למשל ־ים או ־ות), האות כבר לא בסוף, ולכן היא חוזרת לצורה הרגילה.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דוגמאות – מילה אחת ואחר כך רבים: דרך – דרכים · כף – כפות · ארץ – ארצות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איך מזהים אות סופית בכתב?</w:t>
      </w:r>
    </w:p>
    <w:p>
      <w:pPr>
        <w:bidi/>
        <w:spacing w:before="0" w:after="40"/>
        <w:jc w:val="both"/>
      </w:pPr>
      <w:r>
        <w:rPr>
          <w:rtl/>
        </w:rPr>
        <w:t>ך, ן, ף, ץ יורדות מתחת לשורה. ם סגורה מכל הצדדים.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ך ן ף ץ יורדות מתחת לשורה, ו־ם סגורה מכל הצדדים.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כלבי___ (מ / ם)</w:t>
      </w:r>
    </w:p>
    <w:p>
      <w:pPr>
        <w:bidi/>
        <w:spacing w:before="0" w:after="20"/>
        <w:jc w:val="both"/>
      </w:pPr>
      <w:r>
        <w:rPr>
          <w:rtl/>
        </w:rPr>
        <w:t>1. בודקים: האות החסרה היא האחרונה במילה?</w:t>
      </w:r>
    </w:p>
    <w:p>
      <w:pPr>
        <w:bidi/>
        <w:spacing w:before="0" w:after="20"/>
        <w:jc w:val="both"/>
      </w:pPr>
      <w:r>
        <w:rPr>
          <w:rtl/>
        </w:rPr>
        <w:t>2. כן, אחריה אין עוד אות – לכן כותבים אות סופית.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ם (כלבים)</w:t>
      </w:r>
    </w:p>
    <w:p>
      <w:pPr>
        <w:bidi/>
        <w:spacing w:before="120" w:after="8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בודקים את עצמנו – בחרו את האות הנכונה והשלימו את המילה:</w:t>
      </w:r>
    </w:p>
    <w:p>
      <w:pPr>
        <w:bidi/>
        <w:spacing w:before="0" w:after="60"/>
        <w:jc w:val="both"/>
      </w:pPr>
      <w:r>
        <w:rPr>
          <w:rtl/>
        </w:rPr>
        <w:t>א. שלו__________ (מ / ם)</w:t>
      </w:r>
    </w:p>
    <w:p>
      <w:pPr>
        <w:bidi/>
        <w:spacing w:before="0" w:after="60"/>
        <w:jc w:val="both"/>
      </w:pPr>
      <w:r>
        <w:rPr>
          <w:rtl/>
        </w:rPr>
        <w:t>ב. __________יפור (צ / ץ)</w:t>
      </w:r>
    </w:p>
    <w:p>
      <w:pPr>
        <w:bidi/>
        <w:spacing w:before="0" w:after="60"/>
        <w:jc w:val="both"/>
      </w:pPr>
      <w:r>
        <w:rPr>
          <w:rtl/>
        </w:rPr>
        <w:t>ג. ע__________ (נ / ן)</w:t>
      </w:r>
    </w:p>
    <w:p>
      <w:pPr>
        <w:bidi/>
        <w:spacing w:before="0" w:after="60"/>
        <w:jc w:val="both"/>
      </w:pPr>
      <w:r>
        <w:rPr>
          <w:rtl/>
        </w:rPr>
        <w:t>ד. ענ__________ים (פ / ף)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ם · ב. צ · ג. ן · ד. פ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FrankRuehl" w:hAnsi="FrankRuehl" w:cs="FrankRueh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