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אותיות סופיות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האות החסרה: רגילה או סופית?</w:t>
      </w:r>
    </w:p>
    <w:p>
      <w:pPr>
        <w:bidi/>
        <w:spacing w:before="0" w:after="60"/>
        <w:jc w:val="both"/>
      </w:pPr>
      <w:r>
        <w:rPr>
          <w:rtl/>
        </w:rPr>
        <w:t>א. ת__________ (פ/ף)</w:t>
      </w:r>
    </w:p>
    <w:p>
      <w:pPr>
        <w:bidi/>
        <w:spacing w:before="0" w:after="60"/>
        <w:jc w:val="both"/>
      </w:pPr>
      <w:r>
        <w:rPr>
          <w:rtl/>
        </w:rPr>
        <w:t>ב. מל__________ (כ/ך)</w:t>
      </w:r>
    </w:p>
    <w:p>
      <w:pPr>
        <w:bidi/>
        <w:spacing w:before="0" w:after="60"/>
        <w:jc w:val="both"/>
      </w:pPr>
      <w:r>
        <w:rPr>
          <w:rtl/>
        </w:rPr>
        <w:t>ג. __________ורה (מ/ם)</w:t>
      </w:r>
    </w:p>
    <w:p>
      <w:pPr>
        <w:bidi/>
        <w:spacing w:before="0" w:after="60"/>
        <w:jc w:val="both"/>
      </w:pPr>
      <w:r>
        <w:rPr>
          <w:rtl/>
        </w:rPr>
        <w:t>ד. קי__________ (צ/ץ)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המילה ביחיד.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דרכים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המילים לפי האות הסופית.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ארון  |  חלום  |  ענף  |  שמן  |  לחם  |  חוף  |  חלון  |  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 מילים שמסתיימות באות סופית.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איזו מילה כתובה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חלונ      ○ חלון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ארצות      ○ ארץות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כפ      ○ כף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rtl/>
        </w:rPr>
        <w:t xml:space="preserve">   ○ םכתבים      ○ מכתבים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ברבים. שימו לב: האות הסופית חוזרת לצורתה הרגילה.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הסיפור הקצר והשלימו מילה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החוף  |  בים  |  דגים  |  עץ  |  ארוך</w:t>
      </w:r>
    </w:p>
    <w:p>
      <w:pPr>
        <w:bidi/>
        <w:spacing w:before="0" w:after="60"/>
        <w:jc w:val="both"/>
      </w:pPr>
      <w:r>
        <w:rPr>
          <w:rtl/>
        </w:rPr>
        <w:t>א. ביום חם הלכנו אל __________.</w:t>
      </w:r>
    </w:p>
    <w:p>
      <w:pPr>
        <w:bidi/>
        <w:spacing w:before="0" w:after="60"/>
        <w:jc w:val="both"/>
      </w:pPr>
      <w:r>
        <w:rPr>
          <w:rtl/>
        </w:rPr>
        <w:t>ב. שחינו __________ הכחול.</w:t>
      </w:r>
    </w:p>
    <w:p>
      <w:pPr>
        <w:bidi/>
        <w:spacing w:before="0" w:after="60"/>
        <w:jc w:val="both"/>
      </w:pPr>
      <w:r>
        <w:rPr>
          <w:rtl/>
        </w:rPr>
        <w:t>ג. ראינו להקה של __________ קטנים.</w:t>
      </w:r>
    </w:p>
    <w:p>
      <w:pPr>
        <w:bidi/>
        <w:spacing w:before="0" w:after="60"/>
        <w:jc w:val="both"/>
      </w:pPr>
      <w:r>
        <w:rPr>
          <w:rtl/>
        </w:rPr>
        <w:t>ד. נחנו מתחת ל__________ גדול.</w:t>
      </w:r>
    </w:p>
    <w:p>
      <w:pPr>
        <w:bidi/>
        <w:spacing w:before="0" w:after="60"/>
        <w:jc w:val="both"/>
      </w:pPr>
      <w:r>
        <w:rPr>
          <w:rtl/>
        </w:rPr>
        <w:t>ה. בערב חזרנו הביתה בשביל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משפט אחד שיש בו לפחות שלוש מילים עם אות סופית. הקיפו את האותיות הסופיות.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ברבים את המילה ביחיד.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כנפיים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כנף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אגמים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אגם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קופים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עיתון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עיתונים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מיץ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60"/>
        <w:jc w:val="both"/>
      </w:pPr>
      <w:r>
        <w:rPr>
          <w:rtl/>
        </w:rPr>
        <w:t>א. בעברית יש חמש אותיות סופיות.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גם לאות ט יש צורה סופית.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במילה «ענן» יש נ רגילה וגם ן סופית.      נכון / לא נכון</w:t>
      </w:r>
    </w:p>
    <w:p>
      <w:pPr>
        <w:bidi/>
        <w:spacing w:before="0" w:after="60"/>
        <w:jc w:val="both"/>
      </w:pPr>
      <w:r>
        <w:rPr>
          <w:rtl/>
        </w:rPr>
        <w:t>ד. ברבים של «חוף» כותבים «חוףים».      נכון / לא נכון</w:t>
      </w:r>
    </w:p>
    <w:p>
      <w:pPr>
        <w:bidi/>
        <w:spacing w:before="0" w:after="60"/>
        <w:jc w:val="both"/>
      </w:pPr>
      <w:r>
        <w:rPr>
          <w:rtl/>
        </w:rPr>
        <w:t>ה. האות ך יורדת מתחת לשורה.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«יום בכנרת». העתיקו מכל משפט את המילים שמסתיימות באות סופית.</w:t>
      </w:r>
    </w:p>
    <w:p>
      <w:pPr>
        <w:bidi/>
        <w:spacing w:before="0" w:after="100"/>
        <w:jc w:val="both"/>
      </w:pPr>
      <w:r>
        <w:rPr>
          <w:rtl/>
        </w:rPr>
        <w:t>א. בקיץ נסענו עם ההורים לכנרת.</w:t>
      </w:r>
    </w:p>
    <w:p>
      <w:pPr>
        <w:bidi/>
        <w:spacing w:before="0" w:after="100"/>
        <w:jc w:val="both"/>
      </w:pPr>
      <w:r>
        <w:rPr>
          <w:rtl/>
        </w:rPr>
        <w:t>ב. המים היו חמים ונעימים.</w:t>
      </w:r>
    </w:p>
    <w:p>
      <w:pPr>
        <w:bidi/>
        <w:spacing w:before="0" w:after="100"/>
        <w:jc w:val="both"/>
      </w:pPr>
      <w:r>
        <w:rPr>
          <w:rtl/>
        </w:rPr>
        <w:t>ג. אחי בנה ארמון מחול.</w:t>
      </w:r>
    </w:p>
    <w:p>
      <w:pPr>
        <w:bidi/>
        <w:spacing w:before="0" w:after="100"/>
        <w:jc w:val="both"/>
      </w:pPr>
      <w:r>
        <w:rPr>
          <w:rtl/>
        </w:rPr>
        <w:t>ד. בצוהריים אכלנו לחם עם גבינה.</w:t>
      </w:r>
    </w:p>
    <w:p>
      <w:pPr>
        <w:bidi/>
        <w:spacing w:before="0" w:after="100"/>
        <w:jc w:val="both"/>
      </w:pPr>
      <w:r>
        <w:rPr>
          <w:rtl/>
        </w:rPr>
        <w:t>ה. בערב ראינו שקיעה כתומה על החוף.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אחת לכל אות סופית: ך, ם, ן, ף, ץ. אחר כך כתבו משפט עם שתיים מהמילים.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כרטיסי המילים מדף הגזירה, והדביקו כל מילה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במילה אות סופית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במילה אות סופית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התמונה. סמנו בכל משפט את האות הסופית.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🦉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המפתח נפל מן הכיס.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אבא אפה לחם טרי.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הינשוף ער בלילה.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בחצר עומד עץ גבוה.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אותיות סופיות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ינשוף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🧸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דובון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🐄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🐟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דג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לחם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🍯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דבש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אותיות סופיות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האות החסרה: רגילה או סופית?</w:t>
      </w:r>
    </w:p>
    <w:p>
      <w:pPr>
        <w:bidi/>
        <w:spacing w:before="0" w:after="40"/>
        <w:jc w:val="both"/>
      </w:pPr>
      <w:r>
        <w:rPr>
          <w:rtl/>
        </w:rPr>
        <w:t>א. תף (פ/ף)</w:t>
      </w:r>
    </w:p>
    <w:p>
      <w:pPr>
        <w:bidi/>
        <w:spacing w:before="0" w:after="40"/>
        <w:jc w:val="both"/>
      </w:pPr>
      <w:r>
        <w:rPr>
          <w:rtl/>
        </w:rPr>
        <w:t>ב. מלך (כ/ך)</w:t>
      </w:r>
    </w:p>
    <w:p>
      <w:pPr>
        <w:bidi/>
        <w:spacing w:before="0" w:after="40"/>
        <w:jc w:val="both"/>
      </w:pPr>
      <w:r>
        <w:rPr>
          <w:rtl/>
        </w:rPr>
        <w:t>ג. מורה (מ/ם)</w:t>
      </w:r>
    </w:p>
    <w:p>
      <w:pPr>
        <w:bidi/>
        <w:spacing w:before="0" w:after="40"/>
        <w:jc w:val="both"/>
      </w:pPr>
      <w:r>
        <w:rPr>
          <w:rtl/>
        </w:rPr>
        <w:t>ד. קיץ (צ/ץ)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המילה ביחיד.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דרכים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דרך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המילים לפי האות הסופית.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ארון, שמן, חלון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חלום, לחם, 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ענף, חוף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 מילים שמסתיימות באות סופית.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לימון, אדום, חוף.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איזו מילה כתובה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חלון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ארצות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כף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מכתבים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ברבים. שימו לב: האות הסופית חוזרת לצורתה הרגילה.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חופים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שולחנות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ענפים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מלכים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הסיפור הקצר והשלימו מילה מן המחסן.</w:t>
      </w:r>
    </w:p>
    <w:p>
      <w:pPr>
        <w:bidi/>
        <w:spacing w:before="0" w:after="40"/>
        <w:jc w:val="both"/>
      </w:pPr>
      <w:r>
        <w:rPr>
          <w:rtl/>
        </w:rPr>
        <w:t>א. ביום חם הלכנו אל החוף.</w:t>
      </w:r>
    </w:p>
    <w:p>
      <w:pPr>
        <w:bidi/>
        <w:spacing w:before="0" w:after="40"/>
        <w:jc w:val="both"/>
      </w:pPr>
      <w:r>
        <w:rPr>
          <w:rtl/>
        </w:rPr>
        <w:t>ב. שחינו בים הכחול.</w:t>
      </w:r>
    </w:p>
    <w:p>
      <w:pPr>
        <w:bidi/>
        <w:spacing w:before="0" w:after="40"/>
        <w:jc w:val="both"/>
      </w:pPr>
      <w:r>
        <w:rPr>
          <w:rtl/>
        </w:rPr>
        <w:t>ג. ראינו להקה של דגים קטנים.</w:t>
      </w:r>
    </w:p>
    <w:p>
      <w:pPr>
        <w:bidi/>
        <w:spacing w:before="0" w:after="40"/>
        <w:jc w:val="both"/>
      </w:pPr>
      <w:r>
        <w:rPr>
          <w:rtl/>
        </w:rPr>
        <w:t>ד. נחנו מתחת לעץ גדול.</w:t>
      </w:r>
    </w:p>
    <w:p>
      <w:pPr>
        <w:bidi/>
        <w:spacing w:before="0" w:after="40"/>
        <w:jc w:val="both"/>
      </w:pPr>
      <w:r>
        <w:rPr>
          <w:rtl/>
        </w:rPr>
        <w:t>ה. בערב חזרנו הביתה בשביל ארוך.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משפט אחד שיש בו לפחות שלוש מילים עם אות סופית. הקיפו את האותיות הסופיות.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הילדים אכלו לחם עם גבינה בגן. (ם, ם, ם, ן)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ברבים את המילה ביחיד.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כנפיים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כנף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אגמים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אגם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קופים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קוף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עיתון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עיתונים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מיץ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40"/>
        <w:jc w:val="both"/>
      </w:pPr>
      <w:r>
        <w:rPr>
          <w:rtl/>
        </w:rPr>
        <w:t>א. בעברית יש חמש אותיות סופיות. – נכון</w:t>
      </w:r>
    </w:p>
    <w:p>
      <w:pPr>
        <w:bidi/>
        <w:spacing w:before="0" w:after="40"/>
        <w:jc w:val="both"/>
      </w:pPr>
      <w:r>
        <w:rPr>
          <w:rtl/>
        </w:rPr>
        <w:t>ב. גם לאות ט יש צורה סופית. – לא נכון – רק לכ, מ, נ, פ, צ יש צורה סופית</w:t>
      </w:r>
    </w:p>
    <w:p>
      <w:pPr>
        <w:bidi/>
        <w:spacing w:before="0" w:after="40"/>
        <w:jc w:val="both"/>
      </w:pPr>
      <w:r>
        <w:rPr>
          <w:rtl/>
        </w:rPr>
        <w:t>ג. במילה «ענן» יש נ רגילה וגם ן סופית. – נכון</w:t>
      </w:r>
    </w:p>
    <w:p>
      <w:pPr>
        <w:bidi/>
        <w:spacing w:before="0" w:after="40"/>
        <w:jc w:val="both"/>
      </w:pPr>
      <w:r>
        <w:rPr>
          <w:rtl/>
        </w:rPr>
        <w:t>ד. ברבים של «חוף» כותבים «חוףים». – לא נכון – כותבים «חופים», עם פ רגילה</w:t>
      </w:r>
    </w:p>
    <w:p>
      <w:pPr>
        <w:bidi/>
        <w:spacing w:before="0" w:after="40"/>
        <w:jc w:val="both"/>
      </w:pPr>
      <w:r>
        <w:rPr>
          <w:rtl/>
        </w:rPr>
        <w:t>ה. האות ך יורדת מתחת לשורה.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«יום בכנרת». העתיקו מכל משפט את המילים שמסתיימות באות סופית.</w:t>
      </w:r>
    </w:p>
    <w:p>
      <w:pPr>
        <w:bidi/>
        <w:spacing w:before="0" w:after="100"/>
        <w:jc w:val="both"/>
      </w:pPr>
      <w:r>
        <w:rPr>
          <w:rtl/>
        </w:rPr>
        <w:t>א. בקיץ נסענו עם ההורים לכנרת.  ← בקיץ, עם, ההורים</w:t>
      </w:r>
    </w:p>
    <w:p>
      <w:pPr>
        <w:bidi/>
        <w:spacing w:before="0" w:after="100"/>
        <w:jc w:val="both"/>
      </w:pPr>
      <w:r>
        <w:rPr>
          <w:rtl/>
        </w:rPr>
        <w:t>ב. המים היו חמים ונעימים.  ← המים, חמים, ונעימים</w:t>
      </w:r>
    </w:p>
    <w:p>
      <w:pPr>
        <w:bidi/>
        <w:spacing w:before="0" w:after="100"/>
        <w:jc w:val="both"/>
      </w:pPr>
      <w:r>
        <w:rPr>
          <w:rtl/>
        </w:rPr>
        <w:t>ג. אחי בנה ארמון מחול.  ← ארמון</w:t>
      </w:r>
    </w:p>
    <w:p>
      <w:pPr>
        <w:bidi/>
        <w:spacing w:before="0" w:after="100"/>
        <w:jc w:val="both"/>
      </w:pPr>
      <w:r>
        <w:rPr>
          <w:rtl/>
        </w:rPr>
        <w:t>ד. בצוהריים אכלנו לחם עם גבינה.  ← בצוהריים, לחם, עם</w:t>
      </w:r>
    </w:p>
    <w:p>
      <w:pPr>
        <w:bidi/>
        <w:spacing w:before="0" w:after="100"/>
        <w:jc w:val="both"/>
      </w:pPr>
      <w:r>
        <w:rPr>
          <w:rtl/>
        </w:rPr>
        <w:t>ה. בערב ראינו שקיעה כתומה על החוף.  ← החוף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אחת לכל אות סופית: ך, ם, ן, ף, ץ. אחר כך כתבו משפט עם שתיים מהמילים.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דרך, חלום, ארון, ענף, קיץ. משפט: בקיץ הלכנו בדרך ארוכה.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כרטיסי המילים מדף הגזירה, והדביקו כל מילה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במילה אות סופית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במילה אות סופית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עץ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לחם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🐟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דג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ינשוף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🧸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דובון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🍯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דבש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🐄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התמונה. סמנו בכל משפט את האות הסופית.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🦉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המפתח נפל מן הכיס.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אבא אפה לחם טרי.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הינשוף ער בלילה.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בחצר עומד עץ גבוה.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