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שם עצם: יחיד ורבים, זכר ונקבה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יחיד או 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מכוניות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זכר או נקבה?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עפיפון  |  חולצה  |  ענן  |  מכונית  |  ספר  |  שמש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העתיקו את שמות העצם מכל משפט.</w:t>
      </w:r>
    </w:p>
    <w:p>
      <w:pPr>
        <w:bidi/>
        <w:spacing w:before="0" w:after="100"/>
        <w:jc w:val="both"/>
      </w:pPr>
      <w:r>
        <w:rPr>
          <w:rtl/>
        </w:rPr>
        <w:t>א. החתול שתה חלב.</w:t>
      </w:r>
    </w:p>
    <w:p>
      <w:pPr>
        <w:bidi/>
        <w:spacing w:before="0" w:after="100"/>
        <w:jc w:val="both"/>
      </w:pPr>
      <w:r>
        <w:rPr>
          <w:rtl/>
        </w:rPr>
        <w:t>ב. דנה קנתה תפוחים בשוק.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שם עצם מתאים מן המחסן.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מחסן מילים: ספרים  |  מורה  |  גינה  |  כדור</w:t>
      </w:r>
    </w:p>
    <w:p>
      <w:pPr>
        <w:bidi/>
        <w:spacing w:before="0" w:after="60"/>
        <w:jc w:val="both"/>
      </w:pPr>
      <w:r>
        <w:rPr>
          <w:rtl/>
        </w:rPr>
        <w:t>א. בספרייה יש הרבה __________.</w:t>
      </w:r>
    </w:p>
    <w:p>
      <w:pPr>
        <w:bidi/>
        <w:spacing w:before="0" w:after="60"/>
        <w:jc w:val="both"/>
      </w:pPr>
      <w:r>
        <w:rPr>
          <w:rtl/>
        </w:rPr>
        <w:t>ב. ה__________ כתבה על הלוח.</w:t>
      </w:r>
    </w:p>
    <w:p>
      <w:pPr>
        <w:bidi/>
        <w:spacing w:before="0" w:after="60"/>
        <w:jc w:val="both"/>
      </w:pPr>
      <w:r>
        <w:rPr>
          <w:rtl/>
        </w:rPr>
        <w:t>ג. בחצר יש __________ עם פרחים.</w:t>
      </w:r>
    </w:p>
    <w:p>
      <w:pPr>
        <w:bidi/>
        <w:spacing w:before="0" w:after="60"/>
        <w:jc w:val="both"/>
      </w:pPr>
      <w:r>
        <w:rPr>
          <w:rtl/>
        </w:rPr>
        <w:t>ד. בהפסקה שיחקנו ב__________.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נכון או לא נכון?</w:t>
      </w:r>
    </w:p>
    <w:p>
      <w:pPr>
        <w:bidi/>
        <w:spacing w:before="0" w:after="60"/>
        <w:jc w:val="both"/>
      </w:pPr>
      <w:r>
        <w:rPr>
          <w:rtl/>
        </w:rPr>
        <w:t>א. «שולחן» הוא שם עצם בזכר.      נכון / לא נכון</w:t>
      </w:r>
    </w:p>
    <w:p>
      <w:pPr>
        <w:bidi/>
        <w:spacing w:before="0" w:after="60"/>
        <w:jc w:val="both"/>
      </w:pPr>
      <w:r>
        <w:rPr>
          <w:rtl/>
        </w:rPr>
        <w:t>ב. «מחברת» ברבים היא «מחברתים».      נכון / לא נכון</w:t>
      </w:r>
    </w:p>
    <w:p>
      <w:pPr>
        <w:bidi/>
        <w:spacing w:before="0" w:after="60"/>
        <w:jc w:val="both"/>
      </w:pPr>
      <w:r>
        <w:rPr>
          <w:rtl/>
        </w:rPr>
        <w:t>ג. «רץ» הוא שם עצם.      נכון / לא נכון</w:t>
      </w:r>
    </w:p>
    <w:p>
      <w:pPr>
        <w:bidi/>
        <w:spacing w:before="0" w:after="60"/>
        <w:jc w:val="both"/>
      </w:pPr>
      <w:r>
        <w:rPr>
          <w:rtl/>
        </w:rPr>
        <w:t>ד. אומרים «יד אחת», כי «יד» היא נקבה.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הטבלה: יחיד, רבים, זכר או נקבה.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/ 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שולחן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שמלות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תפוח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דלתות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הסתכלו סביבכם בכיתה. כתבו משפט עם שני שמות עצם, וכתבו ליד כל אחד אם הוא זכר או נקבה.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מיינו את שמות העצם: יחיד או רבים?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ספרים  |  חולצה  |  עננים  |  דלת  |  כוסות  |  ציפור  |  שמלות  |  בית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«אחד» או «אחת».</w:t>
      </w:r>
    </w:p>
    <w:p>
      <w:pPr>
        <w:bidi/>
        <w:spacing w:before="0" w:after="60"/>
        <w:jc w:val="both"/>
      </w:pPr>
      <w:r>
        <w:rPr>
          <w:rtl/>
        </w:rPr>
        <w:t>א. כיסא __________</w:t>
      </w:r>
    </w:p>
    <w:p>
      <w:pPr>
        <w:bidi/>
        <w:spacing w:before="0" w:after="60"/>
        <w:jc w:val="both"/>
      </w:pPr>
      <w:r>
        <w:rPr>
          <w:rtl/>
        </w:rPr>
        <w:t>ב. מגבת __________</w:t>
      </w:r>
    </w:p>
    <w:p>
      <w:pPr>
        <w:bidi/>
        <w:spacing w:before="0" w:after="60"/>
        <w:jc w:val="both"/>
      </w:pPr>
      <w:r>
        <w:rPr>
          <w:rtl/>
        </w:rPr>
        <w:t>ג. חלון __________</w:t>
      </w:r>
    </w:p>
    <w:p>
      <w:pPr>
        <w:bidi/>
        <w:spacing w:before="0" w:after="60"/>
        <w:jc w:val="both"/>
      </w:pPr>
      <w:r>
        <w:rPr>
          <w:rtl/>
        </w:rPr>
        <w:t>ד. אצבע __________</w:t>
      </w:r>
    </w:p>
    <w:p>
      <w:pPr>
        <w:bidi/>
        <w:spacing w:before="0" w:after="60"/>
        <w:jc w:val="both"/>
      </w:pPr>
      <w:r>
        <w:rPr>
          <w:rtl/>
        </w:rPr>
        <w:t>ה. שולחן __________</w:t>
      </w:r>
    </w:p>
    <w:p>
      <w:pPr>
        <w:bidi/>
        <w:spacing w:before="0" w:after="60"/>
        <w:jc w:val="both"/>
      </w:pPr>
      <w:r>
        <w:rPr>
          <w:rtl/>
        </w:rPr>
        <w:t>ו. עין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מילה ביחיד את צורת הרבים שלה. שימו לב: יש כאן מילים שמשתנות!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נשים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יום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בתים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עיר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איש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אישה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אנשים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קראו את הקטע «בשוק». העתיקו מכל משפט את שמות העצם.</w:t>
      </w:r>
    </w:p>
    <w:p>
      <w:pPr>
        <w:bidi/>
        <w:spacing w:before="0" w:after="100"/>
        <w:jc w:val="both"/>
      </w:pPr>
      <w:r>
        <w:rPr>
          <w:rtl/>
        </w:rPr>
        <w:t>א. אימא קנתה עגבניות ומלפפונים.</w:t>
      </w:r>
    </w:p>
    <w:p>
      <w:pPr>
        <w:bidi/>
        <w:spacing w:before="0" w:after="100"/>
        <w:jc w:val="both"/>
      </w:pPr>
      <w:r>
        <w:rPr>
          <w:rtl/>
        </w:rPr>
        <w:t>ב. המוכר חייך ונתן לי תפוח.</w:t>
      </w:r>
    </w:p>
    <w:p>
      <w:pPr>
        <w:bidi/>
        <w:spacing w:before="0" w:after="100"/>
        <w:jc w:val="both"/>
      </w:pPr>
      <w:r>
        <w:rPr>
          <w:rtl/>
        </w:rPr>
        <w:t>ג. בסל היו גם גזרים וגבינה.</w:t>
      </w:r>
    </w:p>
    <w:p>
      <w:pPr>
        <w:bidi/>
        <w:spacing w:before="0" w:after="100"/>
        <w:jc w:val="both"/>
      </w:pPr>
      <w:r>
        <w:rPr>
          <w:rtl/>
        </w:rPr>
        <w:t>ד. השמש חיממה את הדוכנים.</w:t>
      </w:r>
    </w:p>
    <w:p>
      <w:pPr>
        <w:bidi/>
        <w:spacing w:before="0" w:after="100"/>
        <w:jc w:val="both"/>
      </w:pPr>
      <w:r>
        <w:rPr>
          <w:rtl/>
        </w:rPr>
        <w:t>ה. חתול ישן ליד המכונית.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שלושה משפטים על החדר שלכם. השתמשו בשם עצם ביחיד, בשם עצם ברבים ובשם עצם בנקבה. מתחו קו מתחת לשמות העצם.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13. גזרו את כרטיסי הרבים, והדביקו כל כרטיס ליד המילה ביחיד.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🐶 כלב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🍎 תפוח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🌸 פרח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🐄 פרה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✏️ עיפרון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14. מתחו קו מן המילה בזכר אל אותה מילה בנקבה.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ילד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מלכה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תלמיד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סוסה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מלך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ילדה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חבר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תלמידה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סוס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ה. חברה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שם עצם: יחיד ורבים, זכר ונקבה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3, משימה 13.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פרות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פרחים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כלבים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עפרונות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תפוחים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שם עצם: יחיד ורבים, זכר ונקבה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יחיד או 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מגדלים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מכונית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מכוניות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ילדים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זכר או נקבה?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עפיפון, ענן, ספר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חולצה, מכונית, שמש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העתיקו את שמות העצם מכל משפט.</w:t>
      </w:r>
    </w:p>
    <w:p>
      <w:pPr>
        <w:bidi/>
        <w:spacing w:before="0" w:after="100"/>
        <w:jc w:val="both"/>
      </w:pPr>
      <w:r>
        <w:rPr>
          <w:rtl/>
        </w:rPr>
        <w:t>א. החתול שתה חלב.  ← חתול, חלב</w:t>
      </w:r>
    </w:p>
    <w:p>
      <w:pPr>
        <w:bidi/>
        <w:spacing w:before="0" w:after="100"/>
        <w:jc w:val="both"/>
      </w:pPr>
      <w:r>
        <w:rPr>
          <w:rtl/>
        </w:rPr>
        <w:t>ב. דנה קנתה תפוחים בשוק.  ← דנה, תפוחים, שוק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שם עצם מתאים מן המחסן.</w:t>
      </w:r>
    </w:p>
    <w:p>
      <w:pPr>
        <w:bidi/>
        <w:spacing w:before="0" w:after="40"/>
        <w:jc w:val="both"/>
      </w:pPr>
      <w:r>
        <w:rPr>
          <w:rtl/>
        </w:rPr>
        <w:t>א. בספרייה יש הרבה ספרים.</w:t>
      </w:r>
    </w:p>
    <w:p>
      <w:pPr>
        <w:bidi/>
        <w:spacing w:before="0" w:after="40"/>
        <w:jc w:val="both"/>
      </w:pPr>
      <w:r>
        <w:rPr>
          <w:rtl/>
        </w:rPr>
        <w:t>ב. המורה כתבה על הלוח.</w:t>
      </w:r>
    </w:p>
    <w:p>
      <w:pPr>
        <w:bidi/>
        <w:spacing w:before="0" w:after="40"/>
        <w:jc w:val="both"/>
      </w:pPr>
      <w:r>
        <w:rPr>
          <w:rtl/>
        </w:rPr>
        <w:t>ג. בחצר יש גינה עם פרחים.</w:t>
      </w:r>
    </w:p>
    <w:p>
      <w:pPr>
        <w:bidi/>
        <w:spacing w:before="0" w:after="40"/>
        <w:jc w:val="both"/>
      </w:pPr>
      <w:r>
        <w:rPr>
          <w:rtl/>
        </w:rPr>
        <w:t>ד. בהפסקה שיחקנו בכדור.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נכון או לא נכון?</w:t>
      </w:r>
    </w:p>
    <w:p>
      <w:pPr>
        <w:bidi/>
        <w:spacing w:before="0" w:after="40"/>
        <w:jc w:val="both"/>
      </w:pPr>
      <w:r>
        <w:rPr>
          <w:rtl/>
        </w:rPr>
        <w:t>א. «שולחן» הוא שם עצם בזכר. – נכון</w:t>
      </w:r>
    </w:p>
    <w:p>
      <w:pPr>
        <w:bidi/>
        <w:spacing w:before="0" w:after="40"/>
        <w:jc w:val="both"/>
      </w:pPr>
      <w:r>
        <w:rPr>
          <w:rtl/>
        </w:rPr>
        <w:t>ב. «מחברת» ברבים היא «מחברתים». – לא נכון – ברבים: מחברות</w:t>
      </w:r>
    </w:p>
    <w:p>
      <w:pPr>
        <w:bidi/>
        <w:spacing w:before="0" w:after="40"/>
        <w:jc w:val="both"/>
      </w:pPr>
      <w:r>
        <w:rPr>
          <w:rtl/>
        </w:rPr>
        <w:t>ג. «רץ» הוא שם עצם. – לא נכון – «רץ» הוא פועל – הוא אומר מה עושים</w:t>
      </w:r>
    </w:p>
    <w:p>
      <w:pPr>
        <w:bidi/>
        <w:spacing w:before="0" w:after="40"/>
        <w:jc w:val="both"/>
      </w:pPr>
      <w:r>
        <w:rPr>
          <w:rtl/>
        </w:rPr>
        <w:t>ד. אומרים «יד אחת», כי «יד» היא נקבה.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הטבלה: יחיד, רבים, זכר או נקבה.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/ 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שולחן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שולחנות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זכר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שמלות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תפוח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תפוחים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זכר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דלתות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נקבה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הסתכלו סביבכם בכיתה. כתבו משפט עם שני שמות עצם, וכתבו ליד כל אחד אם הוא זכר או נקבה.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על השולחן יש מחברת. (שולחן – זכר, מחברת – נקבה)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מיינו את שמות העצם: יחיד או רבים?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חולצה, דלת, ציפור, בית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ספרים, עננים, כוסות, שמלות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«אחד» או «אחת».</w:t>
      </w:r>
    </w:p>
    <w:p>
      <w:pPr>
        <w:bidi/>
        <w:spacing w:before="0" w:after="40"/>
        <w:jc w:val="both"/>
      </w:pPr>
      <w:r>
        <w:rPr>
          <w:rtl/>
        </w:rPr>
        <w:t>א. כיסא אחד</w:t>
      </w:r>
    </w:p>
    <w:p>
      <w:pPr>
        <w:bidi/>
        <w:spacing w:before="0" w:after="40"/>
        <w:jc w:val="both"/>
      </w:pPr>
      <w:r>
        <w:rPr>
          <w:rtl/>
        </w:rPr>
        <w:t>ב. מגבת אחת</w:t>
      </w:r>
    </w:p>
    <w:p>
      <w:pPr>
        <w:bidi/>
        <w:spacing w:before="0" w:after="40"/>
        <w:jc w:val="both"/>
      </w:pPr>
      <w:r>
        <w:rPr>
          <w:rtl/>
        </w:rPr>
        <w:t>ג. חלון אחד</w:t>
      </w:r>
    </w:p>
    <w:p>
      <w:pPr>
        <w:bidi/>
        <w:spacing w:before="0" w:after="40"/>
        <w:jc w:val="both"/>
      </w:pPr>
      <w:r>
        <w:rPr>
          <w:rtl/>
        </w:rPr>
        <w:t>ד. אצבע אחת</w:t>
      </w:r>
    </w:p>
    <w:p>
      <w:pPr>
        <w:bidi/>
        <w:spacing w:before="0" w:after="40"/>
        <w:jc w:val="both"/>
      </w:pPr>
      <w:r>
        <w:rPr>
          <w:rtl/>
        </w:rPr>
        <w:t>ה. שולחן אחד</w:t>
      </w:r>
    </w:p>
    <w:p>
      <w:pPr>
        <w:bidi/>
        <w:spacing w:before="0" w:after="40"/>
        <w:jc w:val="both"/>
      </w:pPr>
      <w:r>
        <w:rPr>
          <w:rtl/>
        </w:rPr>
        <w:t>ו. עין אחת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מילה ביחיד את צורת הרבים שלה. שימו לב: יש כאן מילים שמשתנות!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נשים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יום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בתים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עיר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ערים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איש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ימים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אישה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אנשים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קראו את הקטע «בשוק». העתיקו מכל משפט את שמות העצם.</w:t>
      </w:r>
    </w:p>
    <w:p>
      <w:pPr>
        <w:bidi/>
        <w:spacing w:before="0" w:after="100"/>
        <w:jc w:val="both"/>
      </w:pPr>
      <w:r>
        <w:rPr>
          <w:rtl/>
        </w:rPr>
        <w:t>א. אימא קנתה עגבניות ומלפפונים.  ← אימא, עגבניות, מלפפונים</w:t>
      </w:r>
    </w:p>
    <w:p>
      <w:pPr>
        <w:bidi/>
        <w:spacing w:before="0" w:after="100"/>
        <w:jc w:val="both"/>
      </w:pPr>
      <w:r>
        <w:rPr>
          <w:rtl/>
        </w:rPr>
        <w:t>ב. המוכר חייך ונתן לי תפוח.  ← המוכר, תפוח</w:t>
      </w:r>
    </w:p>
    <w:p>
      <w:pPr>
        <w:bidi/>
        <w:spacing w:before="0" w:after="100"/>
        <w:jc w:val="both"/>
      </w:pPr>
      <w:r>
        <w:rPr>
          <w:rtl/>
        </w:rPr>
        <w:t>ג. בסל היו גם גזרים וגבינה.  ← סל, גזרים, גבינה</w:t>
      </w:r>
    </w:p>
    <w:p>
      <w:pPr>
        <w:bidi/>
        <w:spacing w:before="0" w:after="100"/>
        <w:jc w:val="both"/>
      </w:pPr>
      <w:r>
        <w:rPr>
          <w:rtl/>
        </w:rPr>
        <w:t>ד. השמש חיממה את הדוכנים.  ← השמש, הדוכנים</w:t>
      </w:r>
    </w:p>
    <w:p>
      <w:pPr>
        <w:bidi/>
        <w:spacing w:before="0" w:after="100"/>
        <w:jc w:val="both"/>
      </w:pPr>
      <w:r>
        <w:rPr>
          <w:rtl/>
        </w:rPr>
        <w:t>ה. חתול ישן ליד המכונית.  ← חתול, המכונית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שלושה משפטים על החדר שלכם. השתמשו בשם עצם ביחיד, בשם עצם ברבים ובשם עצם בנקבה. מתחו קו מתחת לשמות העצם.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בחדר שלי יש מיטה רכה (נקבה). על המדף עומדים ספרים (רבים). ליד החלון (יחיד) יש שולחן.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13. גזרו את כרטיסי הרבים, והדביקו כל כרטיס ליד המילה ביחיד.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🐶 כלב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כלבים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🍎 תפוח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תפוחים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🌸 פרח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פרחים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🐄 פרה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פרות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✏️ עיפרון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עפרונות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14. מתחו קו מן המילה בזכר אל אותה מילה בנקבה.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ילד  ←  ג. ילדה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תלמיד  ←  ד. תלמידה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מלך  ←  א. מלכה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חבר  ←  ה. חברה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סוס  ←  ב. סוסה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