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הפועל: אתמול, היום, מחר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מתי זה קורה?</w:t>
      </w:r>
    </w:p>
    <w:p>
      <w:pPr>
        <w:bidi/>
        <w:spacing w:before="0" w:after="20"/>
        <w:jc w:val="both"/>
      </w:pPr>
      <w:r>
        <w:rPr>
          <w:rtl/>
        </w:rPr>
        <w:t>א. אכלנו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0" w:after="20"/>
        <w:jc w:val="both"/>
      </w:pPr>
      <w:r>
        <w:rPr>
          <w:rtl/>
        </w:rPr>
        <w:t>ב. ישחק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0" w:after="20"/>
        <w:jc w:val="both"/>
      </w:pPr>
      <w:r>
        <w:rPr>
          <w:rtl/>
        </w:rPr>
        <w:t>ג. שרה (עכשיו)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הפועל.</w:t>
      </w:r>
    </w:p>
    <w:p>
      <w:pPr>
        <w:bidi/>
        <w:spacing w:before="0" w:after="60"/>
        <w:jc w:val="both"/>
      </w:pPr>
      <w:r>
        <w:rPr>
          <w:rtl/>
        </w:rPr>
        <w:t>א. אתמול הלכ__________ (אני) לגן החיות.</w:t>
      </w:r>
    </w:p>
    <w:p>
      <w:pPr>
        <w:bidi/>
        <w:spacing w:before="0" w:after="60"/>
        <w:jc w:val="both"/>
      </w:pPr>
      <w:r>
        <w:rPr>
          <w:rtl/>
        </w:rPr>
        <w:t>ב. מחר נ__________ (אנחנו, ציר) ציור.</w:t>
      </w:r>
    </w:p>
    <w:p>
      <w:pPr>
        <w:bidi/>
        <w:spacing w:before="0" w:after="60"/>
        <w:jc w:val="both"/>
      </w:pPr>
      <w:r>
        <w:rPr>
          <w:rtl/>
        </w:rPr>
        <w:t>ג. עכשיו הילדים __________ (קפץ) בחבל.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הפעלים לפי הזמן.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שתינו  |  אוכלת  |  נלמד  |  קפצה  |  רצים  |  תכתוב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הסיפור והשלימו את הפעלים בזמן עבר.</w:t>
      </w:r>
    </w:p>
    <w:p>
      <w:pPr>
        <w:bidi/>
        <w:spacing w:before="0" w:after="60"/>
        <w:jc w:val="both"/>
      </w:pPr>
      <w:r>
        <w:rPr>
          <w:rtl/>
        </w:rPr>
        <w:t>א. ביום שישי אנחנו __________ (נסע) לסבא ולסבתא.</w:t>
      </w:r>
    </w:p>
    <w:p>
      <w:pPr>
        <w:bidi/>
        <w:spacing w:before="0" w:after="60"/>
        <w:jc w:val="both"/>
      </w:pPr>
      <w:r>
        <w:rPr>
          <w:rtl/>
        </w:rPr>
        <w:t>ב. סבתא __________ (אפה) עוגה.</w:t>
      </w:r>
    </w:p>
    <w:p>
      <w:pPr>
        <w:bidi/>
        <w:spacing w:before="0" w:after="60"/>
        <w:jc w:val="both"/>
      </w:pPr>
      <w:r>
        <w:rPr>
          <w:rtl/>
        </w:rPr>
        <w:t>ג. אחרי הארוחה אני __________ (שיחק) עם הכלב.</w:t>
      </w:r>
    </w:p>
    <w:p>
      <w:pPr>
        <w:bidi/>
        <w:spacing w:before="0" w:after="60"/>
        <w:jc w:val="both"/>
      </w:pPr>
      <w:r>
        <w:rPr>
          <w:rtl/>
        </w:rPr>
        <w:t>ד. בערב כולנו __________ (חזר) הביתה.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גוף את הפועל המתאים לו בזמן עתיד.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שלושה משפטים: מה עשיתם אתמול, מה אתם עושים עכשיו ומה תעשו מחר. מתחו קו מתחת לפועל בכל משפט.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הפעלים לפי הזמן.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כתבתי  |  הולכת  |  נרקוד  |  שתו  |  מצייר  |  יאכלו  |  קראנו  |  תשיר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גוף את הפועל «שיחק»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שיחקנו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שיחקתי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שיחקו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שיחקתם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 בגוף «היא».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רוקדת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תשמור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«המסיבה של הכיתה». העתיקו את הפועל מכל משפט וכתבו את הזמן שלו.</w:t>
      </w:r>
    </w:p>
    <w:p>
      <w:pPr>
        <w:bidi/>
        <w:spacing w:before="0" w:after="100"/>
        <w:jc w:val="both"/>
      </w:pPr>
      <w:r>
        <w:rPr>
          <w:rtl/>
        </w:rPr>
        <w:t>א. אתמול קישטנו את הכיתה בבלונים.</w:t>
      </w:r>
    </w:p>
    <w:p>
      <w:pPr>
        <w:bidi/>
        <w:spacing w:before="0" w:after="100"/>
        <w:jc w:val="both"/>
      </w:pPr>
      <w:r>
        <w:rPr>
          <w:rtl/>
        </w:rPr>
        <w:t>ב. עכשיו כולם רוקדים במעגל.</w:t>
      </w:r>
    </w:p>
    <w:p>
      <w:pPr>
        <w:bidi/>
        <w:spacing w:before="0" w:after="100"/>
        <w:jc w:val="both"/>
      </w:pPr>
      <w:r>
        <w:rPr>
          <w:rtl/>
        </w:rPr>
        <w:t>ג. המורה מחלקת עוגיות.</w:t>
      </w:r>
    </w:p>
    <w:p>
      <w:pPr>
        <w:bidi/>
        <w:spacing w:before="0" w:after="100"/>
        <w:jc w:val="both"/>
      </w:pPr>
      <w:r>
        <w:rPr>
          <w:rtl/>
        </w:rPr>
        <w:t>ד. מחר נכתוב מכתב תודה להורים.</w:t>
      </w:r>
    </w:p>
    <w:p>
      <w:pPr>
        <w:bidi/>
        <w:spacing w:before="0" w:after="100"/>
        <w:jc w:val="both"/>
      </w:pPr>
      <w:r>
        <w:rPr>
          <w:rtl/>
        </w:rPr>
        <w:t>ה. בסוף המסיבה ניקינו יחד.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דמיינו שביקרתם אתמול בגן החיות. כתבו שלושה משפטים על מה שעשו בעלי החיים. השתמשו בפעלים בעבר והקיפו אותם.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13. גזרו את כרטיסי הפעלים, והדביקו כל פועל בעמודת הזמן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אתמול (עבר)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היום (הווה)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מחר (עתיד)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פועל – </w:t>
            </w:r>
            <w:r>
              <w:rPr>
                <w:sz w:val="24"/>
                <w:szCs w:val="24"/>
                <w:rtl/>
              </w:rPr>
              <w:t>מילה שמספרת מה עושים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עבר – </w:t>
            </w:r>
            <w:r>
              <w:rPr>
                <w:sz w:val="24"/>
                <w:szCs w:val="24"/>
                <w:rtl/>
              </w:rPr>
              <w:t>מה שכבר קרה – אתמול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הווה – </w:t>
            </w:r>
            <w:r>
              <w:rPr>
                <w:sz w:val="24"/>
                <w:szCs w:val="24"/>
                <w:rtl/>
              </w:rPr>
              <w:t>מה שקורה עכשיו – היום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עתיד – </w:t>
            </w:r>
            <w:r>
              <w:rPr>
                <w:sz w:val="24"/>
                <w:szCs w:val="24"/>
                <w:rtl/>
              </w:rPr>
              <w:t>מה שעוד יקרה – מחר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בחרו שתי מילים מן הביאורים, וכתבו משפט עם כל אחת מהן.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הפועל: אתמול, היום, מחר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תרוץ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קוראת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רצות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כותב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כתבתי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אכתוב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נשחק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שיחקנו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אכלה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הפועל: אתמול, היום, מחר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מתי זה קורה?</w:t>
      </w:r>
    </w:p>
    <w:p>
      <w:pPr>
        <w:bidi/>
        <w:spacing w:before="0" w:after="20"/>
        <w:jc w:val="both"/>
      </w:pPr>
      <w:r>
        <w:rPr>
          <w:rtl/>
        </w:rPr>
        <w:t>א. אכלנו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עבר</w:t>
      </w:r>
    </w:p>
    <w:p>
      <w:pPr>
        <w:bidi/>
        <w:spacing w:before="0" w:after="20"/>
        <w:jc w:val="both"/>
      </w:pPr>
      <w:r>
        <w:rPr>
          <w:rtl/>
        </w:rPr>
        <w:t>ב. ישחק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עתיד</w:t>
      </w:r>
    </w:p>
    <w:p>
      <w:pPr>
        <w:bidi/>
        <w:spacing w:before="0" w:after="20"/>
        <w:jc w:val="both"/>
      </w:pPr>
      <w:r>
        <w:rPr>
          <w:rtl/>
        </w:rPr>
        <w:t>ג. שרה (עכשיו)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הפועל.</w:t>
      </w:r>
    </w:p>
    <w:p>
      <w:pPr>
        <w:bidi/>
        <w:spacing w:before="0" w:after="40"/>
        <w:jc w:val="both"/>
      </w:pPr>
      <w:r>
        <w:rPr>
          <w:rtl/>
        </w:rPr>
        <w:t>א. אתמול הלכתי (אני) לגן החיות.</w:t>
      </w:r>
    </w:p>
    <w:p>
      <w:pPr>
        <w:bidi/>
        <w:spacing w:before="0" w:after="40"/>
        <w:jc w:val="both"/>
      </w:pPr>
      <w:r>
        <w:rPr>
          <w:rtl/>
        </w:rPr>
        <w:t>ב. מחר נצייר (אנחנו, ציר) ציור.</w:t>
      </w:r>
    </w:p>
    <w:p>
      <w:pPr>
        <w:bidi/>
        <w:spacing w:before="0" w:after="40"/>
        <w:jc w:val="both"/>
      </w:pPr>
      <w:r>
        <w:rPr>
          <w:rtl/>
        </w:rPr>
        <w:t>ג. עכשיו הילדים קופצים (קפץ) בחבל.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יאכל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הפעלים לפי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שתינו, קפצה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אוכלת, רצים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נלמד, תכתוב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הסיפור והשלימו את הפעלים בזמן עבר.</w:t>
      </w:r>
    </w:p>
    <w:p>
      <w:pPr>
        <w:bidi/>
        <w:spacing w:before="0" w:after="40"/>
        <w:jc w:val="both"/>
      </w:pPr>
      <w:r>
        <w:rPr>
          <w:rtl/>
        </w:rPr>
        <w:t>א. ביום שישי אנחנו נסענו (נסע) לסבא ולסבתא.</w:t>
      </w:r>
    </w:p>
    <w:p>
      <w:pPr>
        <w:bidi/>
        <w:spacing w:before="0" w:after="40"/>
        <w:jc w:val="both"/>
      </w:pPr>
      <w:r>
        <w:rPr>
          <w:rtl/>
        </w:rPr>
        <w:t>ב. סבתא אפתה (אפה) עוגה.</w:t>
      </w:r>
    </w:p>
    <w:p>
      <w:pPr>
        <w:bidi/>
        <w:spacing w:before="0" w:after="40"/>
        <w:jc w:val="both"/>
      </w:pPr>
      <w:r>
        <w:rPr>
          <w:rtl/>
        </w:rPr>
        <w:t>ג. אחרי הארוחה אני שיחקתי (שיחק) עם הכלב.</w:t>
      </w:r>
    </w:p>
    <w:p>
      <w:pPr>
        <w:bidi/>
        <w:spacing w:before="0" w:after="40"/>
        <w:jc w:val="both"/>
      </w:pPr>
      <w:r>
        <w:rPr>
          <w:rtl/>
        </w:rPr>
        <w:t>ד. בערב כולנו חזרנו (חזר) הביתה.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גוף את הפועל המתאים לו בזמן עתיד.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תכתוב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נכתוב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שלושה משפטים: מה עשיתם אתמול, מה אתם עושים עכשיו ומה תעשו מחר. מתחו קו מתחת לפועל בכל משפט.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אתמול שיחקתי כדורגל. עכשיו אני כותבת. מחר אסע 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הפעלים לפי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כתבתי, שתו, קראנו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הולכת, מצייר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נרקוד, יאכלו, תשיר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גוף את הפועל «שיחק»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שיחקנו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שיחקה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שיחקתי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שיחקו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שיחקתם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 בגוף «היא».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רקדה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רוקדת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תרקוד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שומרת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תשמור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אוכלת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תאכל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«המסיבה של הכיתה». העתיקו את הפועל מכל משפט וכתבו את הזמן שלו.</w:t>
      </w:r>
    </w:p>
    <w:p>
      <w:pPr>
        <w:bidi/>
        <w:spacing w:before="0" w:after="100"/>
        <w:jc w:val="both"/>
      </w:pPr>
      <w:r>
        <w:rPr>
          <w:rtl/>
        </w:rPr>
        <w:t>א. אתמול קישטנו את הכיתה בבלונים.  ← קישטנו – עבר</w:t>
      </w:r>
    </w:p>
    <w:p>
      <w:pPr>
        <w:bidi/>
        <w:spacing w:before="0" w:after="100"/>
        <w:jc w:val="both"/>
      </w:pPr>
      <w:r>
        <w:rPr>
          <w:rtl/>
        </w:rPr>
        <w:t>ב. עכשיו כולם רוקדים במעגל.  ← רוקדים – הווה</w:t>
      </w:r>
    </w:p>
    <w:p>
      <w:pPr>
        <w:bidi/>
        <w:spacing w:before="0" w:after="100"/>
        <w:jc w:val="both"/>
      </w:pPr>
      <w:r>
        <w:rPr>
          <w:rtl/>
        </w:rPr>
        <w:t>ג. המורה מחלקת עוגיות.  ← מחלקת – הווה</w:t>
      </w:r>
    </w:p>
    <w:p>
      <w:pPr>
        <w:bidi/>
        <w:spacing w:before="0" w:after="100"/>
        <w:jc w:val="both"/>
      </w:pPr>
      <w:r>
        <w:rPr>
          <w:rtl/>
        </w:rPr>
        <w:t>ד. מחר נכתוב מכתב תודה להורים.  ← נכתוב – עתיד</w:t>
      </w:r>
    </w:p>
    <w:p>
      <w:pPr>
        <w:bidi/>
        <w:spacing w:before="0" w:after="100"/>
        <w:jc w:val="both"/>
      </w:pPr>
      <w:r>
        <w:rPr>
          <w:rtl/>
        </w:rPr>
        <w:t>ה. בסוף המסיבה ניקינו יחד.  ← ניקינו – עבר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דמיינו שביקרתם אתמול בגן החיות. כתבו שלושה משפטים על מה שעשו בעלי החיים. השתמשו בפעלים בעבר והקיפו אותם.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הקוף קפץ מענף לענף. הפיל שתה הרבה מים. האריה ישן בצל.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13. גזרו את כרטיסי הפעלים, והדביקו כל פועל בעמודת הזמן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אתמול (עבר)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היום (הווה)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מחר (עתיד)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כתבתי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כותב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אכתוב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שיחקנו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רצות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נשחק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אכלה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קוראת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תרוץ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פועל – </w:t>
            </w:r>
            <w:r>
              <w:rPr>
                <w:sz w:val="24"/>
                <w:szCs w:val="24"/>
                <w:rtl/>
              </w:rPr>
              <w:t>מילה שמספרת מה עושים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עבר – </w:t>
            </w:r>
            <w:r>
              <w:rPr>
                <w:sz w:val="24"/>
                <w:szCs w:val="24"/>
                <w:rtl/>
              </w:rPr>
              <w:t>מה שכבר קרה – אתמול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הווה – </w:t>
            </w:r>
            <w:r>
              <w:rPr>
                <w:sz w:val="24"/>
                <w:szCs w:val="24"/>
                <w:rtl/>
              </w:rPr>
              <w:t>מה שקורה עכשיו – היום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עתיד – </w:t>
            </w:r>
            <w:r>
              <w:rPr>
                <w:sz w:val="24"/>
                <w:szCs w:val="24"/>
                <w:rtl/>
              </w:rPr>
              <w:t>מה שעוד יקרה – מחר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בחרו שתי מילים מן הביאורים, וכתבו משפט עם כל אחת מהן.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