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שם תואר מן המחסן בצורה הנכונה.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גבוה  |  חם  |  מתוק  |  רך</w:t>
      </w:r>
    </w:p>
    <w:p>
      <w:pPr>
        <w:bidi/>
        <w:spacing w:before="0" w:after="60"/>
        <w:jc w:val="both"/>
      </w:pPr>
      <w:r>
        <w:rPr>
          <w:rtl/>
        </w:rPr>
        <w:t>א. הג'ירפה __________.</w:t>
      </w:r>
    </w:p>
    <w:p>
      <w:pPr>
        <w:bidi/>
        <w:spacing w:before="0" w:after="60"/>
        <w:jc w:val="both"/>
      </w:pPr>
      <w:r>
        <w:rPr>
          <w:rtl/>
        </w:rPr>
        <w:t>ב. התה __________.</w:t>
      </w:r>
    </w:p>
    <w:p>
      <w:pPr>
        <w:bidi/>
        <w:spacing w:before="0" w:after="60"/>
        <w:jc w:val="both"/>
      </w:pPr>
      <w:r>
        <w:rPr>
          <w:rtl/>
        </w:rPr>
        <w:t>ג. הכרית __________.</w:t>
      </w:r>
    </w:p>
    <w:p>
      <w:pPr>
        <w:bidi/>
        <w:spacing w:before="0" w:after="60"/>
        <w:jc w:val="both"/>
      </w:pPr>
      <w:r>
        <w:rPr>
          <w:rtl/>
        </w:rPr>
        <w:t>ד. הענבים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שם התואר.</w:t>
      </w:r>
    </w:p>
    <w:p>
      <w:pPr>
        <w:bidi/>
        <w:spacing w:before="0" w:after="100"/>
        <w:jc w:val="both"/>
      </w:pPr>
      <w:r>
        <w:rPr>
          <w:rtl/>
        </w:rPr>
        <w:t>א. יש לי חתול שחור.</w:t>
      </w:r>
    </w:p>
    <w:p>
      <w:pPr>
        <w:bidi/>
        <w:spacing w:before="0" w:after="100"/>
        <w:jc w:val="both"/>
      </w:pPr>
      <w:r>
        <w:rPr>
          <w:rtl/>
        </w:rPr>
        <w:t>ב. הים כחול ויפה.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תארו את עצמכם בשלושה שמות תואר.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שם תואר מתאים.</w:t>
      </w:r>
    </w:p>
    <w:p>
      <w:pPr>
        <w:bidi/>
        <w:spacing w:before="0" w:after="20"/>
        <w:jc w:val="both"/>
      </w:pPr>
      <w:r>
        <w:rPr>
          <w:rtl/>
        </w:rPr>
        <w:t>א. הדובדבנים ___.</w:t>
      </w:r>
    </w:p>
    <w:p>
      <w:pPr>
        <w:bidi/>
        <w:spacing w:before="0" w:after="80"/>
        <w:jc w:val="both"/>
      </w:pPr>
      <w:r>
        <w:rPr>
          <w:rtl/>
        </w:rPr>
        <w:t xml:space="preserve">   ○ אדום      ○ אדומה      ○ אדומים</w:t>
      </w:r>
    </w:p>
    <w:p>
      <w:pPr>
        <w:bidi/>
        <w:spacing w:before="0" w:after="20"/>
        <w:jc w:val="both"/>
      </w:pPr>
      <w:r>
        <w:rPr>
          <w:rtl/>
        </w:rPr>
        <w:t>ב. ראיתי ציפור ___.</w:t>
      </w:r>
    </w:p>
    <w:p>
      <w:pPr>
        <w:bidi/>
        <w:spacing w:before="0" w:after="80"/>
        <w:jc w:val="both"/>
      </w:pPr>
      <w:r>
        <w:rPr>
          <w:rtl/>
        </w:rPr>
        <w:t xml:space="preserve">   ○ קטנה      ○ קטן      ○ קטנים</w:t>
      </w:r>
    </w:p>
    <w:p>
      <w:pPr>
        <w:bidi/>
        <w:spacing w:before="0" w:after="20"/>
        <w:jc w:val="both"/>
      </w:pPr>
      <w:r>
        <w:rPr>
          <w:rtl/>
        </w:rPr>
        <w:t>ג. קיבלתי מתנות ___.</w:t>
      </w:r>
    </w:p>
    <w:p>
      <w:pPr>
        <w:bidi/>
        <w:spacing w:before="0" w:after="80"/>
        <w:jc w:val="both"/>
      </w:pPr>
      <w:r>
        <w:rPr>
          <w:rtl/>
        </w:rPr>
        <w:t xml:space="preserve">   ○ יפה      ○ יפים      ○ יפות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הסיפור והשלימו שם תואר מן המחסן בצורה הנכונה.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חם  |  גבוה  |  ירוק  |  שמח</w:t>
      </w:r>
    </w:p>
    <w:p>
      <w:pPr>
        <w:bidi/>
        <w:spacing w:before="0" w:after="60"/>
        <w:jc w:val="both"/>
      </w:pPr>
      <w:r>
        <w:rPr>
          <w:rtl/>
        </w:rPr>
        <w:t>א. היה יום __________ בקיץ.</w:t>
      </w:r>
    </w:p>
    <w:p>
      <w:pPr>
        <w:bidi/>
        <w:spacing w:before="0" w:after="60"/>
        <w:jc w:val="both"/>
      </w:pPr>
      <w:r>
        <w:rPr>
          <w:rtl/>
        </w:rPr>
        <w:t>ב. טיפסנו על עץ __________.</w:t>
      </w:r>
    </w:p>
    <w:p>
      <w:pPr>
        <w:bidi/>
        <w:spacing w:before="0" w:after="60"/>
        <w:jc w:val="both"/>
      </w:pPr>
      <w:r>
        <w:rPr>
          <w:rtl/>
        </w:rPr>
        <w:t>ג. העלים של העץ היו __________.</w:t>
      </w:r>
    </w:p>
    <w:p>
      <w:pPr>
        <w:bidi/>
        <w:spacing w:before="0" w:after="60"/>
        <w:jc w:val="both"/>
      </w:pPr>
      <w:r>
        <w:rPr>
          <w:rtl/>
        </w:rPr>
        <w:t>ד. חזרנו הביתה עייפים ו__________.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שם עצם או שם תואר?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ילד  |  רך  |  ענן  |  רטוב  |  מטרייה  |  קר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פרי שאתם אוהבים ותארו אותו בשלושה שמות תואר: צבע, טעם וגודל.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לכל שם עצם את שם התואר «ירוק» בצורה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כובע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ירוקות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חולצה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ירוקה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מכנסיים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ירוק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נעליים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ירוקים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את ארבע הצורות של שם התואר.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זכר, יחיד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נקבה, יחידה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זכר, רבים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נקבה, רבות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רכה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עגולות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הקטע «הכלבלב החדש». העתיקו מכל משפט את שמות התואר.</w:t>
      </w:r>
    </w:p>
    <w:p>
      <w:pPr>
        <w:bidi/>
        <w:spacing w:before="0" w:after="100"/>
        <w:jc w:val="both"/>
      </w:pPr>
      <w:r>
        <w:rPr>
          <w:rtl/>
        </w:rPr>
        <w:t>א. קיבלנו כלבלב קטן וחמוד.</w:t>
      </w:r>
    </w:p>
    <w:p>
      <w:pPr>
        <w:bidi/>
        <w:spacing w:before="0" w:after="100"/>
        <w:jc w:val="both"/>
      </w:pPr>
      <w:r>
        <w:rPr>
          <w:rtl/>
        </w:rPr>
        <w:t>ב. יש לו פרווה חומה ורכה.</w:t>
      </w:r>
    </w:p>
    <w:p>
      <w:pPr>
        <w:bidi/>
        <w:spacing w:before="0" w:after="100"/>
        <w:jc w:val="both"/>
      </w:pPr>
      <w:r>
        <w:rPr>
          <w:rtl/>
        </w:rPr>
        <w:t>ג. האוזניים שלו ארוכות.</w:t>
      </w:r>
    </w:p>
    <w:p>
      <w:pPr>
        <w:bidi/>
        <w:spacing w:before="0" w:after="100"/>
        <w:jc w:val="both"/>
      </w:pPr>
      <w:r>
        <w:rPr>
          <w:rtl/>
        </w:rPr>
        <w:t>ד. הוא אוהב לשחק עם כדור צהוב.</w:t>
      </w:r>
    </w:p>
    <w:p>
      <w:pPr>
        <w:bidi/>
        <w:spacing w:before="0" w:after="100"/>
        <w:jc w:val="both"/>
      </w:pPr>
      <w:r>
        <w:rPr>
          <w:rtl/>
        </w:rPr>
        <w:t>ה. בערב הוא עייף ונרדם על שטיח חם.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</w:t>
      </w:r>
    </w:p>
    <w:p>
      <w:pPr>
        <w:bidi/>
        <w:spacing w:before="0" w:after="60"/>
        <w:jc w:val="both"/>
      </w:pPr>
      <w:r>
        <w:rPr>
          <w:rtl/>
        </w:rPr>
        <w:t>א. «גבוה» הוא שם תואר.      נכון / לא נכון</w:t>
      </w:r>
    </w:p>
    <w:p>
      <w:pPr>
        <w:bidi/>
        <w:spacing w:before="0" w:after="60"/>
        <w:jc w:val="both"/>
      </w:pPr>
      <w:r>
        <w:rPr>
          <w:rtl/>
        </w:rPr>
        <w:t>ב. אומרים «פרחים יפות».      נכון / לא נכון</w:t>
      </w:r>
    </w:p>
    <w:p>
      <w:pPr>
        <w:bidi/>
        <w:spacing w:before="0" w:after="60"/>
        <w:jc w:val="both"/>
      </w:pPr>
      <w:r>
        <w:rPr>
          <w:rtl/>
        </w:rPr>
        <w:t>ג. «מהיר» ו«איטי» הם שמות תואר הפוכים.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בדרך כלל שם התואר בא לפני שם העצם.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במשפט «הים כחולה» יש טעות.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תארו את הכיתה שלכם בשלושה משפטים. השתמשו לפחות בארבעה שמות תואר והקיפו אותם.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13. גזרו את כרטיסי שמות התואר, והדביקו ליד כל שם עצם את שם התואר המתאים לו (זכר/נקבה, יחיד/רבים).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כלב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פרחים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ילדה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מכוניות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התאימו תמונה למשפט: כתבו בריבוע את מספר התמונה, ומתחו קו מתחת לשם התואר.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❄️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הפיל הגדול שותה מים.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העכבר הקטן בורח.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השלג הלבן קר מאוד.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התות האדום מתוק.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שם תואר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מהירות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שמחה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יפים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גדול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שם תואר מן המחסן בצורה הנכונה.</w:t>
      </w:r>
    </w:p>
    <w:p>
      <w:pPr>
        <w:bidi/>
        <w:spacing w:before="0" w:after="40"/>
        <w:jc w:val="both"/>
      </w:pPr>
      <w:r>
        <w:rPr>
          <w:rtl/>
        </w:rPr>
        <w:t>א. הג'ירפה גבוהה.</w:t>
      </w:r>
    </w:p>
    <w:p>
      <w:pPr>
        <w:bidi/>
        <w:spacing w:before="0" w:after="40"/>
        <w:jc w:val="both"/>
      </w:pPr>
      <w:r>
        <w:rPr>
          <w:rtl/>
        </w:rPr>
        <w:t>ב. התה חם.</w:t>
      </w:r>
    </w:p>
    <w:p>
      <w:pPr>
        <w:bidi/>
        <w:spacing w:before="0" w:after="40"/>
        <w:jc w:val="both"/>
      </w:pPr>
      <w:r>
        <w:rPr>
          <w:rtl/>
        </w:rPr>
        <w:t>ג. הכרית רכה.</w:t>
      </w:r>
    </w:p>
    <w:p>
      <w:pPr>
        <w:bidi/>
        <w:spacing w:before="0" w:after="40"/>
        <w:jc w:val="both"/>
      </w:pPr>
      <w:r>
        <w:rPr>
          <w:rtl/>
        </w:rPr>
        <w:t>ד. הענבים מתוקים.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שם התואר.</w:t>
      </w:r>
    </w:p>
    <w:p>
      <w:pPr>
        <w:bidi/>
        <w:spacing w:before="0" w:after="100"/>
        <w:jc w:val="both"/>
      </w:pPr>
      <w:r>
        <w:rPr>
          <w:rtl/>
        </w:rPr>
        <w:t>א. יש לי חתול שחור.  ← שחור</w:t>
      </w:r>
    </w:p>
    <w:p>
      <w:pPr>
        <w:bidi/>
        <w:spacing w:before="0" w:after="100"/>
        <w:jc w:val="both"/>
      </w:pPr>
      <w:r>
        <w:rPr>
          <w:rtl/>
        </w:rPr>
        <w:t>ב. הים כחול ויפה.  ← כחול, יפה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תארו את עצמכם בשלושה שמות תואר.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שמחה, סקרנית וחברותית.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שם תואר מתאים.</w:t>
      </w:r>
    </w:p>
    <w:p>
      <w:pPr>
        <w:bidi/>
        <w:spacing w:before="0" w:after="20"/>
        <w:jc w:val="both"/>
      </w:pPr>
      <w:r>
        <w:rPr>
          <w:rtl/>
        </w:rPr>
        <w:t>א. הדובדבנים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אדומים</w:t>
      </w:r>
    </w:p>
    <w:p>
      <w:pPr>
        <w:bidi/>
        <w:spacing w:before="0" w:after="20"/>
        <w:jc w:val="both"/>
      </w:pPr>
      <w:r>
        <w:rPr>
          <w:rtl/>
        </w:rPr>
        <w:t>ב. ראיתי ציפור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קטנה</w:t>
      </w:r>
    </w:p>
    <w:p>
      <w:pPr>
        <w:bidi/>
        <w:spacing w:before="0" w:after="20"/>
        <w:jc w:val="both"/>
      </w:pPr>
      <w:r>
        <w:rPr>
          <w:rtl/>
        </w:rPr>
        <w:t>ג. קיבלתי מתנות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יפות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הסיפור והשלימו שם תואר מן המחסן בצורה הנכונה.</w:t>
      </w:r>
    </w:p>
    <w:p>
      <w:pPr>
        <w:bidi/>
        <w:spacing w:before="0" w:after="40"/>
        <w:jc w:val="both"/>
      </w:pPr>
      <w:r>
        <w:rPr>
          <w:rtl/>
        </w:rPr>
        <w:t>א. היה יום חם בקיץ.</w:t>
      </w:r>
    </w:p>
    <w:p>
      <w:pPr>
        <w:bidi/>
        <w:spacing w:before="0" w:after="40"/>
        <w:jc w:val="both"/>
      </w:pPr>
      <w:r>
        <w:rPr>
          <w:rtl/>
        </w:rPr>
        <w:t>ב. טיפסנו על עץ גבוה.</w:t>
      </w:r>
    </w:p>
    <w:p>
      <w:pPr>
        <w:bidi/>
        <w:spacing w:before="0" w:after="40"/>
        <w:jc w:val="both"/>
      </w:pPr>
      <w:r>
        <w:rPr>
          <w:rtl/>
        </w:rPr>
        <w:t>ג. העלים של העץ היו ירוקים.</w:t>
      </w:r>
    </w:p>
    <w:p>
      <w:pPr>
        <w:bidi/>
        <w:spacing w:before="0" w:after="40"/>
        <w:jc w:val="both"/>
      </w:pPr>
      <w:r>
        <w:rPr>
          <w:rtl/>
        </w:rPr>
        <w:t>ד. חזרנו הביתה עייפים ושמחים.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שם עצם או שם תואר?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ילד, ענן, מטרייה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רך, רטוב, 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פרי שאתם אוהבים ותארו אותו בשלושה שמות תואר: צבע, טעם וגודל.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האבטיח ירוק, מתוק וגדול.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לכל שם עצם את שם התואר «ירוק» בצורה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כובע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ירוקות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חולצה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ירוקה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מכנסיים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ירוק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נעליים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ירוקים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את ארבע הצורות של שם התואר.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זכר, יחיד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נקבה, יחידה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זכר, רבים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נקבה, רבות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חזקה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חזקים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חזקות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רכה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רכים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רכות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חמה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חמות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עגול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עגולה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עגולים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עגולות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הקטע «הכלבלב החדש». העתיקו מכל משפט את שמות התואר.</w:t>
      </w:r>
    </w:p>
    <w:p>
      <w:pPr>
        <w:bidi/>
        <w:spacing w:before="0" w:after="100"/>
        <w:jc w:val="both"/>
      </w:pPr>
      <w:r>
        <w:rPr>
          <w:rtl/>
        </w:rPr>
        <w:t>א. קיבלנו כלבלב קטן וחמוד.  ← קטן, חמוד</w:t>
      </w:r>
    </w:p>
    <w:p>
      <w:pPr>
        <w:bidi/>
        <w:spacing w:before="0" w:after="100"/>
        <w:jc w:val="both"/>
      </w:pPr>
      <w:r>
        <w:rPr>
          <w:rtl/>
        </w:rPr>
        <w:t>ב. יש לו פרווה חומה ורכה.  ← חומה, רכה</w:t>
      </w:r>
    </w:p>
    <w:p>
      <w:pPr>
        <w:bidi/>
        <w:spacing w:before="0" w:after="100"/>
        <w:jc w:val="both"/>
      </w:pPr>
      <w:r>
        <w:rPr>
          <w:rtl/>
        </w:rPr>
        <w:t>ג. האוזניים שלו ארוכות.  ← ארוכות</w:t>
      </w:r>
    </w:p>
    <w:p>
      <w:pPr>
        <w:bidi/>
        <w:spacing w:before="0" w:after="100"/>
        <w:jc w:val="both"/>
      </w:pPr>
      <w:r>
        <w:rPr>
          <w:rtl/>
        </w:rPr>
        <w:t>ד. הוא אוהב לשחק עם כדור צהוב.  ← צהוב</w:t>
      </w:r>
    </w:p>
    <w:p>
      <w:pPr>
        <w:bidi/>
        <w:spacing w:before="0" w:after="100"/>
        <w:jc w:val="both"/>
      </w:pPr>
      <w:r>
        <w:rPr>
          <w:rtl/>
        </w:rPr>
        <w:t>ה. בערב הוא עייף ונרדם על שטיח חם.  ← עייף, חם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</w:t>
      </w:r>
    </w:p>
    <w:p>
      <w:pPr>
        <w:bidi/>
        <w:spacing w:before="0" w:after="40"/>
        <w:jc w:val="both"/>
      </w:pPr>
      <w:r>
        <w:rPr>
          <w:rtl/>
        </w:rPr>
        <w:t>א. «גבוה» הוא שם תואר. – נכון</w:t>
      </w:r>
    </w:p>
    <w:p>
      <w:pPr>
        <w:bidi/>
        <w:spacing w:before="0" w:after="40"/>
        <w:jc w:val="both"/>
      </w:pPr>
      <w:r>
        <w:rPr>
          <w:rtl/>
        </w:rPr>
        <w:t>ב. אומרים «פרחים יפות». – לא נכון – אומרים «פרחים יפים»</w:t>
      </w:r>
    </w:p>
    <w:p>
      <w:pPr>
        <w:bidi/>
        <w:spacing w:before="0" w:after="40"/>
        <w:jc w:val="both"/>
      </w:pPr>
      <w:r>
        <w:rPr>
          <w:rtl/>
        </w:rPr>
        <w:t>ג. «מהיר» ו«איטי» הם שמות תואר הפוכים. – נכון</w:t>
      </w:r>
    </w:p>
    <w:p>
      <w:pPr>
        <w:bidi/>
        <w:spacing w:before="0" w:after="40"/>
        <w:jc w:val="both"/>
      </w:pPr>
      <w:r>
        <w:rPr>
          <w:rtl/>
        </w:rPr>
        <w:t>ד. בדרך כלל שם התואר בא לפני שם העצם. – לא נכון – בדרך כלל הוא בא אחרי שם העצם: ספר מעניין</w:t>
      </w:r>
    </w:p>
    <w:p>
      <w:pPr>
        <w:bidi/>
        <w:spacing w:before="0" w:after="40"/>
        <w:jc w:val="both"/>
      </w:pPr>
      <w:r>
        <w:rPr>
          <w:rtl/>
        </w:rPr>
        <w:t>ה. במשפט «הים כחולה» יש טעות.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תארו את הכיתה שלכם בשלושה משפטים. השתמשו לפחות בארבעה שמות תואר והקיפו אותם.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הכיתה שלנו גדולה ומוארת. על הקיר תלויות תמונות צבעוניות. ליד החלון עומד עציץ ירוק.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13. גזרו את כרטיסי שמות התואר, והדביקו ליד כל שם עצם את שם התואר המתאים לו (זכר/נקבה, יחיד/רבים).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כלב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גדול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פרחים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יפים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ילדה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שמחה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מכוניות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מהירות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התאימו תמונה למשפט: כתבו בריבוע את מספר התמונה, ומתחו קו מתחת לשם התואר.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❄️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הפיל הגדול שותה מים.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העכבר הקטן בורח.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השלג הלבן קר מאוד.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התות האדום מתוק.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