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משפחת מילים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מהי משפחת מילים, ואיך מוצאים את האותיות המשותפות (השורש)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3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מהי משפחת מילים?</w:t>
      </w:r>
    </w:p>
    <w:p>
      <w:pPr>
        <w:bidi/>
        <w:spacing w:before="0" w:after="40"/>
        <w:jc w:val="both"/>
      </w:pPr>
      <w:r>
        <w:rPr>
          <w:rtl/>
        </w:rPr>
        <w:t>מילים ממשפחה אחת חולקות אותן אותיות בסיס, שנקראות שורש. גם המשמעות שלהן קרובה.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מילים מאותה משפחה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השורש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כתב, מכתב, כתיבה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כ־ת־ב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שיר, שר, משורר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ש־י־ר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משחק, שחקן, שיחק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ש־ח־ק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איך מוצאים את השורש?</w:t>
      </w:r>
    </w:p>
    <w:p>
      <w:pPr>
        <w:bidi/>
        <w:spacing w:before="0" w:after="20"/>
        <w:jc w:val="both"/>
      </w:pPr>
      <w:r>
        <w:rPr>
          <w:rtl/>
        </w:rPr>
        <w:t>1. כותבים כמה מילים מאותה משפחה.</w:t>
      </w:r>
    </w:p>
    <w:p>
      <w:pPr>
        <w:bidi/>
        <w:spacing w:before="0" w:after="20"/>
        <w:jc w:val="both"/>
      </w:pPr>
      <w:r>
        <w:rPr>
          <w:rtl/>
        </w:rPr>
        <w:t>2. מחפשים את האותיות שחוזרות בכולן, לפי הסדר.</w:t>
      </w:r>
    </w:p>
    <w:p>
      <w:pPr>
        <w:bidi/>
        <w:spacing w:before="0" w:after="20"/>
        <w:jc w:val="both"/>
      </w:pPr>
      <w:r>
        <w:rPr>
          <w:rtl/>
        </w:rPr>
        <w:t>3. בודקים שגם המשמעות קרובה.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זהירות</w:t>
      </w:r>
    </w:p>
    <w:p>
      <w:pPr>
        <w:bidi/>
        <w:spacing w:before="0" w:after="40"/>
        <w:jc w:val="both"/>
      </w:pPr>
      <w:r>
        <w:rPr>
          <w:rtl/>
        </w:rPr>
        <w:t>אם יש אותיות משותפות אבל אין קשר במשמעות – המילים אינן מאותה משפחה.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אם יש אותיות משותפות אבל אין קשר במשמעות – זו לא אותה משפחה.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האותיות המשותפות ב«שומר, שמירה, משמרת»: ___</w:t>
      </w:r>
    </w:p>
    <w:p>
      <w:pPr>
        <w:bidi/>
        <w:spacing w:before="0" w:after="20"/>
        <w:jc w:val="both"/>
      </w:pPr>
      <w:r>
        <w:rPr>
          <w:rtl/>
        </w:rPr>
        <w:t>1. מחפשים אותיות שחוזרות בכל המילים, לפי הסדר: ש, מ, ר.</w:t>
      </w:r>
    </w:p>
    <w:p>
      <w:pPr>
        <w:bidi/>
        <w:spacing w:before="0" w:after="20"/>
        <w:jc w:val="both"/>
      </w:pPr>
      <w:r>
        <w:rPr>
          <w:rtl/>
        </w:rPr>
        <w:t>2. כל המילים קשורות לשמירה – לכן זו משפחה אחת.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ש־מ־ר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 את המילה או האותיות החסרות:</w:t>
      </w:r>
    </w:p>
    <w:p>
      <w:pPr>
        <w:bidi/>
        <w:spacing w:before="0" w:after="60"/>
        <w:jc w:val="both"/>
      </w:pPr>
      <w:r>
        <w:rPr>
          <w:rtl/>
        </w:rPr>
        <w:t>א. «משחק» ו«שחקן» הן מאותה __________.</w:t>
      </w:r>
    </w:p>
    <w:p>
      <w:pPr>
        <w:bidi/>
        <w:spacing w:before="0" w:after="60"/>
        <w:jc w:val="both"/>
      </w:pPr>
      <w:r>
        <w:rPr>
          <w:rtl/>
        </w:rPr>
        <w:t>ב. האותיות המשותפות ב«ספר, ספרייה, סיפור»: __________.</w:t>
      </w:r>
    </w:p>
    <w:p>
      <w:pPr>
        <w:bidi/>
        <w:spacing w:before="0" w:after="60"/>
        <w:jc w:val="both"/>
      </w:pPr>
      <w:r>
        <w:rPr>
          <w:rtl/>
        </w:rPr>
        <w:t>ג. כתבו מילה מהמשפחה של «לימוד»: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משפחה · ב. ס־פ־ר · ג. למד / תלמיד / לומדת (כל מילה מהמשפחה)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