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ג'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משפחת מילים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מיינו לשתי משפחות.</w:t>
      </w:r>
    </w:p>
    <w:p>
      <w:pPr>
        <w:bidi/>
        <w:spacing w:before="0" w:after="80"/>
        <w:jc w:val="both"/>
      </w:pPr>
      <w:r>
        <w:rPr>
          <w:color w:val="C2410C"/>
          <w:sz w:val="24"/>
          <w:szCs w:val="24"/>
          <w:rtl/>
        </w:rPr>
        <w:t>המילים: אוכל  |  שמירה  |  מאכל  |  שומר  |  אכלנו  |  משמר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א־כ־ל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ש־מ־ר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איזו מילה לא שייכת למשפחה?</w:t>
      </w:r>
    </w:p>
    <w:p>
      <w:pPr>
        <w:bidi/>
        <w:spacing w:before="0" w:after="20"/>
        <w:jc w:val="both"/>
      </w:pPr>
      <w:r>
        <w:rPr>
          <w:rtl/>
        </w:rPr>
        <w:t xml:space="preserve">א. </w:t>
      </w:r>
    </w:p>
    <w:p>
      <w:pPr>
        <w:bidi/>
        <w:spacing w:before="0" w:after="80"/>
        <w:jc w:val="both"/>
      </w:pPr>
      <w:r>
        <w:rPr>
          <w:rtl/>
        </w:rPr>
        <w:t xml:space="preserve">   ○ רקדן      ○ ריקוד      ○ רקד      ○ רכבת</w:t>
      </w:r>
    </w:p>
    <w:p>
      <w:pPr>
        <w:bidi/>
        <w:spacing w:before="0" w:after="20"/>
        <w:jc w:val="both"/>
      </w:pPr>
      <w:r>
        <w:rPr>
          <w:rtl/>
        </w:rPr>
        <w:t xml:space="preserve">ב. </w:t>
      </w:r>
    </w:p>
    <w:p>
      <w:pPr>
        <w:bidi/>
        <w:spacing w:before="0" w:after="80"/>
        <w:jc w:val="both"/>
      </w:pPr>
      <w:r>
        <w:rPr>
          <w:rtl/>
        </w:rPr>
        <w:t xml:space="preserve">   ○ גשם      ○ גשמים      ○ גשר      ○ גשום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כתבו שתי מילים מהמשפחה של «צבע».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השלימו מילה מאותה משפחה של המילה שבסוגריים.</w:t>
      </w:r>
    </w:p>
    <w:p>
      <w:pPr>
        <w:bidi/>
        <w:spacing w:before="0" w:after="60"/>
        <w:jc w:val="both"/>
      </w:pPr>
      <w:r>
        <w:rPr>
          <w:rtl/>
        </w:rPr>
        <w:t>א. אחי __________ (ציור) פרפר צבעוני.</w:t>
      </w:r>
    </w:p>
    <w:p>
      <w:pPr>
        <w:bidi/>
        <w:spacing w:before="0" w:after="60"/>
        <w:jc w:val="both"/>
      </w:pPr>
      <w:r>
        <w:rPr>
          <w:rtl/>
        </w:rPr>
        <w:t>ב. המורה __________ (סיפור) לנו סיפור.</w:t>
      </w:r>
    </w:p>
    <w:p>
      <w:pPr>
        <w:bidi/>
        <w:spacing w:before="0" w:after="60"/>
        <w:jc w:val="both"/>
      </w:pPr>
      <w:r>
        <w:rPr>
          <w:rtl/>
        </w:rPr>
        <w:t>ג. בחורף יורד __________ (גשום).</w:t>
      </w:r>
    </w:p>
    <w:p>
      <w:pPr>
        <w:bidi/>
        <w:spacing w:before="0" w:after="60"/>
        <w:jc w:val="both"/>
      </w:pPr>
      <w:r>
        <w:rPr>
          <w:rtl/>
        </w:rPr>
        <w:t>ד. הכלב __________ (שמירה) על הבית.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התאימו לכל מילה את השורש שלה.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מכתב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ש־ח־ק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משחק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ס־פ־ר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סיפור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ל־מ־ד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לימוד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כ־ת־ב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נכון או לא נכון?</w:t>
      </w:r>
    </w:p>
    <w:p>
      <w:pPr>
        <w:bidi/>
        <w:spacing w:before="0" w:after="60"/>
        <w:jc w:val="both"/>
      </w:pPr>
      <w:r>
        <w:rPr>
          <w:rtl/>
        </w:rPr>
        <w:t>א. «גשם» ו«גשר» הן מאותה משפחה.      נכון / לא נכון</w:t>
      </w:r>
    </w:p>
    <w:p>
      <w:pPr>
        <w:bidi/>
        <w:spacing w:before="0" w:after="60"/>
        <w:jc w:val="both"/>
      </w:pPr>
      <w:r>
        <w:rPr>
          <w:rtl/>
        </w:rPr>
        <w:t>ב. «שיר», «שר» ו«משורר» הן מאותה משפחה.      נכון / לא נכון</w:t>
      </w:r>
    </w:p>
    <w:p>
      <w:pPr>
        <w:bidi/>
        <w:spacing w:before="0" w:after="60"/>
        <w:jc w:val="both"/>
      </w:pPr>
      <w:r>
        <w:rPr>
          <w:rtl/>
        </w:rPr>
        <w:t>ג. «ילד» ו«ילדות» הן מאותה משפחה.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בחרו משפחה אחת: כ־ת־ב או ש־ח־ק. כתבו משפט שיש בו שתי מילים מן המשפחה.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התאימו לכל מילה את השורש שלה.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שמירה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ש־מ־ר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רכבת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ל־ב־ש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לבוש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צ־ב־ע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מגדל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ג־ד־ל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צבעוני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ר־כ־ב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מיינו את המילים לשלוש משפחות.</w:t>
      </w:r>
    </w:p>
    <w:p>
      <w:pPr>
        <w:bidi/>
        <w:spacing w:before="0" w:after="80"/>
        <w:jc w:val="both"/>
      </w:pPr>
      <w:r>
        <w:rPr>
          <w:color w:val="C2410C"/>
          <w:sz w:val="24"/>
          <w:szCs w:val="24"/>
          <w:rtl/>
        </w:rPr>
        <w:t>המילים: ציור  |  רקדנית  |  לבוש  |  צייר  |  ריקוד  |  לבשה  |  ציירנו  |  רקדו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צ־י־ר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ר־ק־ד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ל־ב־ש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קראו את הקטע «אופה צעיר». מצאו בכל משפט שתי מילים מאותה משפחה.</w:t>
      </w:r>
    </w:p>
    <w:p>
      <w:pPr>
        <w:bidi/>
        <w:spacing w:before="0" w:after="100"/>
        <w:jc w:val="both"/>
      </w:pPr>
      <w:r>
        <w:rPr>
          <w:rtl/>
        </w:rPr>
        <w:t>א. אבא אופה לחם במאפייה של השכונה.</w:t>
      </w:r>
    </w:p>
    <w:p>
      <w:pPr>
        <w:bidi/>
        <w:spacing w:before="0" w:after="100"/>
        <w:jc w:val="both"/>
      </w:pPr>
      <w:r>
        <w:rPr>
          <w:rtl/>
        </w:rPr>
        <w:t>ב. בבוקר השכונה מריחה את הריח של הלחם.</w:t>
      </w:r>
    </w:p>
    <w:p>
      <w:pPr>
        <w:bidi/>
        <w:spacing w:before="0" w:after="100"/>
        <w:jc w:val="both"/>
      </w:pPr>
      <w:r>
        <w:rPr>
          <w:rtl/>
        </w:rPr>
        <w:t>ג. אבא מלמד אותי, ואני לומד מהר.</w:t>
      </w:r>
    </w:p>
    <w:p>
      <w:pPr>
        <w:bidi/>
        <w:spacing w:before="0" w:after="100"/>
        <w:jc w:val="both"/>
      </w:pPr>
      <w:r>
        <w:rPr>
          <w:rtl/>
        </w:rPr>
        <w:t>ד. בערב אבא מספר לי סיפור על המאפייה.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נכון או לא נכון?</w:t>
      </w:r>
    </w:p>
    <w:p>
      <w:pPr>
        <w:bidi/>
        <w:spacing w:before="0" w:after="60"/>
        <w:jc w:val="both"/>
      </w:pPr>
      <w:r>
        <w:rPr>
          <w:rtl/>
        </w:rPr>
        <w:t>א. «מטבח» ו«טבח» הן מאותה משפחה.      נכון / לא נכון</w:t>
      </w:r>
    </w:p>
    <w:p>
      <w:pPr>
        <w:bidi/>
        <w:spacing w:before="0" w:after="60"/>
        <w:jc w:val="both"/>
      </w:pPr>
      <w:r>
        <w:rPr>
          <w:rtl/>
        </w:rPr>
        <w:t>ב. «מסמר» ו«שמירה» הן מאותה משפחה.      נכון / לא נכון</w:t>
      </w:r>
    </w:p>
    <w:p>
      <w:pPr>
        <w:bidi/>
        <w:spacing w:before="0" w:after="60"/>
        <w:jc w:val="both"/>
      </w:pPr>
      <w:r>
        <w:rPr>
          <w:rtl/>
        </w:rPr>
        <w:t>ג. «חולצה» ו«חולה» הן מאותה משפחה.      נכון / לא נכון</w:t>
      </w:r>
    </w:p>
    <w:p>
      <w:pPr>
        <w:bidi/>
        <w:spacing w:before="0" w:after="60"/>
        <w:jc w:val="both"/>
      </w:pPr>
      <w:r>
        <w:rPr>
          <w:rtl/>
        </w:rPr>
        <w:t>ד. למילים מאותה משפחה יש משמעות קרובה.      נכון / לא נכון</w:t>
      </w:r>
    </w:p>
    <w:p>
      <w:pPr>
        <w:bidi/>
        <w:spacing w:before="0" w:after="60"/>
        <w:jc w:val="both"/>
      </w:pPr>
      <w:r>
        <w:rPr>
          <w:rtl/>
        </w:rPr>
        <w:t>ה. בכל המילים של משפחה אחת חוזרות אותיות השורש.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בחרו שורש: ג־ד־ל או ש־מ־ר. כתבו שלוש מילים מן המשפחה, ומשפט אחד שיש בו שתיים מהן.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C2410C"/>
          <w:sz w:val="26"/>
          <w:szCs w:val="26"/>
          <w:rtl/>
        </w:rPr>
        <w:t>13. גזרו את כרטיסי המילים, והדביקו כל מילה במשפחה שלה (לפי השורש).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משפחת כ-ת-ב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משפחת ל-מ-ד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משפחת ש-מ-ר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C2410C"/>
          <w:sz w:val="26"/>
          <w:szCs w:val="26"/>
          <w:rtl/>
        </w:rPr>
        <w:t>14. מתחו קו מכל מילה אל השורש שלה.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1996"/>
        <w:gridCol w:w="1996"/>
        <w:gridCol w:w="1996"/>
        <w:gridCol w:w="1996"/>
        <w:gridCol w:w="1996"/>
      </w:tblGrid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1. משחק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א. ש-ח-ק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2. אוכל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ב. ג-ד-ל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3. ריצה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ג. א-כ-ל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4. סיפור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ד. ר-ו-ץ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5. מגדל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ה. ס-פ-ר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bidi/>
              <w:spacing w:before="60"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  <w:rtl/>
              </w:rPr>
              <w:t>✂ דף גזירה – משפחת מילים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גזרו את הכרטיסים לאורך הקו המקווקו והדביקו בעמוד 3, משימה 13.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לימוד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שומר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כתיבה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כתבה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משמר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מלמד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תלמיד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שמירה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מכתב</w:t>
            </w: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12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ג'   |   דף עבודה – תשובות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36"/>
          <w:szCs w:val="36"/>
          <w:rtl/>
        </w:rPr>
        <w:t>תשובות – משפחת מילים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מיינו לשתי משפחות.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א־כ־ל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ש־מ־ר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אוכל, מאכל, אכלנו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שמירה, שומר, משמר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איזו מילה לא שייכת למשפחה?</w:t>
      </w:r>
    </w:p>
    <w:p>
      <w:pPr>
        <w:bidi/>
        <w:spacing w:before="0" w:after="20"/>
        <w:jc w:val="both"/>
      </w:pPr>
      <w:r>
        <w:rPr>
          <w:rtl/>
        </w:rPr>
        <w:t xml:space="preserve">א. 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רכבת</w:t>
      </w:r>
    </w:p>
    <w:p>
      <w:pPr>
        <w:bidi/>
        <w:spacing w:before="0" w:after="20"/>
        <w:jc w:val="both"/>
      </w:pPr>
      <w:r>
        <w:rPr>
          <w:rtl/>
        </w:rPr>
        <w:t xml:space="preserve">ב. 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גשר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כתבו שתי מילים מהמשפחה של «צבע».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צבעוני, צובע.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השלימו מילה מאותה משפחה של המילה שבסוגריים.</w:t>
      </w:r>
    </w:p>
    <w:p>
      <w:pPr>
        <w:bidi/>
        <w:spacing w:before="0" w:after="40"/>
        <w:jc w:val="both"/>
      </w:pPr>
      <w:r>
        <w:rPr>
          <w:rtl/>
        </w:rPr>
        <w:t>א. אחי צייר (ציור) פרפר צבעוני.</w:t>
      </w:r>
    </w:p>
    <w:p>
      <w:pPr>
        <w:bidi/>
        <w:spacing w:before="0" w:after="40"/>
        <w:jc w:val="both"/>
      </w:pPr>
      <w:r>
        <w:rPr>
          <w:rtl/>
        </w:rPr>
        <w:t>ב. המורה סיפרה (סיפור) לנו סיפור.</w:t>
      </w:r>
    </w:p>
    <w:p>
      <w:pPr>
        <w:bidi/>
        <w:spacing w:before="0" w:after="40"/>
        <w:jc w:val="both"/>
      </w:pPr>
      <w:r>
        <w:rPr>
          <w:rtl/>
        </w:rPr>
        <w:t>ג. בחורף יורד גשם (גשום).</w:t>
      </w:r>
    </w:p>
    <w:p>
      <w:pPr>
        <w:bidi/>
        <w:spacing w:before="0" w:after="40"/>
        <w:jc w:val="both"/>
      </w:pPr>
      <w:r>
        <w:rPr>
          <w:rtl/>
        </w:rPr>
        <w:t>ד. הכלב שומר (שמירה) על הבית.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התאימו לכל מילה את השורש שלה.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מכתב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ש־ח־ק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משחק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ס־פ־ר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סיפור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ל־מ־ד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לימוד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כ־ת־ב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נכון או לא נכון?</w:t>
      </w:r>
    </w:p>
    <w:p>
      <w:pPr>
        <w:bidi/>
        <w:spacing w:before="0" w:after="40"/>
        <w:jc w:val="both"/>
      </w:pPr>
      <w:r>
        <w:rPr>
          <w:rtl/>
        </w:rPr>
        <w:t>א. «גשם» ו«גשר» הן מאותה משפחה. – לא נכון – אין קשר במשמעות: גשם – ג־ש־ם, גשר – ג־ש־ר</w:t>
      </w:r>
    </w:p>
    <w:p>
      <w:pPr>
        <w:bidi/>
        <w:spacing w:before="0" w:after="40"/>
        <w:jc w:val="both"/>
      </w:pPr>
      <w:r>
        <w:rPr>
          <w:rtl/>
        </w:rPr>
        <w:t>ב. «שיר», «שר» ו«משורר» הן מאותה משפחה. – נכון</w:t>
      </w:r>
    </w:p>
    <w:p>
      <w:pPr>
        <w:bidi/>
        <w:spacing w:before="0" w:after="40"/>
        <w:jc w:val="both"/>
      </w:pPr>
      <w:r>
        <w:rPr>
          <w:rtl/>
        </w:rPr>
        <w:t>ג. «ילד» ו«ילדות» הן מאותה משפחה.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בחרו משפחה אחת: כ־ת־ב או ש־ח־ק. כתבו משפט שיש בו שתי מילים מן המשפחה.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בהפסקה שיחקנו במשחק חדש.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התאימו לכל מילה את השורש שלה.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שמירה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ש־מ־ר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רכבת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ל־ב־ש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לבוש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צ־ב־ע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מגדל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ג־ד־ל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צבעוני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ר־כ־ב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מיינו את המילים לשלוש משפחות.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צ־י־ר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ר־ק־ד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ל־ב־ש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ציור, צייר, ציירנו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רקדנית, ריקוד, רקדו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לבוש, לבשה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קראו את הקטע «אופה צעיר». מצאו בכל משפט שתי מילים מאותה משפחה.</w:t>
      </w:r>
    </w:p>
    <w:p>
      <w:pPr>
        <w:bidi/>
        <w:spacing w:before="0" w:after="100"/>
        <w:jc w:val="both"/>
      </w:pPr>
      <w:r>
        <w:rPr>
          <w:rtl/>
        </w:rPr>
        <w:t>א. אבא אופה לחם במאפייה של השכונה.  ← אופה, מאפייה</w:t>
      </w:r>
    </w:p>
    <w:p>
      <w:pPr>
        <w:bidi/>
        <w:spacing w:before="0" w:after="100"/>
        <w:jc w:val="both"/>
      </w:pPr>
      <w:r>
        <w:rPr>
          <w:rtl/>
        </w:rPr>
        <w:t>ב. בבוקר השכונה מריחה את הריח של הלחם.  ← מריחה, הריח</w:t>
      </w:r>
    </w:p>
    <w:p>
      <w:pPr>
        <w:bidi/>
        <w:spacing w:before="0" w:after="100"/>
        <w:jc w:val="both"/>
      </w:pPr>
      <w:r>
        <w:rPr>
          <w:rtl/>
        </w:rPr>
        <w:t>ג. אבא מלמד אותי, ואני לומד מהר.  ← מלמד, לומד</w:t>
      </w:r>
    </w:p>
    <w:p>
      <w:pPr>
        <w:bidi/>
        <w:spacing w:before="0" w:after="100"/>
        <w:jc w:val="both"/>
      </w:pPr>
      <w:r>
        <w:rPr>
          <w:rtl/>
        </w:rPr>
        <w:t>ד. בערב אבא מספר לי סיפור על המאפייה.  ← מספר, סיפור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נכון או לא נכון?</w:t>
      </w:r>
    </w:p>
    <w:p>
      <w:pPr>
        <w:bidi/>
        <w:spacing w:before="0" w:after="40"/>
        <w:jc w:val="both"/>
      </w:pPr>
      <w:r>
        <w:rPr>
          <w:rtl/>
        </w:rPr>
        <w:t>א. «מטבח» ו«טבח» הן מאותה משפחה. – נכון</w:t>
      </w:r>
    </w:p>
    <w:p>
      <w:pPr>
        <w:bidi/>
        <w:spacing w:before="0" w:after="40"/>
        <w:jc w:val="both"/>
      </w:pPr>
      <w:r>
        <w:rPr>
          <w:rtl/>
        </w:rPr>
        <w:t>ב. «מסמר» ו«שמירה» הן מאותה משפחה. – לא נכון – השורשים שונים: ס־מ־ר ו־ש־מ־ר</w:t>
      </w:r>
    </w:p>
    <w:p>
      <w:pPr>
        <w:bidi/>
        <w:spacing w:before="0" w:after="40"/>
        <w:jc w:val="both"/>
      </w:pPr>
      <w:r>
        <w:rPr>
          <w:rtl/>
        </w:rPr>
        <w:t>ג. «חולצה» ו«חולה» הן מאותה משפחה. – לא נכון – אין קשר במשמעות, והשורשים שונים</w:t>
      </w:r>
    </w:p>
    <w:p>
      <w:pPr>
        <w:bidi/>
        <w:spacing w:before="0" w:after="40"/>
        <w:jc w:val="both"/>
      </w:pPr>
      <w:r>
        <w:rPr>
          <w:rtl/>
        </w:rPr>
        <w:t>ד. למילים מאותה משפחה יש משמעות קרובה. – נכון</w:t>
      </w:r>
    </w:p>
    <w:p>
      <w:pPr>
        <w:bidi/>
        <w:spacing w:before="0" w:after="40"/>
        <w:jc w:val="both"/>
      </w:pPr>
      <w:r>
        <w:rPr>
          <w:rtl/>
        </w:rPr>
        <w:t>ה. בכל המילים של משפחה אחת חוזרות אותיות השורש.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בחרו שורש: ג־ד־ל או ש־מ־ר. כתבו שלוש מילים מן המשפחה, ומשפט אחד שיש בו שתיים מהן.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גדול, מגדל, גדלה. משפט: בעיר שלנו יש מגדל גדול.</w:t>
      </w:r>
    </w:p>
    <w:p>
      <w:pPr>
        <w:bidi/>
        <w:spacing w:before="160" w:after="60"/>
        <w:jc w:val="both"/>
      </w:pPr>
      <w:r>
        <w:rPr>
          <w:b/>
          <w:bCs/>
          <w:color w:val="C2410C"/>
          <w:sz w:val="26"/>
          <w:szCs w:val="26"/>
          <w:rtl/>
        </w:rPr>
        <w:t>13. גזרו את כרטיסי המילים, והדביקו כל מילה במשפחה שלה (לפי השורש).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משפחת כ-ת-ב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משפחת ל-מ-ד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משפחת ש-מ-ר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מכתב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תלמיד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שומר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כתיבה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מלמד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שמירה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כתבה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לימוד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משמר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C2410C"/>
          <w:sz w:val="26"/>
          <w:szCs w:val="26"/>
          <w:rtl/>
        </w:rPr>
        <w:t>14. מתחו קו מכל מילה אל השורש שלה.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1. משחק  ←  א. ש-ח-ק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2. אוכל  ←  ג. א-כ-ל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3. ריצה  ←  ד. ר-ו-ץ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4. סיפור  ←  ה. ס-פ-ר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5. מגדל  ←  ב. ג-ד-ל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