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ג'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סימני פיסוק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הוסיפו סימן בסוף המשפט.</w:t>
      </w:r>
    </w:p>
    <w:p>
      <w:pPr>
        <w:bidi/>
        <w:spacing w:before="0" w:after="60"/>
        <w:jc w:val="both"/>
      </w:pPr>
      <w:r>
        <w:rPr>
          <w:rtl/>
        </w:rPr>
        <w:t>א. מתי נצא להפסקה__________</w:t>
      </w:r>
    </w:p>
    <w:p>
      <w:pPr>
        <w:bidi/>
        <w:spacing w:before="0" w:after="60"/>
        <w:jc w:val="both"/>
      </w:pPr>
      <w:r>
        <w:rPr>
          <w:rtl/>
        </w:rPr>
        <w:t>ב. השמיים כחולים__________</w:t>
      </w:r>
    </w:p>
    <w:p>
      <w:pPr>
        <w:bidi/>
        <w:spacing w:before="0" w:after="60"/>
        <w:jc w:val="both"/>
      </w:pPr>
      <w:r>
        <w:rPr>
          <w:rtl/>
        </w:rPr>
        <w:t>ג. הצילו__________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הוסיפו פסיקים.</w:t>
      </w:r>
    </w:p>
    <w:p>
      <w:pPr>
        <w:bidi/>
        <w:spacing w:before="0" w:after="100"/>
        <w:jc w:val="both"/>
      </w:pPr>
      <w:r>
        <w:rPr>
          <w:rtl/>
        </w:rPr>
        <w:t>א. בתיק יש ספר מחברת וקלמר.</w:t>
      </w:r>
    </w:p>
    <w:p>
      <w:pPr>
        <w:bidi/>
        <w:spacing w:before="0" w:after="100"/>
        <w:jc w:val="both"/>
      </w:pPr>
      <w:r>
        <w:rPr>
          <w:rtl/>
        </w:rPr>
        <w:t>ב. בגן ראינו פרפר דבורה ונמלה.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שאלה אחת ומשפט קריאה אחד.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איזה סימן חסר בסוף המשפט?</w:t>
      </w:r>
    </w:p>
    <w:p>
      <w:pPr>
        <w:bidi/>
        <w:spacing w:before="0" w:after="20"/>
        <w:jc w:val="both"/>
      </w:pPr>
      <w:r>
        <w:rPr>
          <w:rtl/>
        </w:rPr>
        <w:t>א. איפה שמת את המפתחות</w:t>
      </w:r>
    </w:p>
    <w:p>
      <w:pPr>
        <w:bidi/>
        <w:spacing w:before="0" w:after="80"/>
        <w:jc w:val="both"/>
      </w:pPr>
      <w:r>
        <w:rPr>
          <w:rtl/>
        </w:rPr>
        <w:t xml:space="preserve">   ○ .      ○ ?      ○ !</w:t>
      </w:r>
    </w:p>
    <w:p>
      <w:pPr>
        <w:bidi/>
        <w:spacing w:before="0" w:after="20"/>
        <w:jc w:val="both"/>
      </w:pPr>
      <w:r>
        <w:rPr>
          <w:rtl/>
        </w:rPr>
        <w:t>ב. היום ירד גשם</w:t>
      </w:r>
    </w:p>
    <w:p>
      <w:pPr>
        <w:bidi/>
        <w:spacing w:before="0" w:after="80"/>
        <w:jc w:val="both"/>
      </w:pPr>
      <w:r>
        <w:rPr>
          <w:rtl/>
        </w:rPr>
        <w:t xml:space="preserve">   ○ .      ○ ?      ○ !</w:t>
      </w:r>
    </w:p>
    <w:p>
      <w:pPr>
        <w:bidi/>
        <w:spacing w:before="0" w:after="20"/>
        <w:jc w:val="both"/>
      </w:pPr>
      <w:r>
        <w:rPr>
          <w:rtl/>
        </w:rPr>
        <w:t>ג. זהירות, הכביש רטוב</w:t>
      </w:r>
    </w:p>
    <w:p>
      <w:pPr>
        <w:bidi/>
        <w:spacing w:before="0" w:after="80"/>
        <w:jc w:val="both"/>
      </w:pPr>
      <w:r>
        <w:rPr>
          <w:rtl/>
        </w:rPr>
        <w:t xml:space="preserve">   ○ .      ○ ?      ○ !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סימן פיסוק במקום הקו.</w:t>
      </w:r>
    </w:p>
    <w:p>
      <w:pPr>
        <w:bidi/>
        <w:spacing w:before="0" w:after="60"/>
        <w:jc w:val="both"/>
      </w:pPr>
      <w:r>
        <w:rPr>
          <w:rtl/>
        </w:rPr>
        <w:t>א. מתי נגיע לסבתא__________</w:t>
      </w:r>
    </w:p>
    <w:p>
      <w:pPr>
        <w:bidi/>
        <w:spacing w:before="0" w:after="60"/>
        <w:jc w:val="both"/>
      </w:pPr>
      <w:r>
        <w:rPr>
          <w:rtl/>
        </w:rPr>
        <w:t>ב. איזו הפתעה נהדרת__________</w:t>
      </w:r>
    </w:p>
    <w:p>
      <w:pPr>
        <w:bidi/>
        <w:spacing w:before="0" w:after="60"/>
        <w:jc w:val="both"/>
      </w:pPr>
      <w:r>
        <w:rPr>
          <w:rtl/>
        </w:rPr>
        <w:t>ג. בתיק שלי יש ספר__________ מחברת וקלמר.</w:t>
      </w:r>
    </w:p>
    <w:p>
      <w:pPr>
        <w:bidi/>
        <w:spacing w:before="0" w:after="60"/>
        <w:jc w:val="both"/>
      </w:pPr>
      <w:r>
        <w:rPr>
          <w:rtl/>
        </w:rPr>
        <w:t>ד. אנחנו נוסעים מחר בבוקר__________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מיינו את המשפטים: שאלה או קריאה? (כתבו את הסימן המתאים בסוף)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המילים: מה השעה  |  איזה יופי  |  למה אתה בוכה  |  כל הכבוד  |  מי בא איתי  |  הצילו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שאלה (?)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קריאה (!)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כתבו הזמנה קצרה ליום הולדת (2–3 משפטים). השתמשו בנקודה, בסימן שאלה ובסימן קריאה.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מיינו את המשפטים לפי הסימן שמתאים בסופם.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המילים: מי שבר את הכוס  |  הכלב ישן בחצר  |  כמה כיף  |  למה השמיים כחולים  |  אימא אפתה עוגה  |  בואו מהר  |  איפה גרה סבתא  |  החתול אכל דג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נקודה (.)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סימן שאלה (?)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סימן קריאה (!)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קראו את הקטע «יום בים» והשלימו את סימן הפיסוק החסר: . ? ! או ,</w:t>
      </w:r>
    </w:p>
    <w:p>
      <w:pPr>
        <w:bidi/>
        <w:spacing w:before="0" w:after="60"/>
        <w:jc w:val="both"/>
      </w:pPr>
      <w:r>
        <w:rPr>
          <w:rtl/>
        </w:rPr>
        <w:t>א. אתה בא איתנו לים__________</w:t>
      </w:r>
    </w:p>
    <w:p>
      <w:pPr>
        <w:bidi/>
        <w:spacing w:before="0" w:after="60"/>
        <w:jc w:val="both"/>
      </w:pPr>
      <w:r>
        <w:rPr>
          <w:rtl/>
        </w:rPr>
        <w:t>ב. בים ראינו שחפים__________ סרטנים ודגים.</w:t>
      </w:r>
    </w:p>
    <w:p>
      <w:pPr>
        <w:bidi/>
        <w:spacing w:before="0" w:after="60"/>
        <w:jc w:val="both"/>
      </w:pPr>
      <w:r>
        <w:rPr>
          <w:rtl/>
        </w:rPr>
        <w:t>ג. וואו, איזה גל ענק__________</w:t>
      </w:r>
    </w:p>
    <w:p>
      <w:pPr>
        <w:bidi/>
        <w:spacing w:before="0" w:after="60"/>
        <w:jc w:val="both"/>
      </w:pPr>
      <w:r>
        <w:rPr>
          <w:rtl/>
        </w:rPr>
        <w:t>ד. מה אכלתם בפיקניק__________</w:t>
      </w:r>
    </w:p>
    <w:p>
      <w:pPr>
        <w:bidi/>
        <w:spacing w:before="0" w:after="60"/>
        <w:jc w:val="both"/>
      </w:pPr>
      <w:r>
        <w:rPr>
          <w:rtl/>
        </w:rPr>
        <w:t>ה. אכלנו כריכים__________ פירות ועוגיות.</w:t>
      </w:r>
    </w:p>
    <w:p>
      <w:pPr>
        <w:bidi/>
        <w:spacing w:before="0" w:after="60"/>
        <w:jc w:val="both"/>
      </w:pPr>
      <w:r>
        <w:rPr>
          <w:rtl/>
        </w:rPr>
        <w:t>ו. בערב חזרנו הביתה__________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נכון או לא נכון?</w:t>
      </w:r>
    </w:p>
    <w:p>
      <w:pPr>
        <w:bidi/>
        <w:spacing w:before="0" w:after="60"/>
        <w:jc w:val="both"/>
      </w:pPr>
      <w:r>
        <w:rPr>
          <w:rtl/>
        </w:rPr>
        <w:t>א. בסוף שאלה שמים סימן שאלה.      נכון / לא נכון</w:t>
      </w:r>
    </w:p>
    <w:p>
      <w:pPr>
        <w:bidi/>
        <w:spacing w:before="0" w:after="60"/>
        <w:jc w:val="both"/>
      </w:pPr>
      <w:r>
        <w:rPr>
          <w:rtl/>
        </w:rPr>
        <w:t>ב. פסיק בא בסוף משפט.      נכון / לא נכון</w:t>
      </w:r>
    </w:p>
    <w:p>
      <w:pPr>
        <w:bidi/>
        <w:spacing w:before="0" w:after="60"/>
        <w:jc w:val="both"/>
      </w:pPr>
      <w:r>
        <w:rPr>
          <w:rtl/>
        </w:rPr>
        <w:t>ג. ברשימה «לחם, חלב וגבינה» אין פסיק לפני «וגבינה».      נכון / לא נכון</w:t>
      </w:r>
    </w:p>
    <w:p>
      <w:pPr>
        <w:bidi/>
        <w:spacing w:before="0" w:after="60"/>
        <w:jc w:val="both"/>
      </w:pPr>
      <w:r>
        <w:rPr>
          <w:rtl/>
        </w:rPr>
        <w:t>ד. אחרי «איזה יופי» מתאים סימן שאלה.      נכון / לא נכון</w:t>
      </w:r>
    </w:p>
    <w:p>
      <w:pPr>
        <w:bidi/>
        <w:spacing w:before="0" w:after="60"/>
        <w:jc w:val="both"/>
      </w:pPr>
      <w:r>
        <w:rPr>
          <w:rtl/>
        </w:rPr>
        <w:t>ה. במשפט «מה השעה?» הסימן נכון.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בכל משפט הסימן בסוף לא נכון. כתבו את הסימן הנכון.</w:t>
      </w:r>
    </w:p>
    <w:p>
      <w:pPr>
        <w:bidi/>
        <w:spacing w:before="0" w:after="100"/>
        <w:jc w:val="both"/>
      </w:pPr>
      <w:r>
        <w:rPr>
          <w:rtl/>
        </w:rPr>
        <w:t>א. איפה הנעליים שלי.</w:t>
      </w:r>
    </w:p>
    <w:p>
      <w:pPr>
        <w:bidi/>
        <w:spacing w:before="0" w:after="100"/>
        <w:jc w:val="both"/>
      </w:pPr>
      <w:r>
        <w:rPr>
          <w:rtl/>
        </w:rPr>
        <w:t>ב. היום יום שלישי?</w:t>
      </w:r>
    </w:p>
    <w:p>
      <w:pPr>
        <w:bidi/>
        <w:spacing w:before="0" w:after="100"/>
        <w:jc w:val="both"/>
      </w:pPr>
      <w:r>
        <w:rPr>
          <w:rtl/>
        </w:rPr>
        <w:t>ג. זהירות, יש כלב?</w:t>
      </w:r>
    </w:p>
    <w:p>
      <w:pPr>
        <w:bidi/>
        <w:spacing w:before="0" w:after="100"/>
        <w:jc w:val="both"/>
      </w:pPr>
      <w:r>
        <w:rPr>
          <w:rtl/>
        </w:rPr>
        <w:t>ד. כמה ילדים יש בכיתה!</w:t>
      </w:r>
    </w:p>
    <w:p>
      <w:pPr>
        <w:bidi/>
        <w:spacing w:before="0" w:after="100"/>
        <w:jc w:val="both"/>
      </w:pPr>
      <w:r>
        <w:rPr>
          <w:rtl/>
        </w:rPr>
        <w:t>ה. הספר מונח על המדף!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שיחה קצרה בין שני חברים (3–4 שורות). השתמשו בכל הסימנים: נקודה, סימן שאלה, סימן קריאה ופסיק.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13. גזרו את כרטיסי סימני הפיסוק, והדביקו בסוף כל משפט את הסימן המתאים.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איזה יום יפה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מה השעה עכשיו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דני הלך לבית הספר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איפה התיק שלי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הצילו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6.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היום ירד גשם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14. קראו את ביאורי המילים.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ביאורי מילים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נקודה  . – </w:t>
            </w:r>
            <w:r>
              <w:rPr>
                <w:sz w:val="24"/>
                <w:szCs w:val="24"/>
                <w:rtl/>
              </w:rPr>
              <w:t>באה בסוף משפט שמספר משהו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סימן שאלה  ? – </w:t>
            </w:r>
            <w:r>
              <w:rPr>
                <w:sz w:val="24"/>
                <w:szCs w:val="24"/>
                <w:rtl/>
              </w:rPr>
              <w:t>בא בסוף משפט ששואל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סימן קריאה  ! – </w:t>
            </w:r>
            <w:r>
              <w:rPr>
                <w:sz w:val="24"/>
                <w:szCs w:val="24"/>
                <w:rtl/>
              </w:rPr>
              <w:t>בא בסוף משפט של התרגשות, שמחה או בהלה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פסיק  , – </w:t>
            </w:r>
            <w:r>
              <w:rPr>
                <w:sz w:val="24"/>
                <w:szCs w:val="24"/>
                <w:rtl/>
              </w:rPr>
              <w:t>מפריד בין מילים ברשימה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40"/>
        <w:jc w:val="both"/>
      </w:pPr>
      <w:r>
        <w:rPr>
          <w:b/>
          <w:bCs/>
          <w:sz w:val="25"/>
          <w:szCs w:val="25"/>
          <w:rtl/>
        </w:rPr>
        <w:t>✏️ כתבו משפט אחד שמסתיים בסימן שאלה, ומשפט אחד שמסתיים בסימן קריאה.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דף גזירה – סימני פיסוק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גזרו את הכרטיסים לאורך הקו המקווקו והדביקו בעמוד 3, משימה 13.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!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!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?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?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.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.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ג'   |   דף עבודה – תשובות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0F7A4F"/>
          <w:sz w:val="36"/>
          <w:szCs w:val="36"/>
          <w:rtl/>
        </w:rPr>
        <w:t>תשובות – סימני פיסוק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הוסיפו סימן בסוף המשפט.</w:t>
      </w:r>
    </w:p>
    <w:p>
      <w:pPr>
        <w:bidi/>
        <w:spacing w:before="0" w:after="40"/>
        <w:jc w:val="both"/>
      </w:pPr>
      <w:r>
        <w:rPr>
          <w:rtl/>
        </w:rPr>
        <w:t>א. מתי נצא להפסקה?</w:t>
      </w:r>
    </w:p>
    <w:p>
      <w:pPr>
        <w:bidi/>
        <w:spacing w:before="0" w:after="40"/>
        <w:jc w:val="both"/>
      </w:pPr>
      <w:r>
        <w:rPr>
          <w:rtl/>
        </w:rPr>
        <w:t>ב. השמיים כחולים.</w:t>
      </w:r>
    </w:p>
    <w:p>
      <w:pPr>
        <w:bidi/>
        <w:spacing w:before="0" w:after="40"/>
        <w:jc w:val="both"/>
      </w:pPr>
      <w:r>
        <w:rPr>
          <w:rtl/>
        </w:rPr>
        <w:t>ג. הצילו!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הוסיפו פסיקים.</w:t>
      </w:r>
    </w:p>
    <w:p>
      <w:pPr>
        <w:bidi/>
        <w:spacing w:before="0" w:after="100"/>
        <w:jc w:val="both"/>
      </w:pPr>
      <w:r>
        <w:rPr>
          <w:rtl/>
        </w:rPr>
        <w:t>א. בתיק יש ספר מחברת וקלמר.  ← ספר, מחברת וקלמר</w:t>
      </w:r>
    </w:p>
    <w:p>
      <w:pPr>
        <w:bidi/>
        <w:spacing w:before="0" w:after="100"/>
        <w:jc w:val="both"/>
      </w:pPr>
      <w:r>
        <w:rPr>
          <w:rtl/>
        </w:rPr>
        <w:t>ב. בגן ראינו פרפר דבורה ונמלה.  ← פרפר, דבורה ונמלה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שאלה אחת ומשפט קריאה אחד.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מה אכלת היום? איזה יום יפה!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איזה סימן חסר בסוף המשפט?</w:t>
      </w:r>
    </w:p>
    <w:p>
      <w:pPr>
        <w:bidi/>
        <w:spacing w:before="0" w:after="20"/>
        <w:jc w:val="both"/>
      </w:pPr>
      <w:r>
        <w:rPr>
          <w:rtl/>
        </w:rPr>
        <w:t>א. איפה שמת את המפתחות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?</w:t>
      </w:r>
    </w:p>
    <w:p>
      <w:pPr>
        <w:bidi/>
        <w:spacing w:before="0" w:after="20"/>
        <w:jc w:val="both"/>
      </w:pPr>
      <w:r>
        <w:rPr>
          <w:rtl/>
        </w:rPr>
        <w:t>ב. היום ירד גשם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.</w:t>
      </w:r>
    </w:p>
    <w:p>
      <w:pPr>
        <w:bidi/>
        <w:spacing w:before="0" w:after="20"/>
        <w:jc w:val="both"/>
      </w:pPr>
      <w:r>
        <w:rPr>
          <w:rtl/>
        </w:rPr>
        <w:t>ג. זהירות, הכביש רטוב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!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סימן פיסוק במקום הקו.</w:t>
      </w:r>
    </w:p>
    <w:p>
      <w:pPr>
        <w:bidi/>
        <w:spacing w:before="0" w:after="40"/>
        <w:jc w:val="both"/>
      </w:pPr>
      <w:r>
        <w:rPr>
          <w:rtl/>
        </w:rPr>
        <w:t>א. מתי נגיע לסבתא?</w:t>
      </w:r>
    </w:p>
    <w:p>
      <w:pPr>
        <w:bidi/>
        <w:spacing w:before="0" w:after="40"/>
        <w:jc w:val="both"/>
      </w:pPr>
      <w:r>
        <w:rPr>
          <w:rtl/>
        </w:rPr>
        <w:t>ב. איזו הפתעה נהדרת!</w:t>
      </w:r>
    </w:p>
    <w:p>
      <w:pPr>
        <w:bidi/>
        <w:spacing w:before="0" w:after="40"/>
        <w:jc w:val="both"/>
      </w:pPr>
      <w:r>
        <w:rPr>
          <w:rtl/>
        </w:rPr>
        <w:t>ג. בתיק שלי יש ספר, מחברת וקלמר.</w:t>
      </w:r>
    </w:p>
    <w:p>
      <w:pPr>
        <w:bidi/>
        <w:spacing w:before="0" w:after="40"/>
        <w:jc w:val="both"/>
      </w:pPr>
      <w:r>
        <w:rPr>
          <w:rtl/>
        </w:rPr>
        <w:t>ד. אנחנו נוסעים מחר בבוקר.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מיינו את המשפטים: שאלה או קריאה? (כתבו את הסימן המתאים בסוף)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שאלה (?)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קריאה (!)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השעה?, למה אתה בוכה?, מי בא איתי?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איזה יופי!, כל הכבוד!, הצילו!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כתבו הזמנה קצרה ליום הולדת (2–3 משפטים). השתמשו בנקודה, בסימן שאלה ובסימן קריאה.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אני חוגגת יום הולדת ביום שלישי. תבואו לחגוג איתי? יהיה כיף גדול!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מיינו את המשפטים לפי הסימן שמתאים בסופם.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נקודה (.)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סימן שאלה (?)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סימן קריאה (!)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הכלב ישן בחצר, אימא אפתה עוגה, החתול אכל דג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מי שבר את הכוס, למה השמיים כחולים, איפה גרה סבתא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כמה כיף, בואו מהר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קראו את הקטע «יום בים» והשלימו את סימן הפיסוק החסר: . ? ! או ,</w:t>
      </w:r>
    </w:p>
    <w:p>
      <w:pPr>
        <w:bidi/>
        <w:spacing w:before="0" w:after="40"/>
        <w:jc w:val="both"/>
      </w:pPr>
      <w:r>
        <w:rPr>
          <w:rtl/>
        </w:rPr>
        <w:t>א. אתה בא איתנו לים?</w:t>
      </w:r>
    </w:p>
    <w:p>
      <w:pPr>
        <w:bidi/>
        <w:spacing w:before="0" w:after="40"/>
        <w:jc w:val="both"/>
      </w:pPr>
      <w:r>
        <w:rPr>
          <w:rtl/>
        </w:rPr>
        <w:t>ב. בים ראינו שחפים, סרטנים ודגים.</w:t>
      </w:r>
    </w:p>
    <w:p>
      <w:pPr>
        <w:bidi/>
        <w:spacing w:before="0" w:after="40"/>
        <w:jc w:val="both"/>
      </w:pPr>
      <w:r>
        <w:rPr>
          <w:rtl/>
        </w:rPr>
        <w:t>ג. וואו, איזה גל ענק!</w:t>
      </w:r>
    </w:p>
    <w:p>
      <w:pPr>
        <w:bidi/>
        <w:spacing w:before="0" w:after="40"/>
        <w:jc w:val="both"/>
      </w:pPr>
      <w:r>
        <w:rPr>
          <w:rtl/>
        </w:rPr>
        <w:t>ד. מה אכלתם בפיקניק?</w:t>
      </w:r>
    </w:p>
    <w:p>
      <w:pPr>
        <w:bidi/>
        <w:spacing w:before="0" w:after="40"/>
        <w:jc w:val="both"/>
      </w:pPr>
      <w:r>
        <w:rPr>
          <w:rtl/>
        </w:rPr>
        <w:t>ה. אכלנו כריכים, פירות ועוגיות.</w:t>
      </w:r>
    </w:p>
    <w:p>
      <w:pPr>
        <w:bidi/>
        <w:spacing w:before="0" w:after="40"/>
        <w:jc w:val="both"/>
      </w:pPr>
      <w:r>
        <w:rPr>
          <w:rtl/>
        </w:rPr>
        <w:t>ו. בערב חזרנו הביתה.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נכון או לא נכון?</w:t>
      </w:r>
    </w:p>
    <w:p>
      <w:pPr>
        <w:bidi/>
        <w:spacing w:before="0" w:after="40"/>
        <w:jc w:val="both"/>
      </w:pPr>
      <w:r>
        <w:rPr>
          <w:rtl/>
        </w:rPr>
        <w:t>א. בסוף שאלה שמים סימן שאלה. – נכון</w:t>
      </w:r>
    </w:p>
    <w:p>
      <w:pPr>
        <w:bidi/>
        <w:spacing w:before="0" w:after="40"/>
        <w:jc w:val="both"/>
      </w:pPr>
      <w:r>
        <w:rPr>
          <w:rtl/>
        </w:rPr>
        <w:t>ב. פסיק בא בסוף משפט. – לא נכון – פסיק מפריד בין דברים בתוך המשפט</w:t>
      </w:r>
    </w:p>
    <w:p>
      <w:pPr>
        <w:bidi/>
        <w:spacing w:before="0" w:after="40"/>
        <w:jc w:val="both"/>
      </w:pPr>
      <w:r>
        <w:rPr>
          <w:rtl/>
        </w:rPr>
        <w:t>ג. ברשימה «לחם, חלב וגבינה» אין פסיק לפני «וגבינה». – נכון</w:t>
      </w:r>
    </w:p>
    <w:p>
      <w:pPr>
        <w:bidi/>
        <w:spacing w:before="0" w:after="40"/>
        <w:jc w:val="both"/>
      </w:pPr>
      <w:r>
        <w:rPr>
          <w:rtl/>
        </w:rPr>
        <w:t>ד. אחרי «איזה יופי» מתאים סימן שאלה. – לא נכון – מתאים סימן קריאה: איזה יופי!</w:t>
      </w:r>
    </w:p>
    <w:p>
      <w:pPr>
        <w:bidi/>
        <w:spacing w:before="0" w:after="40"/>
        <w:jc w:val="both"/>
      </w:pPr>
      <w:r>
        <w:rPr>
          <w:rtl/>
        </w:rPr>
        <w:t>ה. במשפט «מה השעה?» הסימן נכון.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בכל משפט הסימן בסוף לא נכון. כתבו את הסימן הנכון.</w:t>
      </w:r>
    </w:p>
    <w:p>
      <w:pPr>
        <w:bidi/>
        <w:spacing w:before="0" w:after="100"/>
        <w:jc w:val="both"/>
      </w:pPr>
      <w:r>
        <w:rPr>
          <w:rtl/>
        </w:rPr>
        <w:t>א. איפה הנעליים שלי.  ← ?</w:t>
      </w:r>
    </w:p>
    <w:p>
      <w:pPr>
        <w:bidi/>
        <w:spacing w:before="0" w:after="100"/>
        <w:jc w:val="both"/>
      </w:pPr>
      <w:r>
        <w:rPr>
          <w:rtl/>
        </w:rPr>
        <w:t>ב. היום יום שלישי?  ← .</w:t>
      </w:r>
    </w:p>
    <w:p>
      <w:pPr>
        <w:bidi/>
        <w:spacing w:before="0" w:after="100"/>
        <w:jc w:val="both"/>
      </w:pPr>
      <w:r>
        <w:rPr>
          <w:rtl/>
        </w:rPr>
        <w:t>ג. זהירות, יש כלב?  ← !</w:t>
      </w:r>
    </w:p>
    <w:p>
      <w:pPr>
        <w:bidi/>
        <w:spacing w:before="0" w:after="100"/>
        <w:jc w:val="both"/>
      </w:pPr>
      <w:r>
        <w:rPr>
          <w:rtl/>
        </w:rPr>
        <w:t>ד. כמה ילדים יש בכיתה!  ← ?</w:t>
      </w:r>
    </w:p>
    <w:p>
      <w:pPr>
        <w:bidi/>
        <w:spacing w:before="0" w:after="100"/>
        <w:jc w:val="both"/>
      </w:pPr>
      <w:r>
        <w:rPr>
          <w:rtl/>
        </w:rPr>
        <w:t>ה. הספר מונח על המדף!  ← 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שיחה קצרה בין שני חברים (3–4 שורות). השתמשו בכל הסימנים: נקודה, סימן שאלה, סימן קריאה ופסיק.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– מה אתה עושה אחרי בית הספר? – אני הולך לגן עם אחי, אחותי וכלב. – איזה כיף! – בוא איתנו.</w:t>
      </w: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13. גזרו את כרטיסי סימני הפיסוק, והדביקו בסוף כל משפט את הסימן המתאים.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איזה יום יפה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!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מה השעה עכשיו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?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דני הלך לבית הספר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.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איפה התיק שלי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?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הצילו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!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6.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היום ירד גשם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14. קראו את ביאורי המילים.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ביאורי מילים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נקודה  . – </w:t>
            </w:r>
            <w:r>
              <w:rPr>
                <w:sz w:val="24"/>
                <w:szCs w:val="24"/>
                <w:rtl/>
              </w:rPr>
              <w:t>באה בסוף משפט שמספר משהו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סימן שאלה  ? – </w:t>
            </w:r>
            <w:r>
              <w:rPr>
                <w:sz w:val="24"/>
                <w:szCs w:val="24"/>
                <w:rtl/>
              </w:rPr>
              <w:t>בא בסוף משפט ששואל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סימן קריאה  ! – </w:t>
            </w:r>
            <w:r>
              <w:rPr>
                <w:sz w:val="24"/>
                <w:szCs w:val="24"/>
                <w:rtl/>
              </w:rPr>
              <w:t>בא בסוף משפט של התרגשות, שמחה או בהלה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פסיק  , – </w:t>
            </w:r>
            <w:r>
              <w:rPr>
                <w:sz w:val="24"/>
                <w:szCs w:val="24"/>
                <w:rtl/>
              </w:rPr>
              <w:t>מפריד בין מילים ברשימה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rPr>
          <w:color w:val="0F7A4F"/>
          <w:sz w:val="24"/>
          <w:szCs w:val="24"/>
          <w:rtl/>
        </w:rPr>
        <w:t>כתבו משפט אחד שמסתיים בסימן שאלה, ומשפט אחד שמסתיים בסימן קריאה. תשובה אישית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