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קוראים סיפור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העפיפון של נועם*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ביום שישי הלך נועם עם סבא שלו לגבעה ליד הבית. הם הביאו עפיפון אדום.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הרוח הייתה חזקה, והעפיפון עף גבוה. פתאום החוט נקרע, והעפיפון נתקע בעץ.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נועם היה עצוב. סבא חשב רגע, הביא מקל ארוך ועזר לו להוריד את העפיפון.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בסוף קשרו חוט חדש, ונועם הריץ את העפיפון שוב עד השקיעה.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שני נחמיאס, 2021. מתוך הקובץ «חלונות קטנים».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הסיפור.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הדמויות?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 זה קרה?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הבעיה?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 היא נפתרה?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איך הרגיש נועם בסוף? למה?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המטרייה של מאיה*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בבוקר ירד גשם חזק. מאיה יצאה לבית הספר עם מטרייה צהובה וגדולה.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בתחנת האוטובוס עמד ילד קטן בלי מטרייה. הבגדים שלו היו רטובים, והוא רעד מקור.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מאיה חשבה רגע, התקרבה אליו ואמרה: «בוא, יש מקום לשנינו.»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כשהגיע האוטובוס, הילד חייך ואמר תודה. מאז הם נפגשים בתחנה כל בוקר ומדברים.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ערן דגן, 2024. מתוך הקובץ «סיפורים מן החצר».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ענו לפי הסיפור «המטרייה של מאיה».</w:t>
      </w:r>
    </w:p>
    <w:p>
      <w:pPr>
        <w:bidi/>
        <w:spacing w:before="0" w:after="20"/>
        <w:jc w:val="both"/>
      </w:pPr>
      <w:r>
        <w:rPr>
          <w:rtl/>
        </w:rPr>
        <w:t>א. איפה קרה רוב הסיפור?</w:t>
      </w:r>
    </w:p>
    <w:p>
      <w:pPr>
        <w:bidi/>
        <w:spacing w:before="0" w:after="80"/>
        <w:jc w:val="both"/>
      </w:pPr>
      <w:r>
        <w:rPr>
          <w:rtl/>
        </w:rPr>
        <w:t xml:space="preserve">   ○ בבית הספר      ○ בתחנת האוטובוס      ○ בבית של מאיה</w:t>
      </w:r>
    </w:p>
    <w:p>
      <w:pPr>
        <w:bidi/>
        <w:spacing w:before="0" w:after="20"/>
        <w:jc w:val="both"/>
      </w:pPr>
      <w:r>
        <w:rPr>
          <w:rtl/>
        </w:rPr>
        <w:t>ב. מה הייתה הבעיה של הילד?</w:t>
      </w:r>
    </w:p>
    <w:p>
      <w:pPr>
        <w:bidi/>
        <w:spacing w:before="0" w:after="80"/>
        <w:jc w:val="both"/>
      </w:pPr>
      <w:r>
        <w:rPr>
          <w:rtl/>
        </w:rPr>
        <w:t xml:space="preserve">   ○ הוא איחר      ○ לא הייתה לו מטרייה      ○ הוא שכח את התיק</w:t>
      </w:r>
    </w:p>
    <w:p>
      <w:pPr>
        <w:bidi/>
        <w:spacing w:before="0" w:after="20"/>
        <w:jc w:val="both"/>
      </w:pPr>
      <w:r>
        <w:rPr>
          <w:rtl/>
        </w:rPr>
        <w:t>ג. איזו מילה מתאימה לתאר את מאיה?</w:t>
      </w:r>
    </w:p>
    <w:p>
      <w:pPr>
        <w:bidi/>
        <w:spacing w:before="0" w:after="80"/>
        <w:jc w:val="both"/>
      </w:pPr>
      <w:r>
        <w:rPr>
          <w:rtl/>
        </w:rPr>
        <w:t xml:space="preserve">   ○ עצלנית      ○ אכפתית      ○ כועסת</w:t>
      </w:r>
    </w:p>
    <w:p>
      <w:pPr>
        <w:bidi/>
        <w:spacing w:before="0" w:after="20"/>
        <w:jc w:val="both"/>
      </w:pPr>
      <w:r>
        <w:rPr>
          <w:rtl/>
        </w:rPr>
        <w:t>ד. מה קרה בסוף?</w:t>
      </w:r>
    </w:p>
    <w:p>
      <w:pPr>
        <w:bidi/>
        <w:spacing w:before="0" w:after="80"/>
        <w:jc w:val="both"/>
      </w:pPr>
      <w:r>
        <w:rPr>
          <w:rtl/>
        </w:rPr>
        <w:t xml:space="preserve">   ○ מאיה ירדה מהאוטובוס      ○ המטרייה עפה ברוח      ○ מאיה והילד נפגשים כל בוקר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סדרו את הסיפור: מה קרה קודם, אחר כך ובסוף?</w:t>
      </w:r>
    </w:p>
    <w:p>
      <w:pPr>
        <w:bidi/>
        <w:spacing w:before="0" w:after="60"/>
        <w:jc w:val="both"/>
      </w:pPr>
      <w:r>
        <w:rPr>
          <w:rtl/>
        </w:rPr>
        <w:t>א. קודם: __________</w:t>
      </w:r>
    </w:p>
    <w:p>
      <w:pPr>
        <w:bidi/>
        <w:spacing w:before="0" w:after="60"/>
        <w:jc w:val="both"/>
      </w:pPr>
      <w:r>
        <w:rPr>
          <w:rtl/>
        </w:rPr>
        <w:t>ב. אחר כך: __________</w:t>
      </w:r>
    </w:p>
    <w:p>
      <w:pPr>
        <w:bidi/>
        <w:spacing w:before="0" w:after="60"/>
        <w:jc w:val="both"/>
      </w:pPr>
      <w:r>
        <w:rPr>
          <w:rtl/>
        </w:rPr>
        <w:t>ג. בסוף: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 הייתם עושים במקום מאיה? הסבירו במשפט או שניים.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הצב של הגן*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בגן של בית הספר גר צב קטן. הילדים קראו לו «זריז», אף שהלך לאט מאוד.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בוקר אחד חיפשו הילדים את זריז ולא מצאו אותו. הם בדקו מתחת לשיחים, ליד הברז ובתוך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ארגז החול.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תמר שמה לב לחור קטן בגדר. «אולי הוא יצא מכאן?» שאלה.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הילדים הלכו לאורך הגדר ומצאו את זריז אוכל עלי חסה בגינה של השכנים. הם החזירו אותו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בזהירות, והשרת סגר את החור.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מאז, בכל בוקר, תמר בודקת שזריז נמצא במקומו.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מרים קדמי, 2024.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ענו לפי הסיפור «הצב של הגן»: נכון או לא נכון?</w:t>
      </w:r>
    </w:p>
    <w:p>
      <w:pPr>
        <w:bidi/>
        <w:spacing w:before="0" w:after="60"/>
        <w:jc w:val="both"/>
      </w:pPr>
      <w:r>
        <w:rPr>
          <w:rtl/>
        </w:rPr>
        <w:t>א. הילדים קראו לצב «זריז» כי הוא רץ מהר.      נכון / לא נכון</w:t>
      </w:r>
    </w:p>
    <w:p>
      <w:pPr>
        <w:bidi/>
        <w:spacing w:before="0" w:after="60"/>
        <w:jc w:val="both"/>
      </w:pPr>
      <w:r>
        <w:rPr>
          <w:rtl/>
        </w:rPr>
        <w:t>ב. תמר גילתה את החור בגדר.      נכון / לא נכון</w:t>
      </w:r>
    </w:p>
    <w:p>
      <w:pPr>
        <w:bidi/>
        <w:spacing w:before="0" w:after="60"/>
        <w:jc w:val="both"/>
      </w:pPr>
      <w:r>
        <w:rPr>
          <w:rtl/>
        </w:rPr>
        <w:t>ג. הילדים מצאו את הצב בתוך ארגז החול.      נכון / לא נכון</w:t>
      </w:r>
    </w:p>
    <w:p>
      <w:pPr>
        <w:bidi/>
        <w:spacing w:before="0" w:after="60"/>
        <w:jc w:val="both"/>
      </w:pPr>
      <w:r>
        <w:rPr>
          <w:rtl/>
        </w:rPr>
        <w:t>ד. השרת סגר את החור בגדר.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מילה מן הסיפור את הפירוש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בזהירות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ליד הגדר, מצד לצד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שמה לב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לאט ובעדינות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לאורך הגדר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מאותו זמן והלאה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מאז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ראתה והבחינה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האירועים לפי חלקי הסיפור.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זריז גר בגן  |  זריז נעלם  |  הילדים חיפשו בכל מקום  |  תמר מצאה חור בגדר  |  הילדים החזירו את זריז  |  השרת סגר את החור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התחלה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אמצע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למה לדעתכם תמר בודקת בכל בוקר שזריז נמצא? הסבירו במשפט או שניים.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13. גזרו את ארבעת כרטיסי הסיפור, והדביקו אותם לפי סדר האירועים: התחלה, אמצע, סוף.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📖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🌧️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☂️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דני פתח מטרייה גדולה.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פתאום התחיל לרדת גשם חזק.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הסיפור מתחיל בבוקר שקט.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בסוף הופיעה קשת בענן.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קוראים סיפור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13.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🌻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בסוף פרח חמנייה גדולה.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נועה שתלה זרע בגינה.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צמח קטן יצא מן האדמה.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💧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כל יום היא השקתה אותו.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קוראים סיפור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הסיפור.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הדמויות?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נועם וסבא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 זה קרה?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בגבעה ליד הבית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הבעיה?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החוט נקרע והעפיפון נתקע בעץ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 היא נפתרה?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סבא הוריד אותו במקל, וקשרו חוט 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איך הרגיש נועם בסוף? למה?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שמח, כי העפיפון עף שוב.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ענו לפי הסיפור «המטרייה של מאיה».</w:t>
      </w:r>
    </w:p>
    <w:p>
      <w:pPr>
        <w:bidi/>
        <w:spacing w:before="0" w:after="20"/>
        <w:jc w:val="both"/>
      </w:pPr>
      <w:r>
        <w:rPr>
          <w:rtl/>
        </w:rPr>
        <w:t>א. איפה קרה רוב הסיפור?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בתחנת האוטובוס</w:t>
      </w:r>
    </w:p>
    <w:p>
      <w:pPr>
        <w:bidi/>
        <w:spacing w:before="0" w:after="20"/>
        <w:jc w:val="both"/>
      </w:pPr>
      <w:r>
        <w:rPr>
          <w:rtl/>
        </w:rPr>
        <w:t>ב. מה הייתה הבעיה של הילד?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לא הייתה לו מטרייה</w:t>
      </w:r>
    </w:p>
    <w:p>
      <w:pPr>
        <w:bidi/>
        <w:spacing w:before="0" w:after="20"/>
        <w:jc w:val="both"/>
      </w:pPr>
      <w:r>
        <w:rPr>
          <w:rtl/>
        </w:rPr>
        <w:t>ג. איזו מילה מתאימה לתאר את מאיה?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אכפתית</w:t>
      </w:r>
    </w:p>
    <w:p>
      <w:pPr>
        <w:bidi/>
        <w:spacing w:before="0" w:after="20"/>
        <w:jc w:val="both"/>
      </w:pPr>
      <w:r>
        <w:rPr>
          <w:rtl/>
        </w:rPr>
        <w:t>ד. מה קרה בסוף?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מאיה והילד נפגשים כל בוקר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סדרו את הסיפור: מה קרה קודם, אחר כך ובסוף?</w:t>
      </w:r>
    </w:p>
    <w:p>
      <w:pPr>
        <w:bidi/>
        <w:spacing w:before="0" w:after="40"/>
        <w:jc w:val="both"/>
      </w:pPr>
      <w:r>
        <w:rPr>
          <w:rtl/>
        </w:rPr>
        <w:t>א. קודם: מאיה יצאה עם מטרייה בגשם</w:t>
      </w:r>
    </w:p>
    <w:p>
      <w:pPr>
        <w:bidi/>
        <w:spacing w:before="0" w:after="40"/>
        <w:jc w:val="both"/>
      </w:pPr>
      <w:r>
        <w:rPr>
          <w:rtl/>
        </w:rPr>
        <w:t>ב. אחר כך: מאיה ראתה ילד רטוב והזמינה אותו מתחת למטרייה</w:t>
      </w:r>
    </w:p>
    <w:p>
      <w:pPr>
        <w:bidi/>
        <w:spacing w:before="0" w:after="40"/>
        <w:jc w:val="both"/>
      </w:pPr>
      <w:r>
        <w:rPr>
          <w:rtl/>
        </w:rPr>
        <w:t>ג. בסוף: הילד אמר תודה, ומאז הם נפגשים כל בוקר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 הייתם עושים במקום מאיה? הסבירו במשפט או שניים.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גם אני הייתי חולקת את המטרייה, כי לא נעים לעמוד רטובים בקור.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ענו לפי הסיפור «הצב של הגן»: נכון או לא נכון?</w:t>
      </w:r>
    </w:p>
    <w:p>
      <w:pPr>
        <w:bidi/>
        <w:spacing w:before="0" w:after="40"/>
        <w:jc w:val="both"/>
      </w:pPr>
      <w:r>
        <w:rPr>
          <w:rtl/>
        </w:rPr>
        <w:t>א. הילדים קראו לצב «זריז» כי הוא רץ מהר. – לא נכון – הוא הלך לאט מאוד; השם ניתן לו בצחוק</w:t>
      </w:r>
    </w:p>
    <w:p>
      <w:pPr>
        <w:bidi/>
        <w:spacing w:before="0" w:after="40"/>
        <w:jc w:val="both"/>
      </w:pPr>
      <w:r>
        <w:rPr>
          <w:rtl/>
        </w:rPr>
        <w:t>ב. תמר גילתה את החור בגדר. – נכון</w:t>
      </w:r>
    </w:p>
    <w:p>
      <w:pPr>
        <w:bidi/>
        <w:spacing w:before="0" w:after="40"/>
        <w:jc w:val="both"/>
      </w:pPr>
      <w:r>
        <w:rPr>
          <w:rtl/>
        </w:rPr>
        <w:t>ג. הילדים מצאו את הצב בתוך ארגז החול. – לא נכון – הם מצאו אותו בגינה של השכנים</w:t>
      </w:r>
    </w:p>
    <w:p>
      <w:pPr>
        <w:bidi/>
        <w:spacing w:before="0" w:after="40"/>
        <w:jc w:val="both"/>
      </w:pPr>
      <w:r>
        <w:rPr>
          <w:rtl/>
        </w:rPr>
        <w:t>ד. השרת סגר את החור בגדר.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מילה מן הסיפור את הפירוש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בזהירות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ליד הגדר, מצד לצד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שמה לב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לאט ובעדינות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לאורך הגדר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מאותו זמן והלאה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מאז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ראתה והבחינה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האירועים לפי חלקי הסיפור.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התחלה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אמצע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זריז גר בגן, זריז נעלם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הילדים חיפשו בכל מקום, תמר מצאה חור בגדר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הילדים החזירו את זריז, השרת סגר את החור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למה לדעתכם תמר בודקת בכל בוקר שזריז נמצא? הסבירו במשפט או שניים.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היא דואגת לו ולא רוצה שילך שוב לאיבוד.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13. גזרו את ארבעת כרטיסי הסיפור, והדביקו אותם לפי סדר האירועים: התחלה, אמצע, סוף.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נועה שתלה זרע בגינה.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💧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כל יום היא השקתה אותו.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צמח קטן יצא מן האדמה.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🌻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בסוף פרח חמנייה גדולה.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📖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🌧️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☂️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דני פתח מטרייה גדולה.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פתאום התחיל לרדת גשם חזק.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הסיפור מתחיל בבוקר שקט.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בסוף הופיעה קשת בענן.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