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lashon_g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240" w:after="80"/>
        <w:jc w:val="center"/>
      </w:pPr>
      <w:r>
        <w:rPr>
          <w:rFonts w:ascii="Arial" w:hAnsi="Arial" w:cs="Arial"/>
          <w:color w:val="0F766E"/>
          <w:sz w:val="36"/>
          <w:szCs w:val="36"/>
          <w:rtl/>
        </w:rPr>
        <w:t>חוֹבֶרֶת עֲבוֹדָה</w:t>
      </w:r>
    </w:p>
    <w:p>
      <w:pPr>
        <w:bidi/>
        <w:spacing w:before="0" w:after="80"/>
        <w:jc w:val="center"/>
      </w:pPr>
      <w:r>
        <w:rPr>
          <w:rFonts w:ascii="Arial Black" w:hAnsi="Arial Black" w:cs="Arial Black"/>
          <w:b/>
          <w:bCs/>
          <w:color w:val="0F766E"/>
          <w:sz w:val="88"/>
          <w:szCs w:val="88"/>
          <w:rtl/>
        </w:rPr>
        <w:t>לָשׁוֹן</w:t>
      </w:r>
    </w:p>
    <w:p>
      <w:pPr>
        <w:bidi/>
        <w:spacing w:before="0" w:after="80"/>
        <w:jc w:val="center"/>
      </w:pPr>
      <w:r>
        <w:rPr>
          <w:sz w:val="44"/>
          <w:szCs w:val="44"/>
          <w:rtl/>
        </w:rPr>
        <w:t>כִּתָּה ג'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66E"/>
          <w:sz w:val="48"/>
          <w:szCs w:val="48"/>
          <w:rtl/>
        </w:rPr>
        <w:t>תוכן העניינים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978"/>
      </w:tblGrid>
      <w:tr>
        <w:tc>
          <w:tcPr>
            <w:tcW w:type="dxa" w:w="9978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מבוא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1: אותיות סופיות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2: שם עצם: יחיד ורבים, זכר ונקבה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3: הפועל: אתמול, היום, מחר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4: שם תואר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5: משפחת מילים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6: סימני פיסוק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7: קוראים סיפור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חזרה – מה למדנו?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דפי גזירה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תשובות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66E"/>
          <w:sz w:val="48"/>
          <w:szCs w:val="48"/>
          <w:rtl/>
        </w:rPr>
        <w:t>מבוא</w:t>
      </w:r>
    </w:p>
    <w:p>
      <w:pPr>
        <w:bidi/>
        <w:spacing w:before="0" w:after="120"/>
        <w:jc w:val="both"/>
      </w:pPr>
      <w:r>
        <w:rPr>
          <w:rtl/>
        </w:rPr>
        <w:t>שלום לתלמידות ולתלמידי כיתה ג'!</w:t>
      </w:r>
    </w:p>
    <w:p>
      <w:pPr>
        <w:bidi/>
        <w:spacing w:before="0" w:after="120"/>
        <w:jc w:val="both"/>
      </w:pPr>
      <w:r>
        <w:rPr>
          <w:rtl/>
        </w:rPr>
        <w:t>בחוברת הזאת נתרגל אותיות סופיות, שמות עצם, פעלים, שמות תואר, משפחות מילים, סימני פיסוק וקריאת סיפור.</w:t>
      </w:r>
    </w:p>
    <w:p>
      <w:pPr>
        <w:bidi/>
        <w:spacing w:before="0" w:after="120"/>
        <w:jc w:val="both"/>
      </w:pPr>
      <w:r>
        <w:rPr>
          <w:rtl/>
        </w:rPr>
        <w:t>בכל פרק יש הסבר קצר ודוגמאות, מסגרת «זכרו!» ותרגילים. בסוף יש חזרה, תעודה ותשובות.</w:t>
      </w:r>
    </w:p>
    <w:p>
      <w:pPr>
        <w:bidi/>
        <w:spacing w:before="0" w:after="120"/>
        <w:jc w:val="both"/>
      </w:pPr>
      <w:r>
        <w:rPr>
          <w:rtl/>
        </w:rPr>
        <w:t>קראו לאט, כתבו בכתב ברור – ובהצלחה!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פרק 1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  <w:rtl/>
        </w:rPr>
        <w:t>פרק 1: אותיות סופיות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3_t0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חמש אותיות משנות צורה בסוף מילה</w:t>
      </w:r>
    </w:p>
    <w:p>
      <w:pPr>
        <w:bidi/>
        <w:spacing w:before="0" w:after="40"/>
        <w:jc w:val="both"/>
      </w:pPr>
      <w:r>
        <w:rPr>
          <w:rtl/>
        </w:rPr>
        <w:t>לחמש אותיות יש שתי צורות: צורה רגילה וצורה סופית.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אות רגילה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אות סופית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לדוגמה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מלך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מתי כותבים אות סופית?</w:t>
      </w:r>
    </w:p>
    <w:p>
      <w:pPr>
        <w:bidi/>
        <w:spacing w:before="0" w:after="20"/>
        <w:jc w:val="both"/>
      </w:pPr>
      <w:r>
        <w:rPr>
          <w:rtl/>
        </w:rPr>
        <w:t>1. באמצע המילה ובתחילתה כותבים אות רגילה.</w:t>
      </w:r>
    </w:p>
    <w:p>
      <w:pPr>
        <w:bidi/>
        <w:spacing w:before="0" w:after="20"/>
        <w:jc w:val="both"/>
      </w:pPr>
      <w:r>
        <w:rPr>
          <w:rtl/>
        </w:rPr>
        <w:t>2. רק באות האחרונה של המילה כותבים אות סופית.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– אות רגילה באמצע המילה, אות סופית בסוף המילה: מלכה – מלך · גנים – גן · עצים – עץ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כשמוסיפים סיומת</w:t>
      </w:r>
    </w:p>
    <w:p>
      <w:pPr>
        <w:bidi/>
        <w:spacing w:before="0" w:after="40"/>
        <w:jc w:val="both"/>
      </w:pPr>
      <w:r>
        <w:rPr>
          <w:rtl/>
        </w:rPr>
        <w:t>כשמוסיפים למילה סיומת (למשל ־ים או ־ות), האות כבר לא בסוף, ולכן היא חוזרת לצורה הרגילה.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– מילה אחת ואחר כך רבים: דרך – דרכים · כף – כפות · ארץ – ארצות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איך מזהים אות סופית בכתב?</w:t>
      </w:r>
    </w:p>
    <w:p>
      <w:pPr>
        <w:bidi/>
        <w:spacing w:before="0" w:after="40"/>
        <w:jc w:val="both"/>
      </w:pPr>
      <w:r>
        <w:rPr>
          <w:rtl/>
        </w:rPr>
        <w:t>ך, ן, ף, ץ יורדות מתחת לשורה. ם סגורה מכל הצדדים.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בכל משפט את המילים עם אות סופית.</w:t>
      </w:r>
    </w:p>
    <w:p>
      <w:pPr>
        <w:bidi/>
        <w:spacing w:before="0" w:after="100"/>
        <w:jc w:val="both"/>
      </w:pPr>
      <w:r>
        <w:rPr>
          <w:rtl/>
        </w:rPr>
        <w:t>א. הילד שתה מים קרים.</w:t>
      </w:r>
    </w:p>
    <w:p>
      <w:pPr>
        <w:bidi/>
        <w:spacing w:before="0" w:after="100"/>
        <w:jc w:val="both"/>
      </w:pPr>
      <w:r>
        <w:rPr>
          <w:rtl/>
        </w:rPr>
        <w:t>ב. בגן יש עץ גדול.</w:t>
      </w:r>
    </w:p>
    <w:p>
      <w:pPr>
        <w:bidi/>
        <w:spacing w:before="0" w:after="100"/>
        <w:jc w:val="both"/>
      </w:pPr>
      <w:r>
        <w:rPr>
          <w:rtl/>
        </w:rPr>
        <w:t>ג. הכלב רץ על החוף.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המילה החסרה.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מחסן מילים: שלום  |  קיץ  |  עיפרון  |  כף</w:t>
      </w:r>
    </w:p>
    <w:p>
      <w:pPr>
        <w:bidi/>
        <w:spacing w:before="0" w:after="60"/>
        <w:jc w:val="both"/>
      </w:pPr>
      <w:r>
        <w:rPr>
          <w:rtl/>
        </w:rPr>
        <w:t>א. אמרתי לחבר __________.</w:t>
      </w:r>
    </w:p>
    <w:p>
      <w:pPr>
        <w:bidi/>
        <w:spacing w:before="0" w:after="60"/>
        <w:jc w:val="both"/>
      </w:pPr>
      <w:r>
        <w:rPr>
          <w:rtl/>
        </w:rPr>
        <w:t>ב. אכלתי מרק ב__________.</w:t>
      </w:r>
    </w:p>
    <w:p>
      <w:pPr>
        <w:bidi/>
        <w:spacing w:before="0" w:after="60"/>
        <w:jc w:val="both"/>
      </w:pPr>
      <w:r>
        <w:rPr>
          <w:rtl/>
        </w:rPr>
        <w:t>ג. ב__________ חם מאוד.</w:t>
      </w:r>
    </w:p>
    <w:p>
      <w:pPr>
        <w:bidi/>
        <w:spacing w:before="0" w:after="60"/>
        <w:jc w:val="both"/>
      </w:pPr>
      <w:r>
        <w:rPr>
          <w:rtl/>
        </w:rPr>
        <w:t>ד. כתבתי ב__________.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</w:t>
      </w:r>
    </w:p>
    <w:p>
      <w:pPr>
        <w:bidi/>
        <w:spacing w:before="0" w:after="60"/>
        <w:jc w:val="both"/>
      </w:pPr>
      <w:r>
        <w:rPr>
          <w:rtl/>
        </w:rPr>
        <w:t>א. במילה «כלבים» כותבים ם באמצע.      נכון / לא נכון</w:t>
      </w:r>
    </w:p>
    <w:p>
      <w:pPr>
        <w:bidi/>
        <w:spacing w:before="0" w:after="60"/>
        <w:jc w:val="both"/>
      </w:pPr>
      <w:r>
        <w:rPr>
          <w:rtl/>
        </w:rPr>
        <w:t>ב. במילה «חלון» כותבים ן בסוף.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אות סופית את האות הרגילה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צ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האות החסרה: רגילה או סופית?</w:t>
      </w:r>
    </w:p>
    <w:p>
      <w:pPr>
        <w:bidi/>
        <w:spacing w:before="0" w:after="60"/>
        <w:jc w:val="both"/>
      </w:pPr>
      <w:r>
        <w:rPr>
          <w:rtl/>
        </w:rPr>
        <w:t>א. סבו__________ (נ/ן)</w:t>
      </w:r>
    </w:p>
    <w:p>
      <w:pPr>
        <w:bidi/>
        <w:spacing w:before="0" w:after="60"/>
        <w:jc w:val="both"/>
      </w:pPr>
      <w:r>
        <w:rPr>
          <w:rtl/>
        </w:rPr>
        <w:t>ב. __________פתח (מ/ם)</w:t>
      </w:r>
    </w:p>
    <w:p>
      <w:pPr>
        <w:bidi/>
        <w:spacing w:before="0" w:after="60"/>
        <w:jc w:val="both"/>
      </w:pPr>
      <w:r>
        <w:rPr>
          <w:rtl/>
        </w:rPr>
        <w:t>ג. צי__________ור (פ/ף)</w:t>
      </w:r>
    </w:p>
    <w:p>
      <w:pPr>
        <w:bidi/>
        <w:spacing w:before="0" w:after="60"/>
        <w:jc w:val="both"/>
      </w:pPr>
      <w:r>
        <w:rPr>
          <w:rtl/>
        </w:rPr>
        <w:t>ד. מי__________ (צ/ץ)</w:t>
      </w:r>
    </w:p>
    <w:p>
      <w:pPr>
        <w:bidi/>
        <w:spacing w:before="0" w:after="60"/>
        <w:jc w:val="both"/>
      </w:pPr>
      <w:r>
        <w:rPr>
          <w:rtl/>
        </w:rPr>
        <w:t>ה. __________וכב (כ/ך)</w:t>
      </w:r>
    </w:p>
    <w:p>
      <w:pPr>
        <w:bidi/>
        <w:spacing w:before="0" w:after="60"/>
        <w:jc w:val="both"/>
      </w:pPr>
      <w:r>
        <w:rPr>
          <w:rtl/>
        </w:rPr>
        <w:t>ו. ספרי__________ (מ/ם)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המילים: יש אות סופית או אין אות סופית?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כובע  |  ענן  |  שמש  |  ים  |  תיק  |  קוף  |  שמיכה  |  ארץ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יש אות סופית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אין אות סופית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איזו מילה כתובה נכון?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ארנבת      ○ ארןבת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תפוחימ      ○ תפוחים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rtl/>
        </w:rPr>
        <w:t xml:space="preserve">   ○ ץפרדע      ○ צפרדע</w:t>
      </w:r>
    </w:p>
    <w:p>
      <w:pPr>
        <w:bidi/>
        <w:spacing w:before="0" w:after="20"/>
        <w:jc w:val="both"/>
      </w:pPr>
      <w:r>
        <w:rPr>
          <w:rtl/>
        </w:rPr>
        <w:t xml:space="preserve">ד. </w:t>
      </w:r>
    </w:p>
    <w:p>
      <w:pPr>
        <w:bidi/>
        <w:spacing w:before="0" w:after="80"/>
        <w:jc w:val="both"/>
      </w:pPr>
      <w:r>
        <w:rPr>
          <w:rtl/>
        </w:rPr>
        <w:t xml:space="preserve">   ○ סבון      ○ סבונ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ברבים. זכרו: האות הסופית חוזרת לצורתה הרגילה.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אגם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נכון או לא נכון?</w:t>
      </w:r>
    </w:p>
    <w:p>
      <w:pPr>
        <w:bidi/>
        <w:spacing w:before="0" w:after="60"/>
        <w:jc w:val="both"/>
      </w:pPr>
      <w:r>
        <w:rPr>
          <w:rtl/>
        </w:rPr>
        <w:t>א. את האות ף כותבים רק בסוף מילה.      נכון / לא נכון</w:t>
      </w:r>
    </w:p>
    <w:p>
      <w:pPr>
        <w:bidi/>
        <w:spacing w:before="0" w:after="60"/>
        <w:jc w:val="both"/>
      </w:pPr>
      <w:r>
        <w:rPr>
          <w:rtl/>
        </w:rPr>
        <w:t>ב. במילה «ציפורים» כותבים ף.      נכון / לא נכון</w:t>
      </w:r>
    </w:p>
    <w:p>
      <w:pPr>
        <w:bidi/>
        <w:spacing w:before="0" w:after="60"/>
        <w:jc w:val="both"/>
      </w:pPr>
      <w:r>
        <w:rPr>
          <w:rtl/>
        </w:rPr>
        <w:t>ג. האות ם סגורה מכל הצדדים.      נכון / לא נכון</w:t>
      </w:r>
    </w:p>
    <w:p>
      <w:pPr>
        <w:bidi/>
        <w:spacing w:before="0" w:after="60"/>
        <w:jc w:val="both"/>
      </w:pPr>
      <w:r>
        <w:rPr>
          <w:rtl/>
        </w:rPr>
        <w:t>ד. במילה «מכונית» צריך לכתוב ם בהתחלה.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בכל משפט יש מילה אחת שכתובה לא נכון. כתבו אותה נכון.</w:t>
      </w:r>
    </w:p>
    <w:p>
      <w:pPr>
        <w:bidi/>
        <w:spacing w:before="0" w:after="100"/>
        <w:jc w:val="both"/>
      </w:pPr>
      <w:r>
        <w:rPr>
          <w:rtl/>
        </w:rPr>
        <w:t>א. הילדים שיחקו בגנ.</w:t>
      </w:r>
    </w:p>
    <w:p>
      <w:pPr>
        <w:bidi/>
        <w:spacing w:before="0" w:after="100"/>
        <w:jc w:val="both"/>
      </w:pPr>
      <w:r>
        <w:rPr>
          <w:rtl/>
        </w:rPr>
        <w:t>ב. הכלב רצ מהר.</w:t>
      </w:r>
    </w:p>
    <w:p>
      <w:pPr>
        <w:bidi/>
        <w:spacing w:before="0" w:after="100"/>
        <w:jc w:val="both"/>
      </w:pPr>
      <w:r>
        <w:rPr>
          <w:rtl/>
        </w:rPr>
        <w:t>ג. הספר מונח על השולחנ.</w:t>
      </w:r>
    </w:p>
    <w:p>
      <w:pPr>
        <w:bidi/>
        <w:spacing w:before="0" w:after="100"/>
        <w:jc w:val="both"/>
      </w:pPr>
      <w:r>
        <w:rPr>
          <w:rtl/>
        </w:rPr>
        <w:t>ד. המלכ ישב על הכיסא.</w:t>
      </w:r>
    </w:p>
    <w:p>
      <w:pPr>
        <w:bidi/>
        <w:spacing w:before="0" w:after="100"/>
        <w:jc w:val="both"/>
      </w:pPr>
      <w:r>
        <w:rPr>
          <w:rtl/>
        </w:rPr>
        <w:t>ה. הענף של העצ נשבר.</w:t>
      </w:r>
    </w:p>
    <w:p>
      <w:pPr>
        <w:bidi/>
        <w:spacing w:before="0" w:after="100"/>
        <w:jc w:val="both"/>
      </w:pPr>
      <w:r>
        <w:rPr>
          <w:rtl/>
        </w:rPr>
        <w:t>ו. אכלנו תפוחימ אדומים.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קראו את הקטע «הגינה של סבא» והשלימו מילה מן המחסן. בכל מילה יש אות סופית.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מחסן מילים: גן  |  עץ  |  לימון  |  צהובים  |  כף</w:t>
      </w:r>
    </w:p>
    <w:p>
      <w:pPr>
        <w:bidi/>
        <w:spacing w:before="0" w:after="60"/>
        <w:jc w:val="both"/>
      </w:pPr>
      <w:r>
        <w:rPr>
          <w:rtl/>
        </w:rPr>
        <w:t>א. לסבא יש __________ קטן ליד הבית.</w:t>
      </w:r>
    </w:p>
    <w:p>
      <w:pPr>
        <w:bidi/>
        <w:spacing w:before="0" w:after="60"/>
        <w:jc w:val="both"/>
      </w:pPr>
      <w:r>
        <w:rPr>
          <w:rtl/>
        </w:rPr>
        <w:t>ב. בגן גדל __________ גבוה.</w:t>
      </w:r>
    </w:p>
    <w:p>
      <w:pPr>
        <w:bidi/>
        <w:spacing w:before="0" w:after="60"/>
        <w:jc w:val="both"/>
      </w:pPr>
      <w:r>
        <w:rPr>
          <w:rtl/>
        </w:rPr>
        <w:t>ג. זה עץ __________.</w:t>
      </w:r>
    </w:p>
    <w:p>
      <w:pPr>
        <w:bidi/>
        <w:spacing w:before="0" w:after="60"/>
        <w:jc w:val="both"/>
      </w:pPr>
      <w:r>
        <w:rPr>
          <w:rtl/>
        </w:rPr>
        <w:t>ד. הלימונים על העץ __________ ויפים.</w:t>
      </w:r>
    </w:p>
    <w:p>
      <w:pPr>
        <w:bidi/>
        <w:spacing w:before="0" w:after="60"/>
        <w:jc w:val="both"/>
      </w:pPr>
      <w:r>
        <w:rPr>
          <w:rtl/>
        </w:rPr>
        <w:t>ה. סבא נתן לי __________ מלאה בדבש.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מילה שמתחילה באות, ומילה שמסתיימת באותה אות בצורתה הסופית.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מתחילה באות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מסתיימת באות הסופית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3–4 משפטים על מקום שאתם אוהבים. השתמשו לפחות בארבע אותיות סופיות שונות, והקיפו אותן.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גזרו את כרטיסי המילים מדף הגזירה, והדביקו כל מילה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יש במילה אות סופית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אין במילה אות סופית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התאימו תמונה למשפט: כתבו בריבוע את מספר התמונה. סמנו בכל משפט את האות הסופית.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🌳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🍞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🦉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המפתח נפל מן הכיס.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אבא אפה לחם טרי.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הינשוף ער בלילה.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בחצר עומד עץ גבוה.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פרק 2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  <w:rtl/>
        </w:rPr>
        <w:t>פרק 2: שם עצם: יחיד ורבים, זכר ונקבה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3_t0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מהו שם עצם?</w:t>
      </w:r>
    </w:p>
    <w:p>
      <w:pPr>
        <w:bidi/>
        <w:spacing w:before="0" w:after="40"/>
        <w:jc w:val="both"/>
      </w:pPr>
      <w:r>
        <w:rPr>
          <w:rtl/>
        </w:rPr>
        <w:t>שם עצם הוא מילה שנותנת שם לאדם, לבעל חיים, לחפץ, למקום, וגם לדבר שאי אפשר לגעת בו, כמו רגש או רעיון. שואלים עליו «מי?» או «מה?».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לשמות עצם: ילדה · ארנב · כדור · בית · שמחה · חלום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יחיד ורבים</w:t>
      </w:r>
    </w:p>
    <w:p>
      <w:pPr>
        <w:bidi/>
        <w:spacing w:before="0" w:after="40"/>
        <w:jc w:val="both"/>
      </w:pPr>
      <w:r>
        <w:rPr>
          <w:rtl/>
        </w:rPr>
        <w:t>יחיד – אחד. רבים – יותר מאחד. בדרך כלל מוסיפים ־ים או ־ות.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כדור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כדורים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בובה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בובות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זכר ונקבה</w:t>
      </w:r>
    </w:p>
    <w:p>
      <w:pPr>
        <w:bidi/>
        <w:spacing w:before="0" w:after="20"/>
        <w:jc w:val="both"/>
      </w:pPr>
      <w:r>
        <w:rPr>
          <w:rtl/>
        </w:rPr>
        <w:t>1. אומרים לפני המילה «זה» או «זאת».</w:t>
      </w:r>
    </w:p>
    <w:p>
      <w:pPr>
        <w:bidi/>
        <w:spacing w:before="0" w:after="20"/>
        <w:jc w:val="both"/>
      </w:pPr>
      <w:r>
        <w:rPr>
          <w:rtl/>
        </w:rPr>
        <w:t>2. אומרים אחרי המילה «אחד» או «אחת»: «אחד» – זכר, «אחת» – נקבה.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זה כדור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זאת בובה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כדור אחד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בובה אחת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ברבים.</w:t>
      </w:r>
    </w:p>
    <w:p>
      <w:pPr>
        <w:bidi/>
        <w:spacing w:before="0" w:after="60"/>
        <w:jc w:val="both"/>
      </w:pPr>
      <w:r>
        <w:rPr>
          <w:rtl/>
        </w:rPr>
        <w:t>א. פרח ← __________</w:t>
      </w:r>
    </w:p>
    <w:p>
      <w:pPr>
        <w:bidi/>
        <w:spacing w:before="0" w:after="60"/>
        <w:jc w:val="both"/>
      </w:pPr>
      <w:r>
        <w:rPr>
          <w:rtl/>
        </w:rPr>
        <w:t>ב. מחברת ← __________</w:t>
      </w:r>
    </w:p>
    <w:p>
      <w:pPr>
        <w:bidi/>
        <w:spacing w:before="0" w:after="60"/>
        <w:jc w:val="both"/>
      </w:pPr>
      <w:r>
        <w:rPr>
          <w:rtl/>
        </w:rPr>
        <w:t>ג. ציפור ← __________</w:t>
      </w:r>
    </w:p>
    <w:p>
      <w:pPr>
        <w:bidi/>
        <w:spacing w:before="0" w:after="60"/>
        <w:jc w:val="both"/>
      </w:pPr>
      <w:r>
        <w:rPr>
          <w:rtl/>
        </w:rPr>
        <w:t>ד. חלון ←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זה או זאת?</w:t>
      </w:r>
    </w:p>
    <w:p>
      <w:pPr>
        <w:bidi/>
        <w:spacing w:before="0" w:after="20"/>
        <w:jc w:val="both"/>
      </w:pPr>
      <w:r>
        <w:rPr>
          <w:rtl/>
        </w:rPr>
        <w:t>א. ___ כוס.</w:t>
      </w:r>
    </w:p>
    <w:p>
      <w:pPr>
        <w:bidi/>
        <w:spacing w:before="0" w:after="80"/>
        <w:jc w:val="both"/>
      </w:pPr>
      <w:r>
        <w:rPr>
          <w:rtl/>
        </w:rPr>
        <w:t xml:space="preserve">   ○ זה      ○ זאת</w:t>
      </w:r>
    </w:p>
    <w:p>
      <w:pPr>
        <w:bidi/>
        <w:spacing w:before="0" w:after="20"/>
        <w:jc w:val="both"/>
      </w:pPr>
      <w:r>
        <w:rPr>
          <w:rtl/>
        </w:rPr>
        <w:t>ב. ___ עיפרון.</w:t>
      </w:r>
    </w:p>
    <w:p>
      <w:pPr>
        <w:bidi/>
        <w:spacing w:before="0" w:after="80"/>
        <w:jc w:val="both"/>
      </w:pPr>
      <w:r>
        <w:rPr>
          <w:rtl/>
        </w:rPr>
        <w:t xml:space="preserve">   ○ זה      ○ זאת</w:t>
      </w:r>
    </w:p>
    <w:p>
      <w:pPr>
        <w:bidi/>
        <w:spacing w:before="0" w:after="20"/>
        <w:jc w:val="both"/>
      </w:pPr>
      <w:r>
        <w:rPr>
          <w:rtl/>
        </w:rPr>
        <w:t>ג. ___ ארץ.</w:t>
      </w:r>
    </w:p>
    <w:p>
      <w:pPr>
        <w:bidi/>
        <w:spacing w:before="0" w:after="80"/>
        <w:jc w:val="both"/>
      </w:pPr>
      <w:r>
        <w:rPr>
          <w:rtl/>
        </w:rPr>
        <w:t xml:space="preserve">   ○ זה      ○ זאת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שני שמות עצם בזכר ושניים בנקבה מתוך הבית שלכם.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איזו מילה היא שם עצם?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רץ      ○ כדור      ○ גבוה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ירוק      ○ שותה      ○ מטרייה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rtl/>
        </w:rPr>
        <w:t xml:space="preserve">   ○ חלום      ○ קפץ      ○ מהר</w:t>
      </w:r>
    </w:p>
    <w:p>
      <w:pPr>
        <w:bidi/>
        <w:spacing w:before="0" w:after="20"/>
        <w:jc w:val="both"/>
      </w:pPr>
      <w:r>
        <w:rPr>
          <w:rtl/>
        </w:rPr>
        <w:t xml:space="preserve">ד. </w:t>
      </w:r>
    </w:p>
    <w:p>
      <w:pPr>
        <w:bidi/>
        <w:spacing w:before="0" w:after="80"/>
        <w:jc w:val="both"/>
      </w:pPr>
      <w:r>
        <w:rPr>
          <w:rtl/>
        </w:rPr>
        <w:t xml:space="preserve">   ○ אומרת      ○ חברה      ○ יפה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כל שם עצם למה שהוא נותן לו שם.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רופאה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רגש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ג'ירפה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חפץ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מספריים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מקום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ספרייה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אדם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שמחה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בעל חיים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כתבו «זה» או «זאת».</w:t>
      </w:r>
    </w:p>
    <w:p>
      <w:pPr>
        <w:bidi/>
        <w:spacing w:before="0" w:after="60"/>
        <w:jc w:val="both"/>
      </w:pPr>
      <w:r>
        <w:rPr>
          <w:rtl/>
        </w:rPr>
        <w:t>א. __________ ירח.</w:t>
      </w:r>
    </w:p>
    <w:p>
      <w:pPr>
        <w:bidi/>
        <w:spacing w:before="0" w:after="60"/>
        <w:jc w:val="both"/>
      </w:pPr>
      <w:r>
        <w:rPr>
          <w:rtl/>
        </w:rPr>
        <w:t>ב. __________ שקית.</w:t>
      </w:r>
    </w:p>
    <w:p>
      <w:pPr>
        <w:bidi/>
        <w:spacing w:before="0" w:after="60"/>
        <w:jc w:val="both"/>
      </w:pPr>
      <w:r>
        <w:rPr>
          <w:rtl/>
        </w:rPr>
        <w:t>ג. __________ ספה.</w:t>
      </w:r>
    </w:p>
    <w:p>
      <w:pPr>
        <w:bidi/>
        <w:spacing w:before="0" w:after="60"/>
        <w:jc w:val="both"/>
      </w:pPr>
      <w:r>
        <w:rPr>
          <w:rtl/>
        </w:rPr>
        <w:t>ד. __________ מחשב.</w:t>
      </w:r>
    </w:p>
    <w:p>
      <w:pPr>
        <w:bidi/>
        <w:spacing w:before="0" w:after="60"/>
        <w:jc w:val="both"/>
      </w:pPr>
      <w:r>
        <w:rPr>
          <w:rtl/>
        </w:rPr>
        <w:t>ה. __________ חנות.</w:t>
      </w:r>
    </w:p>
    <w:p>
      <w:pPr>
        <w:bidi/>
        <w:spacing w:before="0" w:after="60"/>
        <w:jc w:val="both"/>
      </w:pPr>
      <w:r>
        <w:rPr>
          <w:rtl/>
        </w:rPr>
        <w:t>ו. __________ ארגז.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מיינו: זכר או נקבה? (בדקו עם «זה» או «זאת»)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מגבת  |  ארנק  |  כרית  |  מזלג  |  צלחת  |  סיר  |  מנורה  |  שעון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השלימו: יחיד או רבים.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תמונה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צלחות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השלימו: זכר או נקבה.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תלמיד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רופאה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חתול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נהגת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נכון?</w:t>
      </w:r>
    </w:p>
    <w:p>
      <w:pPr>
        <w:bidi/>
        <w:spacing w:before="0" w:after="60"/>
        <w:jc w:val="both"/>
      </w:pPr>
      <w:r>
        <w:rPr>
          <w:rtl/>
        </w:rPr>
        <w:t>א. «עפיפון» הוא שם עצם בזכר.      נכון / לא נכון</w:t>
      </w:r>
    </w:p>
    <w:p>
      <w:pPr>
        <w:bidi/>
        <w:spacing w:before="0" w:after="60"/>
        <w:jc w:val="both"/>
      </w:pPr>
      <w:r>
        <w:rPr>
          <w:rtl/>
        </w:rPr>
        <w:t>ב. «אבן» היא נקבה: אומרים «אבן אחת».      נכון / לא נכון</w:t>
      </w:r>
    </w:p>
    <w:p>
      <w:pPr>
        <w:bidi/>
        <w:spacing w:before="0" w:after="60"/>
        <w:jc w:val="both"/>
      </w:pPr>
      <w:r>
        <w:rPr>
          <w:rtl/>
        </w:rPr>
        <w:t>ג. ברבים של «אישה» אומרים «אישות».      נכון / לא נכון</w:t>
      </w:r>
    </w:p>
    <w:p>
      <w:pPr>
        <w:bidi/>
        <w:spacing w:before="0" w:after="60"/>
        <w:jc w:val="both"/>
      </w:pPr>
      <w:r>
        <w:rPr>
          <w:rtl/>
        </w:rPr>
        <w:t>ד. «שמחה» היא שם עצם, אף שאי אפשר לגעת בה.      נכון / לא נכון</w:t>
      </w:r>
    </w:p>
    <w:p>
      <w:pPr>
        <w:bidi/>
        <w:spacing w:before="0" w:after="60"/>
        <w:jc w:val="both"/>
      </w:pPr>
      <w:r>
        <w:rPr>
          <w:rtl/>
        </w:rPr>
        <w:t>ה. «קופץ» הוא שם עצם.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קראו את הקטע «טיול בפארק» והשלימו שם עצם מן המחסן.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מחסן מילים: אגם  |  ברווזים  |  ספסל  |  פרחים  |  כדור</w:t>
      </w:r>
    </w:p>
    <w:p>
      <w:pPr>
        <w:bidi/>
        <w:spacing w:before="0" w:after="60"/>
        <w:jc w:val="both"/>
      </w:pPr>
      <w:r>
        <w:rPr>
          <w:rtl/>
        </w:rPr>
        <w:t>א. במרכז הפארק יש __________ גדול.</w:t>
      </w:r>
    </w:p>
    <w:p>
      <w:pPr>
        <w:bidi/>
        <w:spacing w:before="0" w:after="60"/>
        <w:jc w:val="both"/>
      </w:pPr>
      <w:r>
        <w:rPr>
          <w:rtl/>
        </w:rPr>
        <w:t>ב. באגם שוחים __________ לבנים.</w:t>
      </w:r>
    </w:p>
    <w:p>
      <w:pPr>
        <w:bidi/>
        <w:spacing w:before="0" w:after="60"/>
        <w:jc w:val="both"/>
      </w:pPr>
      <w:r>
        <w:rPr>
          <w:rtl/>
        </w:rPr>
        <w:t>ג. ישבנו על __________ ואכלנו כריכים.</w:t>
      </w:r>
    </w:p>
    <w:p>
      <w:pPr>
        <w:bidi/>
        <w:spacing w:before="0" w:after="60"/>
        <w:jc w:val="both"/>
      </w:pPr>
      <w:r>
        <w:rPr>
          <w:rtl/>
        </w:rPr>
        <w:t>ד. ליד השביל גדלים __________ צבעוניים.</w:t>
      </w:r>
    </w:p>
    <w:p>
      <w:pPr>
        <w:bidi/>
        <w:spacing w:before="0" w:after="60"/>
        <w:jc w:val="both"/>
      </w:pPr>
      <w:r>
        <w:rPr>
          <w:rtl/>
        </w:rPr>
        <w:t>ה. אחר כך שיחקנו ב__________ על הדשא.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בכל משפט כתוב שם עצם ביחיד במקום ברבים. כתבו אותו נכון.</w:t>
      </w:r>
    </w:p>
    <w:p>
      <w:pPr>
        <w:bidi/>
        <w:spacing w:before="0" w:after="100"/>
        <w:jc w:val="both"/>
      </w:pPr>
      <w:r>
        <w:rPr>
          <w:rtl/>
        </w:rPr>
        <w:t>א. בגן יש שלושה כלב.</w:t>
      </w:r>
    </w:p>
    <w:p>
      <w:pPr>
        <w:bidi/>
        <w:spacing w:before="0" w:after="100"/>
        <w:jc w:val="both"/>
      </w:pPr>
      <w:r>
        <w:rPr>
          <w:rtl/>
        </w:rPr>
        <w:t>ב. קניתי שתי מחברת.</w:t>
      </w:r>
    </w:p>
    <w:p>
      <w:pPr>
        <w:bidi/>
        <w:spacing w:before="0" w:after="100"/>
        <w:jc w:val="both"/>
      </w:pPr>
      <w:r>
        <w:rPr>
          <w:rtl/>
        </w:rPr>
        <w:t>ג. על העץ ישבו חמש ציפור.</w:t>
      </w:r>
    </w:p>
    <w:p>
      <w:pPr>
        <w:bidi/>
        <w:spacing w:before="0" w:after="100"/>
        <w:jc w:val="both"/>
      </w:pPr>
      <w:r>
        <w:rPr>
          <w:rtl/>
        </w:rPr>
        <w:t>ד. יש לי שני אח.</w:t>
      </w:r>
    </w:p>
    <w:p>
      <w:pPr>
        <w:bidi/>
        <w:spacing w:before="0" w:after="100"/>
        <w:jc w:val="both"/>
      </w:pPr>
      <w:r>
        <w:rPr>
          <w:rtl/>
        </w:rPr>
        <w:t>ה. בכיתה יש עשרים כיסא.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3–4 משפטים על חיית מחמד (אמיתית או דמיונית). השתמשו לפחות בארבעה שמות עצם, מתחו קו מתחתם וכתבו ליד כל אחד: זכר או נקבה.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גזרו את כרטיסי הרבים, והדביקו כל כרטיס ליד המילה ביחיד.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🐶 כלב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🍎 תפוח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🌸 פרח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🐄 פרה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✏️ עיפרון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מתחו קו מן המילה בזכר אל אותה מילה בנקבה.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ילד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מלכה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תלמיד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סוסה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מלך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ילדה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חבר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תלמידה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סוס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ה. חברה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פרק 3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  <w:rtl/>
        </w:rPr>
        <w:t>פרק 3: הפועל: אתמול, היום, מחר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3_t0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מהו פועל?</w:t>
      </w:r>
    </w:p>
    <w:p>
      <w:pPr>
        <w:bidi/>
        <w:spacing w:before="0" w:after="40"/>
        <w:jc w:val="both"/>
      </w:pPr>
      <w:r>
        <w:rPr>
          <w:rtl/>
        </w:rPr>
        <w:t>פועל מספר מה מישהו עושה או מה קורה לו.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לפעלים: קופץ · אוכלת · שרים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שלושה זמנים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זמן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מתי?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אתמול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אתמול שיחקתי.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עכשיו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עכשיו אני משחקת.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עתיד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מחר אשחק.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מי עושה?</w:t>
      </w:r>
    </w:p>
    <w:p>
      <w:pPr>
        <w:bidi/>
        <w:spacing w:before="0" w:after="40"/>
        <w:jc w:val="both"/>
      </w:pPr>
      <w:r>
        <w:rPr>
          <w:rtl/>
        </w:rPr>
        <w:t>הפועל משתנה לפי הגוף – מי שעושה את הפעולה: אני, אתה, את, הוא, היא, אנחנו, אתם, אתן, הם, הן.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– אותו פועל, אנשים שונים: הוא רץ · היא רצה · הם רצו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טיפ</w:t>
      </w:r>
    </w:p>
    <w:p>
      <w:pPr>
        <w:bidi/>
        <w:spacing w:before="0" w:after="40"/>
        <w:jc w:val="both"/>
      </w:pPr>
      <w:r>
        <w:rPr>
          <w:rtl/>
        </w:rPr>
        <w:t>מילות זמן עוזרות: «אתמול» – עבר, «עכשיו» – הווה, «מחר» – עתיד.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הפועל בכל משפט.</w:t>
      </w:r>
    </w:p>
    <w:p>
      <w:pPr>
        <w:bidi/>
        <w:spacing w:before="0" w:after="100"/>
        <w:jc w:val="both"/>
      </w:pPr>
      <w:r>
        <w:rPr>
          <w:rtl/>
        </w:rPr>
        <w:t>א. הכלב נובח בחצר.</w:t>
      </w:r>
    </w:p>
    <w:p>
      <w:pPr>
        <w:bidi/>
        <w:spacing w:before="0" w:after="100"/>
        <w:jc w:val="both"/>
      </w:pPr>
      <w:r>
        <w:rPr>
          <w:rtl/>
        </w:rPr>
        <w:t>ב. מחר נלך לים.</w:t>
      </w:r>
    </w:p>
    <w:p>
      <w:pPr>
        <w:bidi/>
        <w:spacing w:before="0" w:after="100"/>
        <w:jc w:val="both"/>
      </w:pPr>
      <w:r>
        <w:rPr>
          <w:rtl/>
        </w:rPr>
        <w:t>ג. אבא בישל מרק.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בעבר.</w:t>
      </w:r>
    </w:p>
    <w:p>
      <w:pPr>
        <w:bidi/>
        <w:spacing w:before="0" w:after="60"/>
        <w:jc w:val="both"/>
      </w:pPr>
      <w:r>
        <w:rPr>
          <w:rtl/>
        </w:rPr>
        <w:t>א. אתמול היא __________ (שחק) בכדור.</w:t>
      </w:r>
    </w:p>
    <w:p>
      <w:pPr>
        <w:bidi/>
        <w:spacing w:before="0" w:after="60"/>
        <w:jc w:val="both"/>
      </w:pPr>
      <w:r>
        <w:rPr>
          <w:rtl/>
        </w:rPr>
        <w:t>ב. אתמול הם __________ (שר) שיר.</w:t>
      </w:r>
    </w:p>
    <w:p>
      <w:pPr>
        <w:bidi/>
        <w:spacing w:before="0" w:after="60"/>
        <w:jc w:val="both"/>
      </w:pPr>
      <w:r>
        <w:rPr>
          <w:rtl/>
        </w:rPr>
        <w:t>ג. אתמול אני __________ (צייר) פרח.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משפט על מה שתעשו מחר.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איזו מילה היא פועל?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שולחן      ○ שוחה      ○ שקט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קפצנו      ○ קופסה      ○ קטן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rtl/>
        </w:rPr>
        <w:t xml:space="preserve">   ○ ילד      ○ חדר      ○ הלך</w:t>
      </w:r>
    </w:p>
    <w:p>
      <w:pPr>
        <w:bidi/>
        <w:spacing w:before="0" w:after="20"/>
        <w:jc w:val="both"/>
      </w:pPr>
      <w:r>
        <w:rPr>
          <w:rtl/>
        </w:rPr>
        <w:t xml:space="preserve">ד. </w:t>
      </w:r>
    </w:p>
    <w:p>
      <w:pPr>
        <w:bidi/>
        <w:spacing w:before="0" w:after="80"/>
        <w:jc w:val="both"/>
      </w:pPr>
      <w:r>
        <w:rPr>
          <w:rtl/>
        </w:rPr>
        <w:t xml:space="preserve">   ○ כחול      ○ כותב      ○ כיתה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לכל גוף את הפועל «שר» בזמן הווה.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היא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מיינו: עבר או עתיד?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בישלנו  |  אבשל  |  ירוצו  |  רצו  |  תשחה  |  שחתה  |  נלמד  |  למדתם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השלימו את הפועל בזמן עבר, בגוף «אני».</w:t>
      </w:r>
    </w:p>
    <w:p>
      <w:pPr>
        <w:bidi/>
        <w:spacing w:before="0" w:after="60"/>
        <w:jc w:val="both"/>
      </w:pPr>
      <w:r>
        <w:rPr>
          <w:rtl/>
        </w:rPr>
        <w:t>א. אתמול __________ (סגר) את הדלת.</w:t>
      </w:r>
    </w:p>
    <w:p>
      <w:pPr>
        <w:bidi/>
        <w:spacing w:before="0" w:after="60"/>
        <w:jc w:val="both"/>
      </w:pPr>
      <w:r>
        <w:rPr>
          <w:rtl/>
        </w:rPr>
        <w:t>ב. אתמול __________ (פתח) את החלון.</w:t>
      </w:r>
    </w:p>
    <w:p>
      <w:pPr>
        <w:bidi/>
        <w:spacing w:before="0" w:after="60"/>
        <w:jc w:val="both"/>
      </w:pPr>
      <w:r>
        <w:rPr>
          <w:rtl/>
        </w:rPr>
        <w:t>ג. אתמול __________ (שמע) שיר חדש.</w:t>
      </w:r>
    </w:p>
    <w:p>
      <w:pPr>
        <w:bidi/>
        <w:spacing w:before="0" w:after="60"/>
        <w:jc w:val="both"/>
      </w:pPr>
      <w:r>
        <w:rPr>
          <w:rtl/>
        </w:rPr>
        <w:t>ד. אתמול __________ (לבש) מעיל.</w:t>
      </w:r>
    </w:p>
    <w:p>
      <w:pPr>
        <w:bidi/>
        <w:spacing w:before="0" w:after="60"/>
        <w:jc w:val="both"/>
      </w:pPr>
      <w:r>
        <w:rPr>
          <w:rtl/>
        </w:rPr>
        <w:t>ה. אתמול __________ (זרק) כדור.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את הפועל בזמן עתיד.</w:t>
      </w:r>
    </w:p>
    <w:p>
      <w:pPr>
        <w:bidi/>
        <w:spacing w:before="0" w:after="60"/>
        <w:jc w:val="both"/>
      </w:pPr>
      <w:r>
        <w:rPr>
          <w:rtl/>
        </w:rPr>
        <w:t>א. מחר אנחנו __________ (נסע) לים.</w:t>
      </w:r>
    </w:p>
    <w:p>
      <w:pPr>
        <w:bidi/>
        <w:spacing w:before="0" w:after="60"/>
        <w:jc w:val="both"/>
      </w:pPr>
      <w:r>
        <w:rPr>
          <w:rtl/>
        </w:rPr>
        <w:t>ב. מחר הם __________ (שתל) עץ.</w:t>
      </w:r>
    </w:p>
    <w:p>
      <w:pPr>
        <w:bidi/>
        <w:spacing w:before="0" w:after="60"/>
        <w:jc w:val="both"/>
      </w:pPr>
      <w:r>
        <w:rPr>
          <w:rtl/>
        </w:rPr>
        <w:t>ג. מחר אני __________ (קרא) ספר.</w:t>
      </w:r>
    </w:p>
    <w:p>
      <w:pPr>
        <w:bidi/>
        <w:spacing w:before="0" w:after="60"/>
        <w:jc w:val="both"/>
      </w:pPr>
      <w:r>
        <w:rPr>
          <w:rtl/>
        </w:rPr>
        <w:t>ד. מחר היא __________ (בנה) מגדל.</w:t>
      </w:r>
    </w:p>
    <w:p>
      <w:pPr>
        <w:bidi/>
        <w:spacing w:before="0" w:after="60"/>
        <w:jc w:val="both"/>
      </w:pPr>
      <w:r>
        <w:rPr>
          <w:rtl/>
        </w:rPr>
        <w:t>ה. מחר אתה __________ (כתב) מכתב.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הטו את הפועל «צייר» בזמן עבר.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בעבר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נכון?</w:t>
      </w:r>
    </w:p>
    <w:p>
      <w:pPr>
        <w:bidi/>
        <w:spacing w:before="0" w:after="60"/>
        <w:jc w:val="both"/>
      </w:pPr>
      <w:r>
        <w:rPr>
          <w:rtl/>
        </w:rPr>
        <w:t>א. «נלך» הוא פועל בזמן עתיד.      נכון / לא נכון</w:t>
      </w:r>
    </w:p>
    <w:p>
      <w:pPr>
        <w:bidi/>
        <w:spacing w:before="0" w:after="60"/>
        <w:jc w:val="both"/>
      </w:pPr>
      <w:r>
        <w:rPr>
          <w:rtl/>
        </w:rPr>
        <w:t>ב. «אכלתי» הוא פועל בזמן הווה.      נכון / לא נכון</w:t>
      </w:r>
    </w:p>
    <w:p>
      <w:pPr>
        <w:bidi/>
        <w:spacing w:before="0" w:after="60"/>
        <w:jc w:val="both"/>
      </w:pPr>
      <w:r>
        <w:rPr>
          <w:rtl/>
        </w:rPr>
        <w:t>ג. המילה «אתמול» רומזת שהפועל בזמן עבר.      נכון / לא נכון</w:t>
      </w:r>
    </w:p>
    <w:p>
      <w:pPr>
        <w:bidi/>
        <w:spacing w:before="0" w:after="60"/>
        <w:jc w:val="both"/>
      </w:pPr>
      <w:r>
        <w:rPr>
          <w:rtl/>
        </w:rPr>
        <w:t>ד. «הם כותבות» – זה משפט נכון.      נכון / לא נכון</w:t>
      </w:r>
    </w:p>
    <w:p>
      <w:pPr>
        <w:bidi/>
        <w:spacing w:before="0" w:after="60"/>
        <w:jc w:val="both"/>
      </w:pPr>
      <w:r>
        <w:rPr>
          <w:rtl/>
        </w:rPr>
        <w:t>ה. במשפט «מחר רקדנו» יש טעות.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בכל משפט הפועל לא מתאים לזמן. כתבו אותו נכון.</w:t>
      </w:r>
    </w:p>
    <w:p>
      <w:pPr>
        <w:bidi/>
        <w:spacing w:before="0" w:after="100"/>
        <w:jc w:val="both"/>
      </w:pPr>
      <w:r>
        <w:rPr>
          <w:rtl/>
        </w:rPr>
        <w:t>א. אתמול אני אשחק בחצר.</w:t>
      </w:r>
    </w:p>
    <w:p>
      <w:pPr>
        <w:bidi/>
        <w:spacing w:before="0" w:after="100"/>
        <w:jc w:val="both"/>
      </w:pPr>
      <w:r>
        <w:rPr>
          <w:rtl/>
        </w:rPr>
        <w:t>ב. מחר הלכנו לסבתא.</w:t>
      </w:r>
    </w:p>
    <w:p>
      <w:pPr>
        <w:bidi/>
        <w:spacing w:before="0" w:after="100"/>
        <w:jc w:val="both"/>
      </w:pPr>
      <w:r>
        <w:rPr>
          <w:rtl/>
        </w:rPr>
        <w:t>ג. עכשיו הכלבה נבחה בחצר.</w:t>
      </w:r>
    </w:p>
    <w:p>
      <w:pPr>
        <w:bidi/>
        <w:spacing w:before="0" w:after="100"/>
        <w:jc w:val="both"/>
      </w:pPr>
      <w:r>
        <w:rPr>
          <w:rtl/>
        </w:rPr>
        <w:t>ד. בשבוע שעבר נקנה נעליים.</w:t>
      </w:r>
    </w:p>
    <w:p>
      <w:pPr>
        <w:bidi/>
        <w:spacing w:before="0" w:after="100"/>
        <w:jc w:val="both"/>
      </w:pPr>
      <w:r>
        <w:rPr>
          <w:rtl/>
        </w:rPr>
        <w:t>ה. בעוד שעה אכלנו ארוחת ערב.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קראו את הקטע «הגינה בבית הספר» והשלימו את הפעלים בזמן המתאים.</w:t>
      </w:r>
    </w:p>
    <w:p>
      <w:pPr>
        <w:bidi/>
        <w:spacing w:before="0" w:after="60"/>
        <w:jc w:val="both"/>
      </w:pPr>
      <w:r>
        <w:rPr>
          <w:rtl/>
        </w:rPr>
        <w:t>א. בשבוע שעבר __________ (שתל, אנחנו) זרעים של עגבניות.</w:t>
      </w:r>
    </w:p>
    <w:p>
      <w:pPr>
        <w:bidi/>
        <w:spacing w:before="0" w:after="60"/>
        <w:jc w:val="both"/>
      </w:pPr>
      <w:r>
        <w:rPr>
          <w:rtl/>
        </w:rPr>
        <w:t>ב. עכשיו אנחנו __________ (השקה) אותם כל יום.</w:t>
      </w:r>
    </w:p>
    <w:p>
      <w:pPr>
        <w:bidi/>
        <w:spacing w:before="0" w:after="60"/>
        <w:jc w:val="both"/>
      </w:pPr>
      <w:r>
        <w:rPr>
          <w:rtl/>
        </w:rPr>
        <w:t>ג. השמש __________ (חימם) את האדמה.</w:t>
      </w:r>
    </w:p>
    <w:p>
      <w:pPr>
        <w:bidi/>
        <w:spacing w:before="0" w:after="60"/>
        <w:jc w:val="both"/>
      </w:pPr>
      <w:r>
        <w:rPr>
          <w:rtl/>
        </w:rPr>
        <w:t>ד. בעוד חודש העגבניות __________ (גדל).</w:t>
      </w:r>
    </w:p>
    <w:p>
      <w:pPr>
        <w:bidi/>
        <w:spacing w:before="0" w:after="60"/>
        <w:jc w:val="both"/>
      </w:pPr>
      <w:r>
        <w:rPr>
          <w:rtl/>
        </w:rPr>
        <w:t>ה. ואז אנחנו __________ (קטף) אותן.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3–4 משפטים: מה עשיתם בחופש האחרון, ומה תעשו בחופש הבא. השתמשו בפעלים בעבר ובעתיד, ומתחו קו מתחתם.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גזרו את כרטיסי הפעלים, והדביקו כל פועל בעמודת הזמן המתאים.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אתמול (עבר)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היום (הווה)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מחר (עתיד)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פועל – </w:t>
            </w:r>
            <w:r>
              <w:rPr>
                <w:sz w:val="24"/>
                <w:szCs w:val="24"/>
                <w:rtl/>
              </w:rPr>
              <w:t>מילה שמספרת מה עושים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עבר – </w:t>
            </w:r>
            <w:r>
              <w:rPr>
                <w:sz w:val="24"/>
                <w:szCs w:val="24"/>
                <w:rtl/>
              </w:rPr>
              <w:t>מה שכבר קרה – אתמול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הווה – </w:t>
            </w:r>
            <w:r>
              <w:rPr>
                <w:sz w:val="24"/>
                <w:szCs w:val="24"/>
                <w:rtl/>
              </w:rPr>
              <w:t>מה שקורה עכשיו – היום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עתיד – </w:t>
            </w:r>
            <w:r>
              <w:rPr>
                <w:sz w:val="24"/>
                <w:szCs w:val="24"/>
                <w:rtl/>
              </w:rPr>
              <w:t>מה שעוד יקרה – מחר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בחרו שתי מילים מן הביאורים, וכתבו משפט עם כל אחת מהן.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פרק 4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  <w:rtl/>
        </w:rPr>
        <w:t>פרק 4: שם תואר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3_t0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מהו שם תואר?</w:t>
      </w:r>
    </w:p>
    <w:p>
      <w:pPr>
        <w:bidi/>
        <w:spacing w:before="0" w:after="40"/>
        <w:jc w:val="both"/>
      </w:pPr>
      <w:r>
        <w:rPr>
          <w:rtl/>
        </w:rPr>
        <w:t>שם תואר מוסיף פרט על שם העצם: איך הוא נראה, מה הגודל שלו, מה הצבע שלו או מה התכונה שלו. שואלים «איזה?» או «איזו?».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– שם עצם ואחריו שם תואר: כדור אדום · בית גדול · ילדה שמחה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שם התואר מתאים לשם העצם</w:t>
      </w:r>
    </w:p>
    <w:p>
      <w:pPr>
        <w:bidi/>
        <w:spacing w:before="0" w:after="40"/>
        <w:jc w:val="both"/>
      </w:pPr>
      <w:r>
        <w:rPr>
          <w:rtl/>
        </w:rPr>
        <w:t>שם התואר בא אחרי שם העצם ומתאים לו: זכר או נקבה, יחיד או רבים. ואם לשם העצם יש ה׳ הידיעה – גם לשם התואר: הכלב הקטן.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יחיד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כלב קטן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כלבה קטנה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כלבים קטנים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כלבות קטנות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שם תואר 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שמש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איטי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שלג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צב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לבן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לימון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חמוץ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גדול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חכמה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לכל שם תואר את ההפך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יבש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ארוך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קצר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כבד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עצוב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רטוב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שמח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שמות התואר: מה הם מתארים?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סגול  |  ענק  |  אמיץ  |  זעיר  |  כתום  |  נדיב  |  שחור  |  קטנטן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צבע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גודל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תכונה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שם התואר בצורה הנכונה.</w:t>
      </w:r>
    </w:p>
    <w:p>
      <w:pPr>
        <w:bidi/>
        <w:spacing w:before="0" w:after="20"/>
        <w:jc w:val="both"/>
      </w:pPr>
      <w:r>
        <w:rPr>
          <w:rtl/>
        </w:rPr>
        <w:t>א. הבננה ___.</w:t>
      </w:r>
    </w:p>
    <w:p>
      <w:pPr>
        <w:bidi/>
        <w:spacing w:before="0" w:after="80"/>
        <w:jc w:val="both"/>
      </w:pPr>
      <w:r>
        <w:rPr>
          <w:rtl/>
        </w:rPr>
        <w:t xml:space="preserve">   ○ צהוב      ○ צהובה      ○ צהובים</w:t>
      </w:r>
    </w:p>
    <w:p>
      <w:pPr>
        <w:bidi/>
        <w:spacing w:before="0" w:after="20"/>
        <w:jc w:val="both"/>
      </w:pPr>
      <w:r>
        <w:rPr>
          <w:rtl/>
        </w:rPr>
        <w:t>ב. המגדל ___.</w:t>
      </w:r>
    </w:p>
    <w:p>
      <w:pPr>
        <w:bidi/>
        <w:spacing w:before="0" w:after="80"/>
        <w:jc w:val="both"/>
      </w:pPr>
      <w:r>
        <w:rPr>
          <w:rtl/>
        </w:rPr>
        <w:t xml:space="preserve">   ○ גבוה      ○ גבוהה      ○ גבוהים</w:t>
      </w:r>
    </w:p>
    <w:p>
      <w:pPr>
        <w:bidi/>
        <w:spacing w:before="0" w:after="20"/>
        <w:jc w:val="both"/>
      </w:pPr>
      <w:r>
        <w:rPr>
          <w:rtl/>
        </w:rPr>
        <w:t>ג. הכלבים ___.</w:t>
      </w:r>
    </w:p>
    <w:p>
      <w:pPr>
        <w:bidi/>
        <w:spacing w:before="0" w:after="80"/>
        <w:jc w:val="both"/>
      </w:pPr>
      <w:r>
        <w:rPr>
          <w:rtl/>
        </w:rPr>
        <w:t xml:space="preserve">   ○ רעבים      ○ רעבות      ○ רעבה</w:t>
      </w:r>
    </w:p>
    <w:p>
      <w:pPr>
        <w:bidi/>
        <w:spacing w:before="0" w:after="20"/>
        <w:jc w:val="both"/>
      </w:pPr>
      <w:r>
        <w:rPr>
          <w:rtl/>
        </w:rPr>
        <w:t>ד. הנמלים ___.</w:t>
      </w:r>
    </w:p>
    <w:p>
      <w:pPr>
        <w:bidi/>
        <w:spacing w:before="0" w:after="80"/>
        <w:jc w:val="both"/>
      </w:pPr>
      <w:r>
        <w:rPr>
          <w:rtl/>
        </w:rPr>
        <w:t xml:space="preserve">   ○ קטן      ○ קטנה      ○ קטנות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שם תואר מן המחסן.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מחסן מילים: מתוקה  |  חד  |  רועשת  |  כבדים  |  עמוק</w:t>
      </w:r>
    </w:p>
    <w:p>
      <w:pPr>
        <w:bidi/>
        <w:spacing w:before="0" w:after="60"/>
        <w:jc w:val="both"/>
      </w:pPr>
      <w:r>
        <w:rPr>
          <w:rtl/>
        </w:rPr>
        <w:t>א. העוגה __________.</w:t>
      </w:r>
    </w:p>
    <w:p>
      <w:pPr>
        <w:bidi/>
        <w:spacing w:before="0" w:after="60"/>
        <w:jc w:val="both"/>
      </w:pPr>
      <w:r>
        <w:rPr>
          <w:rtl/>
        </w:rPr>
        <w:t>ב. העיפרון __________.</w:t>
      </w:r>
    </w:p>
    <w:p>
      <w:pPr>
        <w:bidi/>
        <w:spacing w:before="0" w:after="60"/>
        <w:jc w:val="both"/>
      </w:pPr>
      <w:r>
        <w:rPr>
          <w:rtl/>
        </w:rPr>
        <w:t>ג. המוזיקה __________.</w:t>
      </w:r>
    </w:p>
    <w:p>
      <w:pPr>
        <w:bidi/>
        <w:spacing w:before="0" w:after="60"/>
        <w:jc w:val="both"/>
      </w:pPr>
      <w:r>
        <w:rPr>
          <w:rtl/>
        </w:rPr>
        <w:t>ד. הארגזים __________.</w:t>
      </w:r>
    </w:p>
    <w:p>
      <w:pPr>
        <w:bidi/>
        <w:spacing w:before="0" w:after="60"/>
        <w:jc w:val="both"/>
      </w:pPr>
      <w:r>
        <w:rPr>
          <w:rtl/>
        </w:rPr>
        <w:t>ה. הבור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ביחיד או ברבים. שימו לב: גם שם התואר משתנה!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כוס מלאה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ספרים חדשים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עץ גבוה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מכוניות מהירות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מצאו בכל משפט את שם התואר, וכתבו גם את שם העצם שהוא מתאר.</w:t>
      </w:r>
    </w:p>
    <w:p>
      <w:pPr>
        <w:bidi/>
        <w:spacing w:before="0" w:after="100"/>
        <w:jc w:val="both"/>
      </w:pPr>
      <w:r>
        <w:rPr>
          <w:rtl/>
        </w:rPr>
        <w:t>א. על השולחן יש אגרטל שבור.</w:t>
      </w:r>
    </w:p>
    <w:p>
      <w:pPr>
        <w:bidi/>
        <w:spacing w:before="0" w:after="100"/>
        <w:jc w:val="both"/>
      </w:pPr>
      <w:r>
        <w:rPr>
          <w:rtl/>
        </w:rPr>
        <w:t>ב. הילדה הנבונה פתרה את החידה.</w:t>
      </w:r>
    </w:p>
    <w:p>
      <w:pPr>
        <w:bidi/>
        <w:spacing w:before="0" w:after="100"/>
        <w:jc w:val="both"/>
      </w:pPr>
      <w:r>
        <w:rPr>
          <w:rtl/>
        </w:rPr>
        <w:t>ג. קנינו גבינה לבנה.</w:t>
      </w:r>
    </w:p>
    <w:p>
      <w:pPr>
        <w:bidi/>
        <w:spacing w:before="0" w:after="100"/>
        <w:jc w:val="both"/>
      </w:pPr>
      <w:r>
        <w:rPr>
          <w:rtl/>
        </w:rPr>
        <w:t>ד. השמיים היום אפורים.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נכון או לא נכון?</w:t>
      </w:r>
    </w:p>
    <w:p>
      <w:pPr>
        <w:bidi/>
        <w:spacing w:before="0" w:after="60"/>
        <w:jc w:val="both"/>
      </w:pPr>
      <w:r>
        <w:rPr>
          <w:rtl/>
        </w:rPr>
        <w:t>א. «כחול» הוא שם תואר של צבע.      נכון / לא נכון</w:t>
      </w:r>
    </w:p>
    <w:p>
      <w:pPr>
        <w:bidi/>
        <w:spacing w:before="0" w:after="60"/>
        <w:jc w:val="both"/>
      </w:pPr>
      <w:r>
        <w:rPr>
          <w:rtl/>
        </w:rPr>
        <w:t>ב. אומרים «ילדות שמחים».      נכון / לא נכון</w:t>
      </w:r>
    </w:p>
    <w:p>
      <w:pPr>
        <w:bidi/>
        <w:spacing w:before="0" w:after="60"/>
        <w:jc w:val="both"/>
      </w:pPr>
      <w:r>
        <w:rPr>
          <w:rtl/>
        </w:rPr>
        <w:t>ג. המילה «שמחה» יכולה להיות שם עצם («השמחה גדולה») וגם שם תואר («ילדה שמחה»).      נכון / לא נכון</w:t>
      </w:r>
    </w:p>
    <w:p>
      <w:pPr>
        <w:bidi/>
        <w:spacing w:before="0" w:after="60"/>
        <w:jc w:val="both"/>
      </w:pPr>
      <w:r>
        <w:rPr>
          <w:rtl/>
        </w:rPr>
        <w:t>ד. במשפט «הדובים רעבים» המילה «רעבים» היא שם עצם.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בכל משפט שם התואר לא מתאים לשם העצם. כתבו אותו נכון.</w:t>
      </w:r>
    </w:p>
    <w:p>
      <w:pPr>
        <w:bidi/>
        <w:spacing w:before="0" w:after="100"/>
        <w:jc w:val="both"/>
      </w:pPr>
      <w:r>
        <w:rPr>
          <w:rtl/>
        </w:rPr>
        <w:t>א. השמלה החדש תלויה בארון.</w:t>
      </w:r>
    </w:p>
    <w:p>
      <w:pPr>
        <w:bidi/>
        <w:spacing w:before="0" w:after="100"/>
        <w:jc w:val="both"/>
      </w:pPr>
      <w:r>
        <w:rPr>
          <w:rtl/>
        </w:rPr>
        <w:t>ב. הכלבים הקטנות נובחים.</w:t>
      </w:r>
    </w:p>
    <w:p>
      <w:pPr>
        <w:bidi/>
        <w:spacing w:before="0" w:after="100"/>
        <w:jc w:val="both"/>
      </w:pPr>
      <w:r>
        <w:rPr>
          <w:rtl/>
        </w:rPr>
        <w:t>ג. קניתי נעליים חדשים.</w:t>
      </w:r>
    </w:p>
    <w:p>
      <w:pPr>
        <w:bidi/>
        <w:spacing w:before="0" w:after="100"/>
        <w:jc w:val="both"/>
      </w:pPr>
      <w:r>
        <w:rPr>
          <w:rtl/>
        </w:rPr>
        <w:t>ד. הגלידה הזאת טעים.</w:t>
      </w:r>
    </w:p>
    <w:p>
      <w:pPr>
        <w:bidi/>
        <w:spacing w:before="0" w:after="100"/>
        <w:jc w:val="both"/>
      </w:pPr>
      <w:r>
        <w:rPr>
          <w:rtl/>
        </w:rPr>
        <w:t>ה. העננים השחורות מכסים את השמש.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קראו את הקטע «יום חורף». השלימו שם תואר מן המחסן, ושנו את צורתו לפי הצורך.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מחסן מילים: קר  |  אפור  |  רטוב  |  חם  |  שמח</w:t>
      </w:r>
    </w:p>
    <w:p>
      <w:pPr>
        <w:bidi/>
        <w:spacing w:before="0" w:after="60"/>
        <w:jc w:val="both"/>
      </w:pPr>
      <w:r>
        <w:rPr>
          <w:rtl/>
        </w:rPr>
        <w:t>א. בחוץ היה יום __________ מאוד.</w:t>
      </w:r>
    </w:p>
    <w:p>
      <w:pPr>
        <w:bidi/>
        <w:spacing w:before="0" w:after="60"/>
        <w:jc w:val="both"/>
      </w:pPr>
      <w:r>
        <w:rPr>
          <w:rtl/>
        </w:rPr>
        <w:t>ב. השמיים היו __________ ומלאים בעננים.</w:t>
      </w:r>
    </w:p>
    <w:p>
      <w:pPr>
        <w:bidi/>
        <w:spacing w:before="0" w:after="60"/>
        <w:jc w:val="both"/>
      </w:pPr>
      <w:r>
        <w:rPr>
          <w:rtl/>
        </w:rPr>
        <w:t>ג. הנעליים שלנו היו __________ מהגשם.</w:t>
      </w:r>
    </w:p>
    <w:p>
      <w:pPr>
        <w:bidi/>
        <w:spacing w:before="0" w:after="60"/>
        <w:jc w:val="both"/>
      </w:pPr>
      <w:r>
        <w:rPr>
          <w:rtl/>
        </w:rPr>
        <w:t>ד. בבית שתינו תה __________.</w:t>
      </w:r>
    </w:p>
    <w:p>
      <w:pPr>
        <w:bidi/>
        <w:spacing w:before="0" w:after="60"/>
        <w:jc w:val="both"/>
      </w:pPr>
      <w:r>
        <w:rPr>
          <w:rtl/>
        </w:rPr>
        <w:t>ה. ישבנו ליד התנור, עייפים אבל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לכל שם עצם שלושה שמות תואר: צבע, גודל ותכונה אחרת.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צבע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גודל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תכונה אחרת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כוכב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חידה: תארו בעל חיים בשלושה או ארבעה שמות תואר, בלי לכתוב את שמו. תנו לחבר לנחש!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גזרו את כרטיסי שמות התואר, והדביקו ליד כל שם עצם את שם התואר המתאים לו (זכר/נקבה, יחיד/רבים).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כלב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פרחים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ילדה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מכוניות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התאימו תמונה למשפט: כתבו בריבוע את מספר התמונה, ומתחו קו מתחת לשם התואר.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🐘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🐁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🍓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❄️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הפיל הגדול שותה מים.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העכבר הקטן בורח.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השלג הלבן קר מאוד.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התות האדום מתוק.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פרק 5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  <w:rtl/>
        </w:rPr>
        <w:t>פרק 5: משפחת מילים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3_t0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מהי משפחת מילים?</w:t>
      </w:r>
    </w:p>
    <w:p>
      <w:pPr>
        <w:bidi/>
        <w:spacing w:before="0" w:after="40"/>
        <w:jc w:val="both"/>
      </w:pPr>
      <w:r>
        <w:rPr>
          <w:rtl/>
        </w:rPr>
        <w:t>מילים ממשפחה אחת חולקות אותן אותיות בסיס, שנקראות שורש. גם המשמעות שלהן קרובה.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מילים מאותה משפחה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השורש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כתב, מכתב, כתיבה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כ־ת־ב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שיר, שר, משורר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ש־י־ר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משחק, שחקן, שיחק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ש־ח־ק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איך מוצאים את השורש?</w:t>
      </w:r>
    </w:p>
    <w:p>
      <w:pPr>
        <w:bidi/>
        <w:spacing w:before="0" w:after="20"/>
        <w:jc w:val="both"/>
      </w:pPr>
      <w:r>
        <w:rPr>
          <w:rtl/>
        </w:rPr>
        <w:t>1. כותבים כמה מילים מאותה משפחה.</w:t>
      </w:r>
    </w:p>
    <w:p>
      <w:pPr>
        <w:bidi/>
        <w:spacing w:before="0" w:after="20"/>
        <w:jc w:val="both"/>
      </w:pPr>
      <w:r>
        <w:rPr>
          <w:rtl/>
        </w:rPr>
        <w:t>2. מחפשים את האותיות שחוזרות בכולן, לפי הסדר.</w:t>
      </w:r>
    </w:p>
    <w:p>
      <w:pPr>
        <w:bidi/>
        <w:spacing w:before="0" w:after="20"/>
        <w:jc w:val="both"/>
      </w:pPr>
      <w:r>
        <w:rPr>
          <w:rtl/>
        </w:rPr>
        <w:t>3. בודקים שגם המשמעות קרובה.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זהירות</w:t>
      </w:r>
    </w:p>
    <w:p>
      <w:pPr>
        <w:bidi/>
        <w:spacing w:before="0" w:after="40"/>
        <w:jc w:val="both"/>
      </w:pPr>
      <w:r>
        <w:rPr>
          <w:rtl/>
        </w:rPr>
        <w:t>אם יש אותיות משותפות אבל אין קשר במשמעות – המילים אינן מאותה משפחה.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מילה מאותה משפחה.</w:t>
      </w:r>
    </w:p>
    <w:p>
      <w:pPr>
        <w:bidi/>
        <w:spacing w:before="0" w:after="60"/>
        <w:jc w:val="both"/>
      </w:pPr>
      <w:r>
        <w:rPr>
          <w:rtl/>
        </w:rPr>
        <w:t>א. הילד __________ (ש־י־ר) שיר יפה.</w:t>
      </w:r>
    </w:p>
    <w:p>
      <w:pPr>
        <w:bidi/>
        <w:spacing w:before="0" w:after="60"/>
        <w:jc w:val="both"/>
      </w:pPr>
      <w:r>
        <w:rPr>
          <w:rtl/>
        </w:rPr>
        <w:t>ב. קנינו __________ (פ־ר־ח) לסבתא.</w:t>
      </w:r>
    </w:p>
    <w:p>
      <w:pPr>
        <w:bidi/>
        <w:spacing w:before="0" w:after="60"/>
        <w:jc w:val="both"/>
      </w:pPr>
      <w:r>
        <w:rPr>
          <w:rtl/>
        </w:rPr>
        <w:t>ג. שמענו __________ (ס־פ־ר) מעניין.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מילה נוספת מאותה משפחה.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מאותה משפחה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רכב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לבש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זוגות של מילים מאותה משפחה.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נגן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נגינה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טבח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רכיבה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רוכב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ממלכה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מלך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מטבח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חבר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חברות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איזו מילה לא שייכת למשפחה?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מגדל      ○ גדול      ○ גדר      ○ גידול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תלמיד      ○ לומדת      ○ לימוד      ○ לחם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rtl/>
        </w:rPr>
        <w:t xml:space="preserve">   ○ חלב      ○ חליבה      ○ חולב      ○ חלון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מילה מאותה משפחה של המילה שבסוגריים.</w:t>
      </w:r>
    </w:p>
    <w:p>
      <w:pPr>
        <w:bidi/>
        <w:spacing w:before="0" w:after="60"/>
        <w:jc w:val="both"/>
      </w:pPr>
      <w:r>
        <w:rPr>
          <w:rtl/>
        </w:rPr>
        <w:t>א. ה__________ (נגינה) ניגן בכינור.</w:t>
      </w:r>
    </w:p>
    <w:p>
      <w:pPr>
        <w:bidi/>
        <w:spacing w:before="0" w:after="60"/>
        <w:jc w:val="both"/>
      </w:pPr>
      <w:r>
        <w:rPr>
          <w:rtl/>
        </w:rPr>
        <w:t>ב. התינוק __________ (שינה) בעריסה.</w:t>
      </w:r>
    </w:p>
    <w:p>
      <w:pPr>
        <w:bidi/>
        <w:spacing w:before="0" w:after="60"/>
        <w:jc w:val="both"/>
      </w:pPr>
      <w:r>
        <w:rPr>
          <w:rtl/>
        </w:rPr>
        <w:t>ג. סבא __________ (בישול) מרק עוף.</w:t>
      </w:r>
    </w:p>
    <w:p>
      <w:pPr>
        <w:bidi/>
        <w:spacing w:before="0" w:after="60"/>
        <w:jc w:val="both"/>
      </w:pPr>
      <w:r>
        <w:rPr>
          <w:rtl/>
        </w:rPr>
        <w:t>ד. ה__________ (רכיבה) יוצאת מהתחנה בשמונה.</w:t>
      </w:r>
    </w:p>
    <w:p>
      <w:pPr>
        <w:bidi/>
        <w:spacing w:before="0" w:after="60"/>
        <w:jc w:val="both"/>
      </w:pPr>
      <w:r>
        <w:rPr>
          <w:rtl/>
        </w:rPr>
        <w:t>ה. הילדים __________ (משחק) בחצר.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לפי המשפחה. מילים שלא שייכות לאף משפחה – בטור השלישי.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כתבנו  |  קריאה  |  מכתב  |  קוראת  |  כתיבה  |  מקרא  |  כתר  |  קרח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כ־ת־ב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ק־ר־א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מהמשפחות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את השורש של כל מילה.</w:t>
      </w:r>
    </w:p>
    <w:p>
      <w:pPr>
        <w:bidi/>
        <w:spacing w:before="0" w:after="100"/>
        <w:jc w:val="both"/>
      </w:pPr>
      <w:r>
        <w:rPr>
          <w:rtl/>
        </w:rPr>
        <w:t>א. מכתבים</w:t>
      </w:r>
    </w:p>
    <w:p>
      <w:pPr>
        <w:bidi/>
        <w:spacing w:before="0" w:after="100"/>
        <w:jc w:val="both"/>
      </w:pPr>
      <w:r>
        <w:rPr>
          <w:rtl/>
        </w:rPr>
        <w:t>ב. שומרת</w:t>
      </w:r>
    </w:p>
    <w:p>
      <w:pPr>
        <w:bidi/>
        <w:spacing w:before="0" w:after="100"/>
        <w:jc w:val="both"/>
      </w:pPr>
      <w:r>
        <w:rPr>
          <w:rtl/>
        </w:rPr>
        <w:t>ג. ספרייה</w:t>
      </w:r>
    </w:p>
    <w:p>
      <w:pPr>
        <w:bidi/>
        <w:spacing w:before="0" w:after="100"/>
        <w:jc w:val="both"/>
      </w:pPr>
      <w:r>
        <w:rPr>
          <w:rtl/>
        </w:rPr>
        <w:t>ד. רקדנים</w:t>
      </w:r>
    </w:p>
    <w:p>
      <w:pPr>
        <w:bidi/>
        <w:spacing w:before="0" w:after="100"/>
        <w:jc w:val="both"/>
      </w:pPr>
      <w:r>
        <w:rPr>
          <w:rtl/>
        </w:rPr>
        <w:t>ה. הלבשה</w:t>
      </w:r>
    </w:p>
    <w:p>
      <w:pPr>
        <w:bidi/>
        <w:spacing w:before="0" w:after="100"/>
        <w:jc w:val="both"/>
      </w:pPr>
      <w:r>
        <w:rPr>
          <w:rtl/>
        </w:rPr>
        <w:t>ו. מחשבים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שתי מילים מכל משפחה.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1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ש־מ־ר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א־פ־ה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ט־י־ל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ח־ש־ב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נכון או לא נכון?</w:t>
      </w:r>
    </w:p>
    <w:p>
      <w:pPr>
        <w:bidi/>
        <w:spacing w:before="0" w:after="60"/>
        <w:jc w:val="both"/>
      </w:pPr>
      <w:r>
        <w:rPr>
          <w:rtl/>
        </w:rPr>
        <w:t>א. «מחשב» ו«חשבון» באות מאותו שורש.      נכון / לא נכון</w:t>
      </w:r>
    </w:p>
    <w:p>
      <w:pPr>
        <w:bidi/>
        <w:spacing w:before="0" w:after="60"/>
        <w:jc w:val="both"/>
      </w:pPr>
      <w:r>
        <w:rPr>
          <w:rtl/>
        </w:rPr>
        <w:t>ב. השורש של «מגדל» הוא ג־ד־ל.      נכון / לא נכון</w:t>
      </w:r>
    </w:p>
    <w:p>
      <w:pPr>
        <w:bidi/>
        <w:spacing w:before="0" w:after="60"/>
        <w:jc w:val="both"/>
      </w:pPr>
      <w:r>
        <w:rPr>
          <w:rtl/>
        </w:rPr>
        <w:t>ג. «דג» ו«דגל» הן מאותה משפחה.      נכון / לא נכון</w:t>
      </w:r>
    </w:p>
    <w:p>
      <w:pPr>
        <w:bidi/>
        <w:spacing w:before="0" w:after="60"/>
        <w:jc w:val="both"/>
      </w:pPr>
      <w:r>
        <w:rPr>
          <w:rtl/>
        </w:rPr>
        <w:t>ד. «ירח» ו«ירוק» הן מאותה משפחה.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קראו את הקטע «הספרייה של הכיתה». מצאו בכל משפט את המילים מן המשפחה ס־פ־ר.</w:t>
      </w:r>
    </w:p>
    <w:p>
      <w:pPr>
        <w:bidi/>
        <w:spacing w:before="0" w:after="100"/>
        <w:jc w:val="both"/>
      </w:pPr>
      <w:r>
        <w:rPr>
          <w:rtl/>
        </w:rPr>
        <w:t>א. בכיתה שלנו יש ספרייה קטנה.</w:t>
      </w:r>
    </w:p>
    <w:p>
      <w:pPr>
        <w:bidi/>
        <w:spacing w:before="0" w:after="100"/>
        <w:jc w:val="both"/>
      </w:pPr>
      <w:r>
        <w:rPr>
          <w:rtl/>
        </w:rPr>
        <w:t>ב. כל יום אני בוחר ספר חדש.</w:t>
      </w:r>
    </w:p>
    <w:p>
      <w:pPr>
        <w:bidi/>
        <w:spacing w:before="0" w:after="100"/>
        <w:jc w:val="both"/>
      </w:pPr>
      <w:r>
        <w:rPr>
          <w:rtl/>
        </w:rPr>
        <w:t>ג. הספרנית ממליצה לנו על סיפורים מצחיקים.</w:t>
      </w:r>
    </w:p>
    <w:p>
      <w:pPr>
        <w:bidi/>
        <w:spacing w:before="0" w:after="100"/>
        <w:jc w:val="both"/>
      </w:pPr>
      <w:r>
        <w:rPr>
          <w:rtl/>
        </w:rPr>
        <w:t>ד. בסוף השבוע אני מספר לחברים מה קראתי.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קראו את הקטע «העגבנייה שלנו» והשלימו מן המחסן מילים מן המשפחה ג־ד־ל.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מחסן מילים: גידלנו  |  גדלה  |  גודל  |  גדולה</w:t>
      </w:r>
    </w:p>
    <w:p>
      <w:pPr>
        <w:bidi/>
        <w:spacing w:before="0" w:after="60"/>
        <w:jc w:val="both"/>
      </w:pPr>
      <w:r>
        <w:rPr>
          <w:rtl/>
        </w:rPr>
        <w:t>א. באביב __________ שתיל של עגבנייה בחצר.</w:t>
      </w:r>
    </w:p>
    <w:p>
      <w:pPr>
        <w:bidi/>
        <w:spacing w:before="0" w:after="60"/>
        <w:jc w:val="both"/>
      </w:pPr>
      <w:r>
        <w:rPr>
          <w:rtl/>
        </w:rPr>
        <w:t>ב. העגבנייה __________ מהר מאוד.</w:t>
      </w:r>
    </w:p>
    <w:p>
      <w:pPr>
        <w:bidi/>
        <w:spacing w:before="0" w:after="60"/>
        <w:jc w:val="both"/>
      </w:pPr>
      <w:r>
        <w:rPr>
          <w:rtl/>
        </w:rPr>
        <w:t>ג. אחרי חודש היא הייתה ב__________ של כדור.</w:t>
      </w:r>
    </w:p>
    <w:p>
      <w:pPr>
        <w:bidi/>
        <w:spacing w:before="0" w:after="60"/>
        <w:jc w:val="both"/>
      </w:pPr>
      <w:r>
        <w:rPr>
          <w:rtl/>
        </w:rPr>
        <w:t>ד. בסוף היא הייתה __________ ואדומה.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מילים מאותה משפחה.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עשה? (פועל)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 עושה?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הפעולה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רקד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שחקן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בישול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סיפור קצר (3–4 משפטים) על ילדה שאוהבת לצייר. השתמשו לפחות בשלוש מילים מן המשפחה צ־י־ר, ומתחו קו מתחתן.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גזרו את כרטיסי המילים, והדביקו כל מילה במשפחה שלה (לפי השורש).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משפחת כ-ת-ב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משפחת ל-מ-ד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משפחת ש-מ-ר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מתחו קו מכל מילה אל השורש שלה.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משחק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ש-ח-ק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אוכל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ג-ד-ל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ריצה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א-כ-ל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סיפור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ר-ו-ץ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מגדל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ה. ס-פ-ר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פרק 6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  <w:rtl/>
        </w:rPr>
        <w:t>פרק 6: סימני פיסוק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3_t06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ארבעה סימנים ומתי כותבים אותם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מתי?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נקודה 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בסוף משפט שמספר משהו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היום יום שני.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סימן שאלה 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בסוף שאלה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שלומך?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סימן קריאה !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בסוף משפט שמביע רגש, קריאה או ציווי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זהירות!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פסיק ,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בין דברים ברשימה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קנינו לחם, חלב וגבינה.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פסיק ברשימה</w:t>
      </w:r>
    </w:p>
    <w:p>
      <w:pPr>
        <w:bidi/>
        <w:spacing w:before="0" w:after="40"/>
        <w:jc w:val="both"/>
      </w:pPr>
      <w:r>
        <w:rPr>
          <w:rtl/>
        </w:rPr>
        <w:t>בין הדברים ברשימה שמים פסיק, ולפני הדבר האחרון בדרך כלל כותבים «ו» בלי פסיק.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טיפ</w:t>
      </w:r>
    </w:p>
    <w:p>
      <w:pPr>
        <w:bidi/>
        <w:spacing w:before="0" w:after="40"/>
        <w:jc w:val="both"/>
      </w:pPr>
      <w:r>
        <w:rPr>
          <w:rtl/>
        </w:rPr>
        <w:t>קוראים את המשפט בקול: אם הקול עולה בסוף, כנראה זו שאלה.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סימן לתפקיד.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רגש חזק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!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בסוף משפט שמספר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בסוף שאלה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4. ,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מפריד ברשימה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0F766E"/>
          <w:sz w:val="30"/>
          <w:szCs w:val="30"/>
          <w:rtl/>
        </w:rPr>
        <w:t>בוקר בחצר*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בבוקר יצאתי לחצר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ראיתי חתול כלב ותרנגולת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איזה רעש הם עשו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למה כולם מתעוררים כל כך מוקדם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אריה יפרח, 2022. מתוך: אתר «מבט צעיר».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העתיקו את הקטע «בוקר בחצר» עם סימני פיסוק.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הוסיפו סימן בסוף המשפט: . ? או !</w:t>
      </w:r>
    </w:p>
    <w:p>
      <w:pPr>
        <w:bidi/>
        <w:spacing w:before="0" w:after="60"/>
        <w:jc w:val="both"/>
      </w:pPr>
      <w:r>
        <w:rPr>
          <w:rtl/>
        </w:rPr>
        <w:t>א. החתול שלנו לבן__________</w:t>
      </w:r>
    </w:p>
    <w:p>
      <w:pPr>
        <w:bidi/>
        <w:spacing w:before="0" w:after="60"/>
        <w:jc w:val="both"/>
      </w:pPr>
      <w:r>
        <w:rPr>
          <w:rtl/>
        </w:rPr>
        <w:t>ב. כמה עולה הספר__________</w:t>
      </w:r>
    </w:p>
    <w:p>
      <w:pPr>
        <w:bidi/>
        <w:spacing w:before="0" w:after="60"/>
        <w:jc w:val="both"/>
      </w:pPr>
      <w:r>
        <w:rPr>
          <w:rtl/>
        </w:rPr>
        <w:t>ג. יש! ניצחנו__________</w:t>
      </w:r>
    </w:p>
    <w:p>
      <w:pPr>
        <w:bidi/>
        <w:spacing w:before="0" w:after="60"/>
        <w:jc w:val="both"/>
      </w:pPr>
      <w:r>
        <w:rPr>
          <w:rtl/>
        </w:rPr>
        <w:t>ד. מתי מתחיל הסרט__________</w:t>
      </w:r>
    </w:p>
    <w:p>
      <w:pPr>
        <w:bidi/>
        <w:spacing w:before="0" w:after="60"/>
        <w:jc w:val="both"/>
      </w:pPr>
      <w:r>
        <w:rPr>
          <w:rtl/>
        </w:rPr>
        <w:t>ה. השמש שוקעת בערב__________</w:t>
      </w:r>
    </w:p>
    <w:p>
      <w:pPr>
        <w:bidi/>
        <w:spacing w:before="0" w:after="60"/>
        <w:jc w:val="both"/>
      </w:pPr>
      <w:r>
        <w:rPr>
          <w:rtl/>
        </w:rPr>
        <w:t>ו. בוא מהר__________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איזה סימן מתאים במקום הקו?</w:t>
      </w:r>
    </w:p>
    <w:p>
      <w:pPr>
        <w:bidi/>
        <w:spacing w:before="0" w:after="20"/>
        <w:jc w:val="both"/>
      </w:pPr>
      <w:r>
        <w:rPr>
          <w:rtl/>
        </w:rPr>
        <w:t>א. מה שמך___</w:t>
      </w:r>
    </w:p>
    <w:p>
      <w:pPr>
        <w:bidi/>
        <w:spacing w:before="0" w:after="80"/>
        <w:jc w:val="both"/>
      </w:pPr>
      <w:r>
        <w:rPr>
          <w:rtl/>
        </w:rPr>
        <w:t xml:space="preserve">   ○ .      ○ ?      ○ !      ○ ,</w:t>
      </w:r>
    </w:p>
    <w:p>
      <w:pPr>
        <w:bidi/>
        <w:spacing w:before="0" w:after="20"/>
        <w:jc w:val="both"/>
      </w:pPr>
      <w:r>
        <w:rPr>
          <w:rtl/>
        </w:rPr>
        <w:t>ב. איזה כיף___</w:t>
      </w:r>
    </w:p>
    <w:p>
      <w:pPr>
        <w:bidi/>
        <w:spacing w:before="0" w:after="80"/>
        <w:jc w:val="both"/>
      </w:pPr>
      <w:r>
        <w:rPr>
          <w:rtl/>
        </w:rPr>
        <w:t xml:space="preserve">   ○ .      ○ ?      ○ !      ○ ,</w:t>
      </w:r>
    </w:p>
    <w:p>
      <w:pPr>
        <w:bidi/>
        <w:spacing w:before="0" w:after="20"/>
        <w:jc w:val="both"/>
      </w:pPr>
      <w:r>
        <w:rPr>
          <w:rtl/>
        </w:rPr>
        <w:t>ג. אני גר בחיפה___</w:t>
      </w:r>
    </w:p>
    <w:p>
      <w:pPr>
        <w:bidi/>
        <w:spacing w:before="0" w:after="80"/>
        <w:jc w:val="both"/>
      </w:pPr>
      <w:r>
        <w:rPr>
          <w:rtl/>
        </w:rPr>
        <w:t xml:space="preserve">   ○ .      ○ ?      ○ !      ○ ,</w:t>
      </w:r>
    </w:p>
    <w:p>
      <w:pPr>
        <w:bidi/>
        <w:spacing w:before="0" w:after="20"/>
        <w:jc w:val="both"/>
      </w:pPr>
      <w:r>
        <w:rPr>
          <w:rtl/>
        </w:rPr>
        <w:t>ד. צריך לקנות לחם___ חלב וביצים.</w:t>
      </w:r>
    </w:p>
    <w:p>
      <w:pPr>
        <w:bidi/>
        <w:spacing w:before="0" w:after="80"/>
        <w:jc w:val="both"/>
      </w:pPr>
      <w:r>
        <w:rPr>
          <w:rtl/>
        </w:rPr>
        <w:t xml:space="preserve">   ○ .      ○ ?      ○ !      ○ ,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מילות שאלה: התאימו לכל מילת שאלה את מה שהיא שואלת עליו.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מי?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זמן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איפה?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אדם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מתי?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מקום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כמה?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למה?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מספר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נכון או לא נכון?</w:t>
      </w:r>
    </w:p>
    <w:p>
      <w:pPr>
        <w:bidi/>
        <w:spacing w:before="0" w:after="60"/>
        <w:jc w:val="both"/>
      </w:pPr>
      <w:r>
        <w:rPr>
          <w:rtl/>
        </w:rPr>
        <w:t>א. סימן קריאה מתאים לבקשה חזקה, כמו «עצור!».      נכון / לא נכון</w:t>
      </w:r>
    </w:p>
    <w:p>
      <w:pPr>
        <w:bidi/>
        <w:spacing w:before="0" w:after="60"/>
        <w:jc w:val="both"/>
      </w:pPr>
      <w:r>
        <w:rPr>
          <w:rtl/>
        </w:rPr>
        <w:t>ב. בסוף המשפט «אני אוהב לקרוא» צריך סימן שאלה.      נכון / לא נכון</w:t>
      </w:r>
    </w:p>
    <w:p>
      <w:pPr>
        <w:bidi/>
        <w:spacing w:before="0" w:after="60"/>
        <w:jc w:val="both"/>
      </w:pPr>
      <w:r>
        <w:rPr>
          <w:rtl/>
        </w:rPr>
        <w:t>ג. פסיק מפריד בין דברים ברשימה.      נכון / לא נכון</w:t>
      </w:r>
    </w:p>
    <w:p>
      <w:pPr>
        <w:bidi/>
        <w:spacing w:before="0" w:after="60"/>
        <w:jc w:val="both"/>
      </w:pPr>
      <w:r>
        <w:rPr>
          <w:rtl/>
        </w:rPr>
        <w:t>ד. ברשימה שמים פסיק גם לפני המילה עם ו־.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הוסיפו פסיקים. כתבו את הרשימה עם הפסיקים.</w:t>
      </w:r>
    </w:p>
    <w:p>
      <w:pPr>
        <w:bidi/>
        <w:spacing w:before="0" w:after="100"/>
        <w:jc w:val="both"/>
      </w:pPr>
      <w:r>
        <w:rPr>
          <w:rtl/>
        </w:rPr>
        <w:t>א. בקופסה יש עפרונות טושים ומחקים.</w:t>
      </w:r>
    </w:p>
    <w:p>
      <w:pPr>
        <w:bidi/>
        <w:spacing w:before="0" w:after="100"/>
        <w:jc w:val="both"/>
      </w:pPr>
      <w:r>
        <w:rPr>
          <w:rtl/>
        </w:rPr>
        <w:t>ב. לסבתא יש חתול כלב ותוכי.</w:t>
      </w:r>
    </w:p>
    <w:p>
      <w:pPr>
        <w:bidi/>
        <w:spacing w:before="0" w:after="100"/>
        <w:jc w:val="both"/>
      </w:pPr>
      <w:r>
        <w:rPr>
          <w:rtl/>
        </w:rPr>
        <w:t>ג. בקיץ אנחנו שוחים משחקים ונחים.</w:t>
      </w:r>
    </w:p>
    <w:p>
      <w:pPr>
        <w:bidi/>
        <w:spacing w:before="0" w:after="100"/>
        <w:jc w:val="both"/>
      </w:pPr>
      <w:r>
        <w:rPr>
          <w:rtl/>
        </w:rPr>
        <w:t>ד. בשוק קנינו מלפפונים עגבניות גזר ובצל.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הפכו כל משפט לשאלה. אל תשכחו סימן שאלה!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דני הלך לגן.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הגשם התחיל בבוקר.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אימא קנתה תפוחים.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הספר נמצא בתיק.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קראו את המכתב של יעל לסבתא והשלימו סימן פיסוק: . ? ! או ,</w:t>
      </w:r>
    </w:p>
    <w:p>
      <w:pPr>
        <w:bidi/>
        <w:spacing w:before="0" w:after="60"/>
        <w:jc w:val="both"/>
      </w:pPr>
      <w:r>
        <w:rPr>
          <w:rtl/>
        </w:rPr>
        <w:t>א. סבתא יקרה, מה שלומך__________</w:t>
      </w:r>
    </w:p>
    <w:p>
      <w:pPr>
        <w:bidi/>
        <w:spacing w:before="0" w:after="60"/>
        <w:jc w:val="both"/>
      </w:pPr>
      <w:r>
        <w:rPr>
          <w:rtl/>
        </w:rPr>
        <w:t>ב. בשבוע שעבר היה לי יום הולדת__________</w:t>
      </w:r>
    </w:p>
    <w:p>
      <w:pPr>
        <w:bidi/>
        <w:spacing w:before="0" w:after="60"/>
        <w:jc w:val="both"/>
      </w:pPr>
      <w:r>
        <w:rPr>
          <w:rtl/>
        </w:rPr>
        <w:t>ג. קיבלתי ספר__________ כדור ומשחק.</w:t>
      </w:r>
    </w:p>
    <w:p>
      <w:pPr>
        <w:bidi/>
        <w:spacing w:before="0" w:after="60"/>
        <w:jc w:val="both"/>
      </w:pPr>
      <w:r>
        <w:rPr>
          <w:rtl/>
        </w:rPr>
        <w:t>ד. איזו מסיבה שמחה הייתה__________</w:t>
      </w:r>
    </w:p>
    <w:p>
      <w:pPr>
        <w:bidi/>
        <w:spacing w:before="0" w:after="60"/>
        <w:jc w:val="both"/>
      </w:pPr>
      <w:r>
        <w:rPr>
          <w:rtl/>
        </w:rPr>
        <w:t>ה. מתי תבואי לבקר אותנו__________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בכל שורה חסרים סימני פיסוק. כתבו אותה מחדש עם הסימנים.</w:t>
      </w:r>
    </w:p>
    <w:p>
      <w:pPr>
        <w:bidi/>
        <w:spacing w:before="0" w:after="100"/>
        <w:jc w:val="both"/>
      </w:pPr>
      <w:r>
        <w:rPr>
          <w:rtl/>
        </w:rPr>
        <w:t>א. איפה המטרייה שלי בחוץ יורד גשם</w:t>
      </w:r>
    </w:p>
    <w:p>
      <w:pPr>
        <w:bidi/>
        <w:spacing w:before="0" w:after="100"/>
        <w:jc w:val="both"/>
      </w:pPr>
      <w:r>
        <w:rPr>
          <w:rtl/>
        </w:rPr>
        <w:t>ב. וואו איזו קשת יפה</w:t>
      </w:r>
    </w:p>
    <w:p>
      <w:pPr>
        <w:bidi/>
        <w:spacing w:before="0" w:after="100"/>
        <w:jc w:val="both"/>
      </w:pPr>
      <w:r>
        <w:rPr>
          <w:rtl/>
        </w:rPr>
        <w:t>ג. בתיק יש מים כריך ותפוח</w:t>
      </w:r>
    </w:p>
    <w:p>
      <w:pPr>
        <w:bidi/>
        <w:spacing w:before="0" w:after="100"/>
        <w:jc w:val="both"/>
      </w:pPr>
      <w:r>
        <w:rPr>
          <w:rtl/>
        </w:rPr>
        <w:t>ד. מתי נצא לטיול מחר בבוקר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משפט משלכם מכל סוג.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 המשפט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המשפט שלי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משפט שמספר (.)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שאלה (?)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קריאה (!)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רשימה עם פסיקים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פתק להורים (3–4 משפטים) ובו בקשה ללכת לחבר אחרי הלימודים. השתמשו בשאלה, בקריאה ובפסיק.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13. גזרו את כרטיסי סימני הפיסוק, והדביקו בסוף כל משפט את הסימן המתאים.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איזה יום יפה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מה השעה עכשיו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דני הלך לבית הספר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איפה התיק שלי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הצילו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היום ירד גשם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נקודה  . – </w:t>
            </w:r>
            <w:r>
              <w:rPr>
                <w:sz w:val="24"/>
                <w:szCs w:val="24"/>
                <w:rtl/>
              </w:rPr>
              <w:t>באה בסוף משפט שמספר משהו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סימן שאלה  ? – </w:t>
            </w:r>
            <w:r>
              <w:rPr>
                <w:sz w:val="24"/>
                <w:szCs w:val="24"/>
                <w:rtl/>
              </w:rPr>
              <w:t>בא בסוף משפט ששואל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סימן קריאה  ! – </w:t>
            </w:r>
            <w:r>
              <w:rPr>
                <w:sz w:val="24"/>
                <w:szCs w:val="24"/>
                <w:rtl/>
              </w:rPr>
              <w:t>בא בסוף משפט של התרגשות, שמחה או בהלה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פסיק  , – </w:t>
            </w:r>
            <w:r>
              <w:rPr>
                <w:sz w:val="24"/>
                <w:szCs w:val="24"/>
                <w:rtl/>
              </w:rPr>
              <w:t>מפריד בין מילים ברשימה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כתבו משפט אחד שמסתיים בסימן שאלה, ומשפט אחד שמסתיים בסימן קריאה.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פרק 7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  <w:rtl/>
        </w:rPr>
        <w:t>פרק 7: קוראים סיפור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3_t07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חלקי הסיפור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דמויות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 בסיפור?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מקום וזמן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איפה? מתי?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השתבש או מה צריך לפתור?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פתרון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איך הבעיה נפתרה?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סדר האירועים</w:t>
      </w:r>
    </w:p>
    <w:p>
      <w:pPr>
        <w:bidi/>
        <w:spacing w:before="0" w:after="40"/>
        <w:jc w:val="both"/>
      </w:pPr>
      <w:r>
        <w:rPr>
          <w:rtl/>
        </w:rPr>
        <w:t>בכל סיפור יש התחלה, אמצע וסוף. מילות סדר עוזרות לדעת מה קרה קודם ומה אחר כך.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מילות סדר: קודם · אחר כך · בסוף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  <w:rtl/>
        </w:rPr>
        <w:t>◆ אחרי הקריאה שואלים</w:t>
      </w:r>
    </w:p>
    <w:p>
      <w:pPr>
        <w:bidi/>
        <w:spacing w:before="0" w:after="20"/>
        <w:jc w:val="both"/>
      </w:pPr>
      <w:r>
        <w:rPr>
          <w:rtl/>
        </w:rPr>
        <w:t>1. מי בסיפור?</w:t>
      </w:r>
    </w:p>
    <w:p>
      <w:pPr>
        <w:bidi/>
        <w:spacing w:before="0" w:after="20"/>
        <w:jc w:val="both"/>
      </w:pPr>
      <w:r>
        <w:rPr>
          <w:rtl/>
        </w:rPr>
        <w:t>2. איפה ומתי זה קרה?</w:t>
      </w:r>
    </w:p>
    <w:p>
      <w:pPr>
        <w:bidi/>
        <w:spacing w:before="0" w:after="20"/>
        <w:jc w:val="both"/>
      </w:pPr>
      <w:r>
        <w:rPr>
          <w:rtl/>
        </w:rPr>
        <w:t>3. מה הבעיה?</w:t>
      </w:r>
    </w:p>
    <w:p>
      <w:pPr>
        <w:bidi/>
        <w:spacing w:before="0" w:after="20"/>
        <w:jc w:val="both"/>
      </w:pPr>
      <w:r>
        <w:rPr>
          <w:rtl/>
        </w:rPr>
        <w:t>4. איך היא נפתרה?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0F766E"/>
          <w:sz w:val="30"/>
          <w:szCs w:val="30"/>
          <w:rtl/>
        </w:rPr>
        <w:t>הגינה של הכיתה*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בכיתה ג' החליטו לשתול גינה. קודם ניקו את האדמה. אחר כך שתלו זרעים של חסה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ושל פרחים.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במשך כמה ימים לא צמח כלום, והילדים דאגו. המורה הסבירה שצריך להשקות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ולחכות בסבלנות.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אחרי שבועיים הופיעו עלים ירוקים קטנים. בסוף השנה קטפו הילדים חסה והכינו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סלט לכל הכיתה.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מאיה בן-עמי, 2024. מתוך הקובץ «סיפורים מן החצר».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ענו לפי הסיפור.</w:t>
      </w:r>
    </w:p>
    <w:p>
      <w:pPr>
        <w:bidi/>
        <w:spacing w:before="0" w:after="20"/>
        <w:jc w:val="both"/>
      </w:pPr>
      <w:r>
        <w:rPr>
          <w:rtl/>
        </w:rPr>
        <w:t>א. מה עשו הילדים קודם?</w:t>
      </w:r>
    </w:p>
    <w:p>
      <w:pPr>
        <w:bidi/>
        <w:spacing w:before="0" w:after="80"/>
        <w:jc w:val="both"/>
      </w:pPr>
      <w:r>
        <w:rPr>
          <w:rtl/>
        </w:rPr>
        <w:t xml:space="preserve">   ○ שתלו זרעים      ○ ניקו את האדמה      ○ קטפו חסה</w:t>
      </w:r>
    </w:p>
    <w:p>
      <w:pPr>
        <w:bidi/>
        <w:spacing w:before="0" w:after="20"/>
        <w:jc w:val="both"/>
      </w:pPr>
      <w:r>
        <w:rPr>
          <w:rtl/>
        </w:rPr>
        <w:t>ב. למה הילדים דאגו?</w:t>
      </w:r>
    </w:p>
    <w:p>
      <w:pPr>
        <w:bidi/>
        <w:spacing w:before="0" w:after="80"/>
        <w:jc w:val="both"/>
      </w:pPr>
      <w:r>
        <w:rPr>
          <w:rtl/>
        </w:rPr>
        <w:t xml:space="preserve">   ○ כי לא צמח כלום      ○ כי ירד גשם      ○ כי המורה כעסה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סדרו במילים שלכם: מה קרה בהתחלה, באמצע ובסוף?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0F766E"/>
          <w:sz w:val="30"/>
          <w:szCs w:val="30"/>
          <w:rtl/>
        </w:rPr>
        <w:t>הפתק בספר*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נגה אהבה לקרוא. ביום ראשון שאלה מהספרייה ספר על חיות הים.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בתוך הספר מצאה פתק קטן: «מי שמוצא את הפתק – מוזמן לכתוב לי משהו. יואב,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כיתה ד'».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נגה התביישה קצת, אבל בסוף כתבה: «הספר מעולה! הכי אהבתי את הפרק על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התמנון».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6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היא החזירה את הספר עם שני הפתקים. שבוע אחר כך חיכה לה בספרייה פתק חדש: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«גם אני אהבתי את התמנון! רוצה להמליץ לי על ספר?»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שמואל שושני, 2015. מתוך: «עלים» – ירחון לנוער.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ענו לפי הסיפור «הפתק בספר».</w:t>
      </w:r>
    </w:p>
    <w:p>
      <w:pPr>
        <w:bidi/>
        <w:spacing w:before="0" w:after="20"/>
        <w:jc w:val="both"/>
      </w:pPr>
      <w:r>
        <w:rPr>
          <w:rtl/>
        </w:rPr>
        <w:t>א. מה מצאה נגה בתוך הספר?</w:t>
      </w:r>
    </w:p>
    <w:p>
      <w:pPr>
        <w:bidi/>
        <w:spacing w:before="0" w:after="80"/>
        <w:jc w:val="both"/>
      </w:pPr>
      <w:r>
        <w:rPr>
          <w:rtl/>
        </w:rPr>
        <w:t xml:space="preserve">   ○ תמונה      ○ פתק      ○ מפה</w:t>
      </w:r>
    </w:p>
    <w:p>
      <w:pPr>
        <w:bidi/>
        <w:spacing w:before="0" w:after="20"/>
        <w:jc w:val="both"/>
      </w:pPr>
      <w:r>
        <w:rPr>
          <w:rtl/>
        </w:rPr>
        <w:t>ב. על מה היה הספר?</w:t>
      </w:r>
    </w:p>
    <w:p>
      <w:pPr>
        <w:bidi/>
        <w:spacing w:before="0" w:after="80"/>
        <w:jc w:val="both"/>
      </w:pPr>
      <w:r>
        <w:rPr>
          <w:rtl/>
        </w:rPr>
        <w:t xml:space="preserve">   ○ על חיות הים      ○ על החלל      ○ על ציפורים</w:t>
      </w:r>
    </w:p>
    <w:p>
      <w:pPr>
        <w:bidi/>
        <w:spacing w:before="0" w:after="20"/>
        <w:jc w:val="both"/>
      </w:pPr>
      <w:r>
        <w:rPr>
          <w:rtl/>
        </w:rPr>
        <w:t>ג. איך הרגישה נגה לפני שכתבה?</w:t>
      </w:r>
    </w:p>
    <w:p>
      <w:pPr>
        <w:bidi/>
        <w:spacing w:before="0" w:after="80"/>
        <w:jc w:val="both"/>
      </w:pPr>
      <w:r>
        <w:rPr>
          <w:rtl/>
        </w:rPr>
        <w:t xml:space="preserve">   ○ כעסה      ○ התביישה קצת      ○ פחדה מאוד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לפי הסיפור «הפתק בספר».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תשובה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 הדמויות?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מאיפה שאלה נגה את הספר?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כתבה נגה בפתק?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קרה שבוע אחר כך?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מילה מן הסיפור «הפתק בספר».</w:t>
      </w:r>
    </w:p>
    <w:p>
      <w:pPr>
        <w:bidi/>
        <w:spacing w:before="0" w:after="60"/>
        <w:jc w:val="both"/>
      </w:pPr>
      <w:r>
        <w:rPr>
          <w:rtl/>
        </w:rPr>
        <w:t>א. נגה __________ מהספרייה ספר על חיות הים.</w:t>
      </w:r>
    </w:p>
    <w:p>
      <w:pPr>
        <w:bidi/>
        <w:spacing w:before="0" w:after="60"/>
        <w:jc w:val="both"/>
      </w:pPr>
      <w:r>
        <w:rPr>
          <w:rtl/>
        </w:rPr>
        <w:t>ב. יואב לומד בכיתה __________.</w:t>
      </w:r>
    </w:p>
    <w:p>
      <w:pPr>
        <w:bidi/>
        <w:spacing w:before="0" w:after="60"/>
        <w:jc w:val="both"/>
      </w:pPr>
      <w:r>
        <w:rPr>
          <w:rtl/>
        </w:rPr>
        <w:t>ג. נגה החזירה את הספר עם __________ פתקים.</w:t>
      </w:r>
    </w:p>
    <w:p>
      <w:pPr>
        <w:bidi/>
        <w:spacing w:before="0" w:after="60"/>
        <w:jc w:val="both"/>
      </w:pPr>
      <w:r>
        <w:rPr>
          <w:rtl/>
        </w:rPr>
        <w:t>ד. יואב שאל אם נגה רוצה __________ לו על ספר.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מה הייתם כותבים ליואב? כתבו המלצה קצרה על ספר שאהבתם (2–3 משפטים).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0F766E"/>
          <w:sz w:val="30"/>
          <w:szCs w:val="30"/>
          <w:rtl/>
        </w:rPr>
        <w:t>המרוץ של עומר*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ביום הספורט התקיים מרוץ גדול. עומר רצה מאוד לנצח.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באמצע המרוץ נפל דניאל, חבר מהכיתה, ונשרט בברך.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עומר עצר, עזר לדניאל לקום והלך איתו לאט עד המורה.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עומר הגיע אחרון, אבל כשעלה לבמה לקבל תעודה, כל הילדים מחאו לו כפיים.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«לא ניצחתי במרוץ», אמר עומר לאימא בערב, «אבל אני מרגיש שניצחתי במשהו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אחר».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דורון לוינסון, 2023.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ענו לפי הסיפור «המרוץ של עומר»: נכון או לא נכון?</w:t>
      </w:r>
    </w:p>
    <w:p>
      <w:pPr>
        <w:bidi/>
        <w:spacing w:before="0" w:after="60"/>
        <w:jc w:val="both"/>
      </w:pPr>
      <w:r>
        <w:rPr>
          <w:rtl/>
        </w:rPr>
        <w:t>א. עומר הגיע ראשון במרוץ.      נכון / לא נכון</w:t>
      </w:r>
    </w:p>
    <w:p>
      <w:pPr>
        <w:bidi/>
        <w:spacing w:before="0" w:after="60"/>
        <w:jc w:val="both"/>
      </w:pPr>
      <w:r>
        <w:rPr>
          <w:rtl/>
        </w:rPr>
        <w:t>ב. דניאל הוא חבר מהכיתה של עומר.      נכון / לא נכון</w:t>
      </w:r>
    </w:p>
    <w:p>
      <w:pPr>
        <w:bidi/>
        <w:spacing w:before="0" w:after="60"/>
        <w:jc w:val="both"/>
      </w:pPr>
      <w:r>
        <w:rPr>
          <w:rtl/>
        </w:rPr>
        <w:t>ג. עומר עזר לדניאל לקום.      נכון / לא נכון</w:t>
      </w:r>
    </w:p>
    <w:p>
      <w:pPr>
        <w:bidi/>
        <w:spacing w:before="0" w:after="60"/>
        <w:jc w:val="both"/>
      </w:pPr>
      <w:r>
        <w:rPr>
          <w:rtl/>
        </w:rPr>
        <w:t>ד. הילדים צחקו על עומר.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העתיקו מן הסיפור את המשפט שמראה ש...</w:t>
      </w:r>
    </w:p>
    <w:p>
      <w:pPr>
        <w:bidi/>
        <w:spacing w:before="0" w:after="100"/>
        <w:jc w:val="both"/>
      </w:pPr>
      <w:r>
        <w:rPr>
          <w:rtl/>
        </w:rPr>
        <w:t>א. ...עומר רצה לנצח.</w:t>
      </w:r>
    </w:p>
    <w:p>
      <w:pPr>
        <w:bidi/>
        <w:spacing w:before="0" w:after="100"/>
        <w:jc w:val="both"/>
      </w:pPr>
      <w:r>
        <w:rPr>
          <w:rtl/>
        </w:rPr>
        <w:t>ב. ...עומר ויתר על הניצחון כדי לעזור לחבר.</w:t>
      </w:r>
    </w:p>
    <w:p>
      <w:pPr>
        <w:bidi/>
        <w:spacing w:before="0" w:after="100"/>
        <w:jc w:val="both"/>
      </w:pPr>
      <w:r>
        <w:rPr>
          <w:rtl/>
        </w:rPr>
        <w:t>ג. ...הילדים העריכו את מה שעשה עומר.</w:t>
      </w:r>
    </w:p>
    <w:p>
      <w:pPr>
        <w:bidi/>
        <w:spacing w:before="0" w:after="100"/>
        <w:jc w:val="both"/>
      </w:pPr>
      <w:r>
        <w:rPr>
          <w:rtl/>
        </w:rPr>
        <w:t>ד. ...עומר שמח במה שעשה.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דמות בסיפור את מה שהיא הרגישה.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עומר בתחילת המרוץ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מעריכים את עומר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דניאל אחרי הנפילה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רוצה מאוד לנצח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הילדים בסוף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גאה במעשה שלו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עומר בערב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כואבת לו הברך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עומר אמר: «אני מרגיש שניצחתי במשהו אחר». במה הוא ניצח לדעתכם?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11. גזרו את ארבעת כרטיסי הסיפור, והדביקו אותם לפי סדר האירועים: התחלה, אמצע, סוף.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1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2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3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12. התאימו תמונה למשפט: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📖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🌧️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☂️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🌈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דני פתח מטרייה גדולה.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פתאום התחיל לרדת גשם חזק.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הסיפור מתחיל בבוקר שקט.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בסוף הופיעה קשת בענן.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  <w:rtl/>
        </w:rPr>
        <w:t>חזרה – מה למדנו?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השלימו.</w:t>
      </w:r>
    </w:p>
    <w:p>
      <w:pPr>
        <w:bidi/>
        <w:spacing w:before="0" w:after="60"/>
        <w:jc w:val="both"/>
      </w:pPr>
      <w:r>
        <w:rPr>
          <w:rtl/>
        </w:rPr>
        <w:t>א. עצים ← __________ (יחיד)</w:t>
      </w:r>
    </w:p>
    <w:p>
      <w:pPr>
        <w:bidi/>
        <w:spacing w:before="0" w:after="60"/>
        <w:jc w:val="both"/>
      </w:pPr>
      <w:r>
        <w:rPr>
          <w:rtl/>
        </w:rPr>
        <w:t>ב. מחר אני __________ (קרא).</w:t>
      </w:r>
    </w:p>
    <w:p>
      <w:pPr>
        <w:bidi/>
        <w:spacing w:before="0" w:after="60"/>
        <w:jc w:val="both"/>
      </w:pPr>
      <w:r>
        <w:rPr>
          <w:rtl/>
        </w:rPr>
        <w:t>ג. בובה __________ (יפה)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הוסיפו סימן פיסוק.</w:t>
      </w:r>
    </w:p>
    <w:p>
      <w:pPr>
        <w:bidi/>
        <w:spacing w:before="0" w:after="60"/>
        <w:jc w:val="both"/>
      </w:pPr>
      <w:r>
        <w:rPr>
          <w:rtl/>
        </w:rPr>
        <w:t>א. כמה שעות יש ביום__________</w:t>
      </w:r>
    </w:p>
    <w:p>
      <w:pPr>
        <w:bidi/>
        <w:spacing w:before="0" w:after="60"/>
        <w:jc w:val="both"/>
      </w:pPr>
      <w:r>
        <w:rPr>
          <w:rtl/>
        </w:rPr>
        <w:t>ב. איזה כיף__________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שלושה משפטים על החבר הכי טוב שלכם. השתמשו בשם תואר ובפועל.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480" w:after="80"/>
        <w:jc w:val="center"/>
      </w:pPr>
      <w:r>
        <w:rPr>
          <w:rFonts w:ascii="Arial Black" w:hAnsi="Arial Black" w:cs="Arial Black"/>
          <w:b/>
          <w:bCs/>
          <w:color w:val="0F766E"/>
          <w:sz w:val="60"/>
          <w:szCs w:val="60"/>
          <w:rtl/>
        </w:rPr>
        <w:t>כל הכבוד!</w:t>
      </w:r>
    </w:p>
    <w:p>
      <w:pPr>
        <w:bidi/>
        <w:spacing w:before="0" w:after="80"/>
        <w:jc w:val="center"/>
      </w:pPr>
      <w:r>
        <w:rPr>
          <w:sz w:val="32"/>
          <w:szCs w:val="32"/>
          <w:rtl/>
        </w:rPr>
        <w:t>סיימתי את חוברת העבודה בלשון לכיתה ג'.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F766E"/>
          <w:sz w:val="27"/>
          <w:szCs w:val="27"/>
          <w:rtl/>
        </w:rPr>
        <w:t>פרק 1: אותיות סופיות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8, משימה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🌳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עץ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🦉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ינשוף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☀️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שמש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🧸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דובון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🐄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פרה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🐟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דג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🍞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לחם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🍯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דבש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F766E"/>
          <w:sz w:val="27"/>
          <w:szCs w:val="27"/>
          <w:rtl/>
        </w:rPr>
        <w:t>פרק 2: שם עצם: יחיד ורבים, זכר ונקבה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14, משימה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פרות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פרחים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כלבים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עפרונות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תפוחים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F766E"/>
          <w:sz w:val="27"/>
          <w:szCs w:val="27"/>
          <w:rtl/>
        </w:rPr>
        <w:t>פרק 3: הפועל: אתמול, היום, מחר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19, משימה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תרוץ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קוראת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רצות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כותב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כתבתי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אכתוב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נשחק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שיחקנו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אכלה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F766E"/>
          <w:sz w:val="27"/>
          <w:szCs w:val="27"/>
          <w:rtl/>
        </w:rPr>
        <w:t>פרק 4: שם תואר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25, משימה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מהירות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שמחה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יפים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גדול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F766E"/>
          <w:sz w:val="27"/>
          <w:szCs w:val="27"/>
          <w:rtl/>
        </w:rPr>
        <w:t>פרק 5: משפחת מילים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30, משימה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לימוד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שומר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כתיבה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כתבה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משמר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מלמד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תלמיד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שמירה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מכתב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F766E"/>
          <w:sz w:val="27"/>
          <w:szCs w:val="27"/>
          <w:rtl/>
        </w:rPr>
        <w:t>פרק 6: סימני פיסוק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37, משימה 13.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!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!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?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?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.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F766E"/>
          <w:sz w:val="27"/>
          <w:szCs w:val="27"/>
          <w:rtl/>
        </w:rPr>
        <w:t>פרק 7: קוראים סיפור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42, משימה 11.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🌻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בסוף פרח חמנייה גדולה.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🌱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נועה שתלה זרע בגינה.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🌿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צמח קטן יצא מן האדמה.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💧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כל יום היא השקתה אותו.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44"/>
          <w:szCs w:val="44"/>
          <w:rtl/>
        </w:rPr>
        <w:t>תשובות לחוברת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0F766E"/>
          <w:sz w:val="30"/>
          <w:szCs w:val="30"/>
          <w:rtl/>
        </w:rPr>
        <w:t>פרק 1: אותיות סופיות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בכל משפט את המילים עם אות סופית.</w:t>
      </w:r>
    </w:p>
    <w:p>
      <w:pPr>
        <w:bidi/>
        <w:spacing w:before="0" w:after="100"/>
        <w:jc w:val="both"/>
      </w:pPr>
      <w:r>
        <w:rPr>
          <w:rtl/>
        </w:rPr>
        <w:t>א. הילד שתה מים קרים.  ← מים, קרים</w:t>
      </w:r>
    </w:p>
    <w:p>
      <w:pPr>
        <w:bidi/>
        <w:spacing w:before="0" w:after="100"/>
        <w:jc w:val="both"/>
      </w:pPr>
      <w:r>
        <w:rPr>
          <w:rtl/>
        </w:rPr>
        <w:t>ב. בגן יש עץ גדול.  ← בגן, עץ</w:t>
      </w:r>
    </w:p>
    <w:p>
      <w:pPr>
        <w:bidi/>
        <w:spacing w:before="0" w:after="100"/>
        <w:jc w:val="both"/>
      </w:pPr>
      <w:r>
        <w:rPr>
          <w:rtl/>
        </w:rPr>
        <w:t>ג. הכלב רץ על החוף.  ← רץ, החוף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המילה החסרה.</w:t>
      </w:r>
    </w:p>
    <w:p>
      <w:pPr>
        <w:bidi/>
        <w:spacing w:before="0" w:after="40"/>
        <w:jc w:val="both"/>
      </w:pPr>
      <w:r>
        <w:rPr>
          <w:rtl/>
        </w:rPr>
        <w:t>א. אמרתי לחבר שלום.</w:t>
      </w:r>
    </w:p>
    <w:p>
      <w:pPr>
        <w:bidi/>
        <w:spacing w:before="0" w:after="40"/>
        <w:jc w:val="both"/>
      </w:pPr>
      <w:r>
        <w:rPr>
          <w:rtl/>
        </w:rPr>
        <w:t>ב. אכלתי מרק בכף.</w:t>
      </w:r>
    </w:p>
    <w:p>
      <w:pPr>
        <w:bidi/>
        <w:spacing w:before="0" w:after="40"/>
        <w:jc w:val="both"/>
      </w:pPr>
      <w:r>
        <w:rPr>
          <w:rtl/>
        </w:rPr>
        <w:t>ג. בקיץ חם מאוד.</w:t>
      </w:r>
    </w:p>
    <w:p>
      <w:pPr>
        <w:bidi/>
        <w:spacing w:before="0" w:after="40"/>
        <w:jc w:val="both"/>
      </w:pPr>
      <w:r>
        <w:rPr>
          <w:rtl/>
        </w:rPr>
        <w:t>ד. כתבתי בעיפרון.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</w:t>
      </w:r>
    </w:p>
    <w:p>
      <w:pPr>
        <w:bidi/>
        <w:spacing w:before="0" w:after="40"/>
        <w:jc w:val="both"/>
      </w:pPr>
      <w:r>
        <w:rPr>
          <w:rtl/>
        </w:rPr>
        <w:t>א. במילה «כלבים» כותבים ם באמצע. – לא נכון – באמצע כותבים מ רגילה; ם רק בסוף</w:t>
      </w:r>
    </w:p>
    <w:p>
      <w:pPr>
        <w:bidi/>
        <w:spacing w:before="0" w:after="40"/>
        <w:jc w:val="both"/>
      </w:pPr>
      <w:r>
        <w:rPr>
          <w:rtl/>
        </w:rPr>
        <w:t>ב. במילה «חלון» כותבים ן בסוף.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אות סופית את האות הרגילה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נ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צ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פ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כ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האות החסרה: רגילה או סופית?</w:t>
      </w:r>
    </w:p>
    <w:p>
      <w:pPr>
        <w:bidi/>
        <w:spacing w:before="0" w:after="40"/>
        <w:jc w:val="both"/>
      </w:pPr>
      <w:r>
        <w:rPr>
          <w:rtl/>
        </w:rPr>
        <w:t>א. סבון (נ/ן)</w:t>
      </w:r>
    </w:p>
    <w:p>
      <w:pPr>
        <w:bidi/>
        <w:spacing w:before="0" w:after="40"/>
        <w:jc w:val="both"/>
      </w:pPr>
      <w:r>
        <w:rPr>
          <w:rtl/>
        </w:rPr>
        <w:t>ב. מפתח (מ/ם)</w:t>
      </w:r>
    </w:p>
    <w:p>
      <w:pPr>
        <w:bidi/>
        <w:spacing w:before="0" w:after="40"/>
        <w:jc w:val="both"/>
      </w:pPr>
      <w:r>
        <w:rPr>
          <w:rtl/>
        </w:rPr>
        <w:t>ג. ציפור (פ/ף)</w:t>
      </w:r>
    </w:p>
    <w:p>
      <w:pPr>
        <w:bidi/>
        <w:spacing w:before="0" w:after="40"/>
        <w:jc w:val="both"/>
      </w:pPr>
      <w:r>
        <w:rPr>
          <w:rtl/>
        </w:rPr>
        <w:t>ד. מיץ (צ/ץ)</w:t>
      </w:r>
    </w:p>
    <w:p>
      <w:pPr>
        <w:bidi/>
        <w:spacing w:before="0" w:after="40"/>
        <w:jc w:val="both"/>
      </w:pPr>
      <w:r>
        <w:rPr>
          <w:rtl/>
        </w:rPr>
        <w:t>ה. כוכב (כ/ך)</w:t>
      </w:r>
    </w:p>
    <w:p>
      <w:pPr>
        <w:bidi/>
        <w:spacing w:before="0" w:after="40"/>
        <w:jc w:val="both"/>
      </w:pPr>
      <w:r>
        <w:rPr>
          <w:rtl/>
        </w:rPr>
        <w:t>ו. ספרים (מ/ם)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המילים: יש אות סופית או אין אות סופית?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יש אות סופית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אין אות סופית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ענן, ים, קוף, ארץ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כובע, שמש, תיק, שמיכה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איזו מילה כתובה נכון?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ארנבת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תפוחים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צפרדע</w:t>
      </w:r>
    </w:p>
    <w:p>
      <w:pPr>
        <w:bidi/>
        <w:spacing w:before="0" w:after="20"/>
        <w:jc w:val="both"/>
      </w:pPr>
      <w:r>
        <w:rPr>
          <w:rtl/>
        </w:rPr>
        <w:t xml:space="preserve">ד.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סבון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ברבים. זכרו: האות הסופית חוזרת לצורתה הרגילה.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ארונות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קופים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אגם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אגמים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עופות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נכון או לא נכון?</w:t>
      </w:r>
    </w:p>
    <w:p>
      <w:pPr>
        <w:bidi/>
        <w:spacing w:before="0" w:after="40"/>
        <w:jc w:val="both"/>
      </w:pPr>
      <w:r>
        <w:rPr>
          <w:rtl/>
        </w:rPr>
        <w:t>א. את האות ף כותבים רק בסוף מילה. – נכון</w:t>
      </w:r>
    </w:p>
    <w:p>
      <w:pPr>
        <w:bidi/>
        <w:spacing w:before="0" w:after="40"/>
        <w:jc w:val="both"/>
      </w:pPr>
      <w:r>
        <w:rPr>
          <w:rtl/>
        </w:rPr>
        <w:t>ב. במילה «ציפורים» כותבים ף. – לא נכון – באמצע המילה כותבים פ רגילה: ציפורים</w:t>
      </w:r>
    </w:p>
    <w:p>
      <w:pPr>
        <w:bidi/>
        <w:spacing w:before="0" w:after="40"/>
        <w:jc w:val="both"/>
      </w:pPr>
      <w:r>
        <w:rPr>
          <w:rtl/>
        </w:rPr>
        <w:t>ג. האות ם סגורה מכל הצדדים. – נכון</w:t>
      </w:r>
    </w:p>
    <w:p>
      <w:pPr>
        <w:bidi/>
        <w:spacing w:before="0" w:after="40"/>
        <w:jc w:val="both"/>
      </w:pPr>
      <w:r>
        <w:rPr>
          <w:rtl/>
        </w:rPr>
        <w:t>ד. במילה «מכונית» צריך לכתוב ם בהתחלה. – לא נכון – בתחילת מילה כותבים מ רגילה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בכל משפט יש מילה אחת שכתובה לא נכון. כתבו אותה נכון.</w:t>
      </w:r>
    </w:p>
    <w:p>
      <w:pPr>
        <w:bidi/>
        <w:spacing w:before="0" w:after="100"/>
        <w:jc w:val="both"/>
      </w:pPr>
      <w:r>
        <w:rPr>
          <w:rtl/>
        </w:rPr>
        <w:t>א. הילדים שיחקו בגנ.  ← בגן</w:t>
      </w:r>
    </w:p>
    <w:p>
      <w:pPr>
        <w:bidi/>
        <w:spacing w:before="0" w:after="100"/>
        <w:jc w:val="both"/>
      </w:pPr>
      <w:r>
        <w:rPr>
          <w:rtl/>
        </w:rPr>
        <w:t>ב. הכלב רצ מהר.  ← רץ</w:t>
      </w:r>
    </w:p>
    <w:p>
      <w:pPr>
        <w:bidi/>
        <w:spacing w:before="0" w:after="100"/>
        <w:jc w:val="both"/>
      </w:pPr>
      <w:r>
        <w:rPr>
          <w:rtl/>
        </w:rPr>
        <w:t>ג. הספר מונח על השולחנ.  ← השולחן</w:t>
      </w:r>
    </w:p>
    <w:p>
      <w:pPr>
        <w:bidi/>
        <w:spacing w:before="0" w:after="100"/>
        <w:jc w:val="both"/>
      </w:pPr>
      <w:r>
        <w:rPr>
          <w:rtl/>
        </w:rPr>
        <w:t>ד. המלכ ישב על הכיסא.  ← המלך</w:t>
      </w:r>
    </w:p>
    <w:p>
      <w:pPr>
        <w:bidi/>
        <w:spacing w:before="0" w:after="100"/>
        <w:jc w:val="both"/>
      </w:pPr>
      <w:r>
        <w:rPr>
          <w:rtl/>
        </w:rPr>
        <w:t>ה. הענף של העצ נשבר.  ← העץ</w:t>
      </w:r>
    </w:p>
    <w:p>
      <w:pPr>
        <w:bidi/>
        <w:spacing w:before="0" w:after="100"/>
        <w:jc w:val="both"/>
      </w:pPr>
      <w:r>
        <w:rPr>
          <w:rtl/>
        </w:rPr>
        <w:t>ו. אכלנו תפוחימ אדומים.  ← תפוחים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קראו את הקטע «הגינה של סבא» והשלימו מילה מן המחסן. בכל מילה יש אות סופית.</w:t>
      </w:r>
    </w:p>
    <w:p>
      <w:pPr>
        <w:bidi/>
        <w:spacing w:before="0" w:after="40"/>
        <w:jc w:val="both"/>
      </w:pPr>
      <w:r>
        <w:rPr>
          <w:rtl/>
        </w:rPr>
        <w:t>א. לסבא יש גן קטן ליד הבית.</w:t>
      </w:r>
    </w:p>
    <w:p>
      <w:pPr>
        <w:bidi/>
        <w:spacing w:before="0" w:after="40"/>
        <w:jc w:val="both"/>
      </w:pPr>
      <w:r>
        <w:rPr>
          <w:rtl/>
        </w:rPr>
        <w:t>ב. בגן גדל עץ גבוה.</w:t>
      </w:r>
    </w:p>
    <w:p>
      <w:pPr>
        <w:bidi/>
        <w:spacing w:before="0" w:after="40"/>
        <w:jc w:val="both"/>
      </w:pPr>
      <w:r>
        <w:rPr>
          <w:rtl/>
        </w:rPr>
        <w:t>ג. זה עץ לימון.</w:t>
      </w:r>
    </w:p>
    <w:p>
      <w:pPr>
        <w:bidi/>
        <w:spacing w:before="0" w:after="40"/>
        <w:jc w:val="both"/>
      </w:pPr>
      <w:r>
        <w:rPr>
          <w:rtl/>
        </w:rPr>
        <w:t>ד. הלימונים על העץ צהובים ויפים.</w:t>
      </w:r>
    </w:p>
    <w:p>
      <w:pPr>
        <w:bidi/>
        <w:spacing w:before="0" w:after="40"/>
        <w:jc w:val="both"/>
      </w:pPr>
      <w:r>
        <w:rPr>
          <w:rtl/>
        </w:rPr>
        <w:t>ה. סבא נתן לי כף מלאה בדבש.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מילה שמתחילה באות, ומילה שמסתיימת באותה אות בצורתה הסופית.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מתחילה באות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מסתיימת באות הסופית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כלב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מלך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פרח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קוף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3–4 משפטים על מקום שאתם אוהבים. השתמשו לפחות בארבע אותיות סופיות שונות, והקיפו אותן.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אני אוהב את הגן ליד הבית. יש שם עץ גבוה וספסל ארוך. בקיץ אני יושב שם עם חברים. (ן, ץ, ך, ם)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גזרו את כרטיסי המילים מדף הגזירה, והדביקו כל מילה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יש במילה אות סופית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אין במילה אות סופית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🌳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עץ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🍞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לחם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🐟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דג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☀️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שמש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🦉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ינשוף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🧸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דובון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🍯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דבש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🐄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פרה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התאימו תמונה למשפט: כתבו בריבוע את מספר התמונה. סמנו בכל משפט את האות הסופית.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🌳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🍞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🦉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המפתח נפל מן הכיס.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אבא אפה לחם טרי.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הינשוף ער בלילה.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בחצר עומד עץ גבוה.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0F766E"/>
          <w:sz w:val="30"/>
          <w:szCs w:val="30"/>
          <w:rtl/>
        </w:rPr>
        <w:t>פרק 2: שם עצם: יחיד ורבים, זכר ונקבה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ברבים.</w:t>
      </w:r>
    </w:p>
    <w:p>
      <w:pPr>
        <w:bidi/>
        <w:spacing w:before="0" w:after="40"/>
        <w:jc w:val="both"/>
      </w:pPr>
      <w:r>
        <w:rPr>
          <w:rtl/>
        </w:rPr>
        <w:t>א. פרח ← פרחים</w:t>
      </w:r>
    </w:p>
    <w:p>
      <w:pPr>
        <w:bidi/>
        <w:spacing w:before="0" w:after="40"/>
        <w:jc w:val="both"/>
      </w:pPr>
      <w:r>
        <w:rPr>
          <w:rtl/>
        </w:rPr>
        <w:t>ב. מחברת ← מחברות</w:t>
      </w:r>
    </w:p>
    <w:p>
      <w:pPr>
        <w:bidi/>
        <w:spacing w:before="0" w:after="40"/>
        <w:jc w:val="both"/>
      </w:pPr>
      <w:r>
        <w:rPr>
          <w:rtl/>
        </w:rPr>
        <w:t>ג. ציפור ← ציפורים</w:t>
      </w:r>
    </w:p>
    <w:p>
      <w:pPr>
        <w:bidi/>
        <w:spacing w:before="0" w:after="40"/>
        <w:jc w:val="both"/>
      </w:pPr>
      <w:r>
        <w:rPr>
          <w:rtl/>
        </w:rPr>
        <w:t>ד. חלון ← חלונות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זה או זאת?</w:t>
      </w:r>
    </w:p>
    <w:p>
      <w:pPr>
        <w:bidi/>
        <w:spacing w:before="0" w:after="20"/>
        <w:jc w:val="both"/>
      </w:pPr>
      <w:r>
        <w:rPr>
          <w:rtl/>
        </w:rPr>
        <w:t>א. ___ כוס.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זאת</w:t>
      </w:r>
    </w:p>
    <w:p>
      <w:pPr>
        <w:bidi/>
        <w:spacing w:before="0" w:after="20"/>
        <w:jc w:val="both"/>
      </w:pPr>
      <w:r>
        <w:rPr>
          <w:rtl/>
        </w:rPr>
        <w:t>ב. ___ עיפרון.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זה</w:t>
      </w:r>
    </w:p>
    <w:p>
      <w:pPr>
        <w:bidi/>
        <w:spacing w:before="0" w:after="20"/>
        <w:jc w:val="both"/>
      </w:pPr>
      <w:r>
        <w:rPr>
          <w:rtl/>
        </w:rPr>
        <w:t>ג. ___ ארץ.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זאת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שני שמות עצם בזכר ושניים בנקבה מתוך הבית שלכם.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שעון, מקרר; מיטה, מנורה.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איזו מילה היא שם עצם?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כדור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מטרייה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חלום</w:t>
      </w:r>
    </w:p>
    <w:p>
      <w:pPr>
        <w:bidi/>
        <w:spacing w:before="0" w:after="20"/>
        <w:jc w:val="both"/>
      </w:pPr>
      <w:r>
        <w:rPr>
          <w:rtl/>
        </w:rPr>
        <w:t xml:space="preserve">ד.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חברה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כל שם עצם למה שהוא נותן לו שם.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רופאה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רגש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ג'ירפה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חפץ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מספריים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מקום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ספרייה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אדם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שמחה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בעל חיים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כתבו «זה» או «זאת».</w:t>
      </w:r>
    </w:p>
    <w:p>
      <w:pPr>
        <w:bidi/>
        <w:spacing w:before="0" w:after="40"/>
        <w:jc w:val="both"/>
      </w:pPr>
      <w:r>
        <w:rPr>
          <w:rtl/>
        </w:rPr>
        <w:t>א. זה ירח.</w:t>
      </w:r>
    </w:p>
    <w:p>
      <w:pPr>
        <w:bidi/>
        <w:spacing w:before="0" w:after="40"/>
        <w:jc w:val="both"/>
      </w:pPr>
      <w:r>
        <w:rPr>
          <w:rtl/>
        </w:rPr>
        <w:t>ב. זאת שקית.</w:t>
      </w:r>
    </w:p>
    <w:p>
      <w:pPr>
        <w:bidi/>
        <w:spacing w:before="0" w:after="40"/>
        <w:jc w:val="both"/>
      </w:pPr>
      <w:r>
        <w:rPr>
          <w:rtl/>
        </w:rPr>
        <w:t>ג. זאת ספה.</w:t>
      </w:r>
    </w:p>
    <w:p>
      <w:pPr>
        <w:bidi/>
        <w:spacing w:before="0" w:after="40"/>
        <w:jc w:val="both"/>
      </w:pPr>
      <w:r>
        <w:rPr>
          <w:rtl/>
        </w:rPr>
        <w:t>ד. זה מחשב.</w:t>
      </w:r>
    </w:p>
    <w:p>
      <w:pPr>
        <w:bidi/>
        <w:spacing w:before="0" w:after="40"/>
        <w:jc w:val="both"/>
      </w:pPr>
      <w:r>
        <w:rPr>
          <w:rtl/>
        </w:rPr>
        <w:t>ה. זאת חנות.</w:t>
      </w:r>
    </w:p>
    <w:p>
      <w:pPr>
        <w:bidi/>
        <w:spacing w:before="0" w:after="40"/>
        <w:jc w:val="both"/>
      </w:pPr>
      <w:r>
        <w:rPr>
          <w:rtl/>
        </w:rPr>
        <w:t>ו. זה ארגז.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מיינו: זכר או נקבה? (בדקו עם «זה» או «זאת»)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ארנק, מזלג, סיר, שעון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מגבת, כרית, צלחת, מנורה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השלימו: יחיד או רבים.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שמלות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כלב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תמונה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תמונות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צלחת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צלחות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סוסים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השלימו: זכר או נקבה.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תלמיד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תלמידה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רופא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רופאה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חתול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חתולה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נהג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נהגת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סוסה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נכון?</w:t>
      </w:r>
    </w:p>
    <w:p>
      <w:pPr>
        <w:bidi/>
        <w:spacing w:before="0" w:after="40"/>
        <w:jc w:val="both"/>
      </w:pPr>
      <w:r>
        <w:rPr>
          <w:rtl/>
        </w:rPr>
        <w:t>א. «עפיפון» הוא שם עצם בזכר. – נכון</w:t>
      </w:r>
    </w:p>
    <w:p>
      <w:pPr>
        <w:bidi/>
        <w:spacing w:before="0" w:after="40"/>
        <w:jc w:val="both"/>
      </w:pPr>
      <w:r>
        <w:rPr>
          <w:rtl/>
        </w:rPr>
        <w:t>ב. «אבן» היא נקבה: אומרים «אבן אחת». – נכון</w:t>
      </w:r>
    </w:p>
    <w:p>
      <w:pPr>
        <w:bidi/>
        <w:spacing w:before="0" w:after="40"/>
        <w:jc w:val="both"/>
      </w:pPr>
      <w:r>
        <w:rPr>
          <w:rtl/>
        </w:rPr>
        <w:t>ג. ברבים של «אישה» אומרים «אישות». – לא נכון – ברבים אומרים «נשים»</w:t>
      </w:r>
    </w:p>
    <w:p>
      <w:pPr>
        <w:bidi/>
        <w:spacing w:before="0" w:after="40"/>
        <w:jc w:val="both"/>
      </w:pPr>
      <w:r>
        <w:rPr>
          <w:rtl/>
        </w:rPr>
        <w:t>ד. «שמחה» היא שם עצם, אף שאי אפשר לגעת בה. – נכון</w:t>
      </w:r>
    </w:p>
    <w:p>
      <w:pPr>
        <w:bidi/>
        <w:spacing w:before="0" w:after="40"/>
        <w:jc w:val="both"/>
      </w:pPr>
      <w:r>
        <w:rPr>
          <w:rtl/>
        </w:rPr>
        <w:t>ה. «קופץ» הוא שם עצם. – לא נכון – «קופץ» הוא פועל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קראו את הקטע «טיול בפארק» והשלימו שם עצם מן המחסן.</w:t>
      </w:r>
    </w:p>
    <w:p>
      <w:pPr>
        <w:bidi/>
        <w:spacing w:before="0" w:after="40"/>
        <w:jc w:val="both"/>
      </w:pPr>
      <w:r>
        <w:rPr>
          <w:rtl/>
        </w:rPr>
        <w:t>א. במרכז הפארק יש אגם גדול.</w:t>
      </w:r>
    </w:p>
    <w:p>
      <w:pPr>
        <w:bidi/>
        <w:spacing w:before="0" w:after="40"/>
        <w:jc w:val="both"/>
      </w:pPr>
      <w:r>
        <w:rPr>
          <w:rtl/>
        </w:rPr>
        <w:t>ב. באגם שוחים ברווזים לבנים.</w:t>
      </w:r>
    </w:p>
    <w:p>
      <w:pPr>
        <w:bidi/>
        <w:spacing w:before="0" w:after="40"/>
        <w:jc w:val="both"/>
      </w:pPr>
      <w:r>
        <w:rPr>
          <w:rtl/>
        </w:rPr>
        <w:t>ג. ישבנו על ספסל ואכלנו כריכים.</w:t>
      </w:r>
    </w:p>
    <w:p>
      <w:pPr>
        <w:bidi/>
        <w:spacing w:before="0" w:after="40"/>
        <w:jc w:val="both"/>
      </w:pPr>
      <w:r>
        <w:rPr>
          <w:rtl/>
        </w:rPr>
        <w:t>ד. ליד השביל גדלים פרחים צבעוניים.</w:t>
      </w:r>
    </w:p>
    <w:p>
      <w:pPr>
        <w:bidi/>
        <w:spacing w:before="0" w:after="40"/>
        <w:jc w:val="both"/>
      </w:pPr>
      <w:r>
        <w:rPr>
          <w:rtl/>
        </w:rPr>
        <w:t>ה. אחר כך שיחקנו בכדור על הדשא.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בכל משפט כתוב שם עצם ביחיד במקום ברבים. כתבו אותו נכון.</w:t>
      </w:r>
    </w:p>
    <w:p>
      <w:pPr>
        <w:bidi/>
        <w:spacing w:before="0" w:after="100"/>
        <w:jc w:val="both"/>
      </w:pPr>
      <w:r>
        <w:rPr>
          <w:rtl/>
        </w:rPr>
        <w:t>א. בגן יש שלושה כלב.  ← כלבים</w:t>
      </w:r>
    </w:p>
    <w:p>
      <w:pPr>
        <w:bidi/>
        <w:spacing w:before="0" w:after="100"/>
        <w:jc w:val="both"/>
      </w:pPr>
      <w:r>
        <w:rPr>
          <w:rtl/>
        </w:rPr>
        <w:t>ב. קניתי שתי מחברת.  ← מחברות</w:t>
      </w:r>
    </w:p>
    <w:p>
      <w:pPr>
        <w:bidi/>
        <w:spacing w:before="0" w:after="100"/>
        <w:jc w:val="both"/>
      </w:pPr>
      <w:r>
        <w:rPr>
          <w:rtl/>
        </w:rPr>
        <w:t>ג. על העץ ישבו חמש ציפור.  ← ציפורים</w:t>
      </w:r>
    </w:p>
    <w:p>
      <w:pPr>
        <w:bidi/>
        <w:spacing w:before="0" w:after="100"/>
        <w:jc w:val="both"/>
      </w:pPr>
      <w:r>
        <w:rPr>
          <w:rtl/>
        </w:rPr>
        <w:t>ד. יש לי שני אח.  ← אחים</w:t>
      </w:r>
    </w:p>
    <w:p>
      <w:pPr>
        <w:bidi/>
        <w:spacing w:before="0" w:after="100"/>
        <w:jc w:val="both"/>
      </w:pPr>
      <w:r>
        <w:rPr>
          <w:rtl/>
        </w:rPr>
        <w:t>ה. בכיתה יש עשרים כיסא.  ← כיסאות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3–4 משפטים על חיית מחמד (אמיתית או דמיונית). השתמשו לפחות בארבעה שמות עצם, מתחו קו מתחתם וכתבו ליד כל אחד: זכר או נקבה.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יש לי ארנבת (נקבה) לבנה. היא גרה בכלוב (זכר) בחצר (נקבה). כל בוקר אני נותן לה גזר (זכר).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גזרו את כרטיסי הרבים, והדביקו כל כרטיס ליד המילה ביחיד.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🐶 כלב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כלבים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🍎 תפוח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תפוחים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🌸 פרח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פרחים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🐄 פרה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פרות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✏️ עיפרון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עפרונות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מתחו קו מן המילה בזכר אל אותה מילה בנקבה.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ילד  ←  ג. ילדה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תלמיד  ←  ד. תלמידה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מלך  ←  א. מלכה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חבר  ←  ה. חברה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סוס  ←  ב. סוסה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0F766E"/>
          <w:sz w:val="30"/>
          <w:szCs w:val="30"/>
          <w:rtl/>
        </w:rPr>
        <w:t>פרק 3: הפועל: אתמול, היום, מחר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הפועל בכל משפט.</w:t>
      </w:r>
    </w:p>
    <w:p>
      <w:pPr>
        <w:bidi/>
        <w:spacing w:before="0" w:after="100"/>
        <w:jc w:val="both"/>
      </w:pPr>
      <w:r>
        <w:rPr>
          <w:rtl/>
        </w:rPr>
        <w:t>א. הכלב נובח בחצר.  ← נובח</w:t>
      </w:r>
    </w:p>
    <w:p>
      <w:pPr>
        <w:bidi/>
        <w:spacing w:before="0" w:after="100"/>
        <w:jc w:val="both"/>
      </w:pPr>
      <w:r>
        <w:rPr>
          <w:rtl/>
        </w:rPr>
        <w:t>ב. מחר נלך לים.  ← נלך</w:t>
      </w:r>
    </w:p>
    <w:p>
      <w:pPr>
        <w:bidi/>
        <w:spacing w:before="0" w:after="100"/>
        <w:jc w:val="both"/>
      </w:pPr>
      <w:r>
        <w:rPr>
          <w:rtl/>
        </w:rPr>
        <w:t>ג. אבא בישל מרק.  ← בישל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בעבר.</w:t>
      </w:r>
    </w:p>
    <w:p>
      <w:pPr>
        <w:bidi/>
        <w:spacing w:before="0" w:after="40"/>
        <w:jc w:val="both"/>
      </w:pPr>
      <w:r>
        <w:rPr>
          <w:rtl/>
        </w:rPr>
        <w:t>א. אתמול היא שיחקה (שחק) בכדור.</w:t>
      </w:r>
    </w:p>
    <w:p>
      <w:pPr>
        <w:bidi/>
        <w:spacing w:before="0" w:after="40"/>
        <w:jc w:val="both"/>
      </w:pPr>
      <w:r>
        <w:rPr>
          <w:rtl/>
        </w:rPr>
        <w:t>ב. אתמול הם שרו (שר) שיר.</w:t>
      </w:r>
    </w:p>
    <w:p>
      <w:pPr>
        <w:bidi/>
        <w:spacing w:before="0" w:after="40"/>
        <w:jc w:val="both"/>
      </w:pPr>
      <w:r>
        <w:rPr>
          <w:rtl/>
        </w:rPr>
        <w:t>ג. אתמול אני ציירתי (צייר) פרח.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משפט על מה שתעשו מחר.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מחר אבקר את סבתא.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איזו מילה היא פועל?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שוחה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קפצנו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הלך</w:t>
      </w:r>
    </w:p>
    <w:p>
      <w:pPr>
        <w:bidi/>
        <w:spacing w:before="0" w:after="20"/>
        <w:jc w:val="both"/>
      </w:pPr>
      <w:r>
        <w:rPr>
          <w:rtl/>
        </w:rPr>
        <w:t xml:space="preserve">ד.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כותב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לכל גוף את הפועל «שר» בזמן הווה.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שר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היא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שרות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שרים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שרה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מיינו: עבר או עתיד?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בישלנו, רצו, שחתה, למדתם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אבשל, ירוצו, תשחה, נלמד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השלימו את הפועל בזמן עבר, בגוף «אני».</w:t>
      </w:r>
    </w:p>
    <w:p>
      <w:pPr>
        <w:bidi/>
        <w:spacing w:before="0" w:after="40"/>
        <w:jc w:val="both"/>
      </w:pPr>
      <w:r>
        <w:rPr>
          <w:rtl/>
        </w:rPr>
        <w:t>א. אתמול סגרתי (סגר) את הדלת.</w:t>
      </w:r>
    </w:p>
    <w:p>
      <w:pPr>
        <w:bidi/>
        <w:spacing w:before="0" w:after="40"/>
        <w:jc w:val="both"/>
      </w:pPr>
      <w:r>
        <w:rPr>
          <w:rtl/>
        </w:rPr>
        <w:t>ב. אתמול פתחתי (פתח) את החלון.</w:t>
      </w:r>
    </w:p>
    <w:p>
      <w:pPr>
        <w:bidi/>
        <w:spacing w:before="0" w:after="40"/>
        <w:jc w:val="both"/>
      </w:pPr>
      <w:r>
        <w:rPr>
          <w:rtl/>
        </w:rPr>
        <w:t>ג. אתמול שמעתי (שמע) שיר חדש.</w:t>
      </w:r>
    </w:p>
    <w:p>
      <w:pPr>
        <w:bidi/>
        <w:spacing w:before="0" w:after="40"/>
        <w:jc w:val="both"/>
      </w:pPr>
      <w:r>
        <w:rPr>
          <w:rtl/>
        </w:rPr>
        <w:t>ד. אתמול לבשתי (לבש) מעיל.</w:t>
      </w:r>
    </w:p>
    <w:p>
      <w:pPr>
        <w:bidi/>
        <w:spacing w:before="0" w:after="40"/>
        <w:jc w:val="both"/>
      </w:pPr>
      <w:r>
        <w:rPr>
          <w:rtl/>
        </w:rPr>
        <w:t>ה. אתמול זרקתי (זרק) כדור.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את הפועל בזמן עתיד.</w:t>
      </w:r>
    </w:p>
    <w:p>
      <w:pPr>
        <w:bidi/>
        <w:spacing w:before="0" w:after="40"/>
        <w:jc w:val="both"/>
      </w:pPr>
      <w:r>
        <w:rPr>
          <w:rtl/>
        </w:rPr>
        <w:t>א. מחר אנחנו ניסע (נסע) לים.</w:t>
      </w:r>
    </w:p>
    <w:p>
      <w:pPr>
        <w:bidi/>
        <w:spacing w:before="0" w:after="40"/>
        <w:jc w:val="both"/>
      </w:pPr>
      <w:r>
        <w:rPr>
          <w:rtl/>
        </w:rPr>
        <w:t>ב. מחר הם ישתלו (שתל) עץ.</w:t>
      </w:r>
    </w:p>
    <w:p>
      <w:pPr>
        <w:bidi/>
        <w:spacing w:before="0" w:after="40"/>
        <w:jc w:val="both"/>
      </w:pPr>
      <w:r>
        <w:rPr>
          <w:rtl/>
        </w:rPr>
        <w:t>ג. מחר אני אקרא (קרא) ספר.</w:t>
      </w:r>
    </w:p>
    <w:p>
      <w:pPr>
        <w:bidi/>
        <w:spacing w:before="0" w:after="40"/>
        <w:jc w:val="both"/>
      </w:pPr>
      <w:r>
        <w:rPr>
          <w:rtl/>
        </w:rPr>
        <w:t>ד. מחר היא תבנה (בנה) מגדל.</w:t>
      </w:r>
    </w:p>
    <w:p>
      <w:pPr>
        <w:bidi/>
        <w:spacing w:before="0" w:after="40"/>
        <w:jc w:val="both"/>
      </w:pPr>
      <w:r>
        <w:rPr>
          <w:rtl/>
        </w:rPr>
        <w:t>ה. מחר אתה תכתוב (כתב) מכתב.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הטו את הפועל «צייר» בזמן עבר.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בעבר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ציירתי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צייר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ציירה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ציירנו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ציירו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נכון?</w:t>
      </w:r>
    </w:p>
    <w:p>
      <w:pPr>
        <w:bidi/>
        <w:spacing w:before="0" w:after="40"/>
        <w:jc w:val="both"/>
      </w:pPr>
      <w:r>
        <w:rPr>
          <w:rtl/>
        </w:rPr>
        <w:t>א. «נלך» הוא פועל בזמן עתיד. – נכון</w:t>
      </w:r>
    </w:p>
    <w:p>
      <w:pPr>
        <w:bidi/>
        <w:spacing w:before="0" w:after="40"/>
        <w:jc w:val="both"/>
      </w:pPr>
      <w:r>
        <w:rPr>
          <w:rtl/>
        </w:rPr>
        <w:t>ב. «אכלתי» הוא פועל בזמן הווה. – לא נכון – «אכלתי» הוא פועל בזמן עבר</w:t>
      </w:r>
    </w:p>
    <w:p>
      <w:pPr>
        <w:bidi/>
        <w:spacing w:before="0" w:after="40"/>
        <w:jc w:val="both"/>
      </w:pPr>
      <w:r>
        <w:rPr>
          <w:rtl/>
        </w:rPr>
        <w:t>ג. המילה «אתמול» רומזת שהפועל בזמן עבר. – נכון</w:t>
      </w:r>
    </w:p>
    <w:p>
      <w:pPr>
        <w:bidi/>
        <w:spacing w:before="0" w:after="40"/>
        <w:jc w:val="both"/>
      </w:pPr>
      <w:r>
        <w:rPr>
          <w:rtl/>
        </w:rPr>
        <w:t>ד. «הם כותבות» – זה משפט נכון. – לא נכון – נכון: הם כותבים, הן כותבות</w:t>
      </w:r>
    </w:p>
    <w:p>
      <w:pPr>
        <w:bidi/>
        <w:spacing w:before="0" w:after="40"/>
        <w:jc w:val="both"/>
      </w:pPr>
      <w:r>
        <w:rPr>
          <w:rtl/>
        </w:rPr>
        <w:t>ה. במשפט «מחר רקדנו» יש טעות.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בכל משפט הפועל לא מתאים לזמן. כתבו אותו נכון.</w:t>
      </w:r>
    </w:p>
    <w:p>
      <w:pPr>
        <w:bidi/>
        <w:spacing w:before="0" w:after="100"/>
        <w:jc w:val="both"/>
      </w:pPr>
      <w:r>
        <w:rPr>
          <w:rtl/>
        </w:rPr>
        <w:t>א. אתמול אני אשחק בחצר.  ← שיחקתי</w:t>
      </w:r>
    </w:p>
    <w:p>
      <w:pPr>
        <w:bidi/>
        <w:spacing w:before="0" w:after="100"/>
        <w:jc w:val="both"/>
      </w:pPr>
      <w:r>
        <w:rPr>
          <w:rtl/>
        </w:rPr>
        <w:t>ב. מחר הלכנו לסבתא.  ← נלך</w:t>
      </w:r>
    </w:p>
    <w:p>
      <w:pPr>
        <w:bidi/>
        <w:spacing w:before="0" w:after="100"/>
        <w:jc w:val="both"/>
      </w:pPr>
      <w:r>
        <w:rPr>
          <w:rtl/>
        </w:rPr>
        <w:t>ג. עכשיו הכלבה נבחה בחצר.  ← נובחת</w:t>
      </w:r>
    </w:p>
    <w:p>
      <w:pPr>
        <w:bidi/>
        <w:spacing w:before="0" w:after="100"/>
        <w:jc w:val="both"/>
      </w:pPr>
      <w:r>
        <w:rPr>
          <w:rtl/>
        </w:rPr>
        <w:t>ד. בשבוע שעבר נקנה נעליים.  ← קנינו</w:t>
      </w:r>
    </w:p>
    <w:p>
      <w:pPr>
        <w:bidi/>
        <w:spacing w:before="0" w:after="100"/>
        <w:jc w:val="both"/>
      </w:pPr>
      <w:r>
        <w:rPr>
          <w:rtl/>
        </w:rPr>
        <w:t>ה. בעוד שעה אכלנו ארוחת ערב.  ← נאכל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קראו את הקטע «הגינה בבית הספר» והשלימו את הפעלים בזמן המתאים.</w:t>
      </w:r>
    </w:p>
    <w:p>
      <w:pPr>
        <w:bidi/>
        <w:spacing w:before="0" w:after="40"/>
        <w:jc w:val="both"/>
      </w:pPr>
      <w:r>
        <w:rPr>
          <w:rtl/>
        </w:rPr>
        <w:t>א. בשבוע שעבר שתלנו (שתל, אנחנו) זרעים של עגבניות.</w:t>
      </w:r>
    </w:p>
    <w:p>
      <w:pPr>
        <w:bidi/>
        <w:spacing w:before="0" w:after="40"/>
        <w:jc w:val="both"/>
      </w:pPr>
      <w:r>
        <w:rPr>
          <w:rtl/>
        </w:rPr>
        <w:t>ב. עכשיו אנחנו משקים (השקה) אותם כל יום.</w:t>
      </w:r>
    </w:p>
    <w:p>
      <w:pPr>
        <w:bidi/>
        <w:spacing w:before="0" w:after="40"/>
        <w:jc w:val="both"/>
      </w:pPr>
      <w:r>
        <w:rPr>
          <w:rtl/>
        </w:rPr>
        <w:t>ג. השמש מחממת (חימם) את האדמה.</w:t>
      </w:r>
    </w:p>
    <w:p>
      <w:pPr>
        <w:bidi/>
        <w:spacing w:before="0" w:after="40"/>
        <w:jc w:val="both"/>
      </w:pPr>
      <w:r>
        <w:rPr>
          <w:rtl/>
        </w:rPr>
        <w:t>ד. בעוד חודש העגבניות יגדלו (גדל).</w:t>
      </w:r>
    </w:p>
    <w:p>
      <w:pPr>
        <w:bidi/>
        <w:spacing w:before="0" w:after="40"/>
        <w:jc w:val="both"/>
      </w:pPr>
      <w:r>
        <w:rPr>
          <w:rtl/>
        </w:rPr>
        <w:t>ה. ואז אנחנו נקטוף (קטף) אותן.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3–4 משפטים: מה עשיתם בחופש האחרון, ומה תעשו בחופש הבא. השתמשו בפעלים בעבר ובעתיד, ומתחו קו מתחתם.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בחופש האחרון נסעתי לסבתא. שיחקנו בחצר ואפינו עוגה. בחופש הבא נטייל בצפון ונשחה בנחל.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גזרו את כרטיסי הפעלים, והדביקו כל פועל בעמודת הזמן המתאים.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אתמול (עבר)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היום (הווה)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מחר (עתיד)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כתבתי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כותב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אכתוב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שיחקנו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רצות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נשחק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אכלה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קוראת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תרוץ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פועל – </w:t>
            </w:r>
            <w:r>
              <w:rPr>
                <w:sz w:val="24"/>
                <w:szCs w:val="24"/>
                <w:rtl/>
              </w:rPr>
              <w:t>מילה שמספרת מה עושים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עבר – </w:t>
            </w:r>
            <w:r>
              <w:rPr>
                <w:sz w:val="24"/>
                <w:szCs w:val="24"/>
                <w:rtl/>
              </w:rPr>
              <w:t>מה שכבר קרה – אתמול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הווה – </w:t>
            </w:r>
            <w:r>
              <w:rPr>
                <w:sz w:val="24"/>
                <w:szCs w:val="24"/>
                <w:rtl/>
              </w:rPr>
              <w:t>מה שקורה עכשיו – היום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עתיד – </w:t>
            </w:r>
            <w:r>
              <w:rPr>
                <w:sz w:val="24"/>
                <w:szCs w:val="24"/>
                <w:rtl/>
              </w:rPr>
              <w:t>מה שעוד יקרה – מחר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בחרו שתי מילים מן הביאורים, וכתבו משפט עם כל אחת מהן. תשובה אישית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0F766E"/>
          <w:sz w:val="30"/>
          <w:szCs w:val="30"/>
          <w:rtl/>
        </w:rPr>
        <w:t>פרק 4: שם תואר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שם תואר 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שמש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איטי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שלג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חמה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צב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לבן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לימון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חמוץ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גדול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גדולה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חכם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חכמה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שמחה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לכל שם תואר את ההפך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יבש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ארוך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קצר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כבד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עצוב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רטוב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קל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שמח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קר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שמות התואר: מה הם מתארים?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צבע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גודל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תכונה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סגול, כתום, שחור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ענק, זעיר, קטנטן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אמיץ, נדיב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שם התואר בצורה הנכונה.</w:t>
      </w:r>
    </w:p>
    <w:p>
      <w:pPr>
        <w:bidi/>
        <w:spacing w:before="0" w:after="20"/>
        <w:jc w:val="both"/>
      </w:pPr>
      <w:r>
        <w:rPr>
          <w:rtl/>
        </w:rPr>
        <w:t>א. הבננה ___.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צהובה</w:t>
      </w:r>
    </w:p>
    <w:p>
      <w:pPr>
        <w:bidi/>
        <w:spacing w:before="0" w:after="20"/>
        <w:jc w:val="both"/>
      </w:pPr>
      <w:r>
        <w:rPr>
          <w:rtl/>
        </w:rPr>
        <w:t>ב. המגדל ___.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גבוה</w:t>
      </w:r>
    </w:p>
    <w:p>
      <w:pPr>
        <w:bidi/>
        <w:spacing w:before="0" w:after="20"/>
        <w:jc w:val="both"/>
      </w:pPr>
      <w:r>
        <w:rPr>
          <w:rtl/>
        </w:rPr>
        <w:t>ג. הכלבים ___.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רעבים</w:t>
      </w:r>
    </w:p>
    <w:p>
      <w:pPr>
        <w:bidi/>
        <w:spacing w:before="0" w:after="20"/>
        <w:jc w:val="both"/>
      </w:pPr>
      <w:r>
        <w:rPr>
          <w:rtl/>
        </w:rPr>
        <w:t>ד. הנמלים ___.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קטנות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שם תואר מן המחסן.</w:t>
      </w:r>
    </w:p>
    <w:p>
      <w:pPr>
        <w:bidi/>
        <w:spacing w:before="0" w:after="40"/>
        <w:jc w:val="both"/>
      </w:pPr>
      <w:r>
        <w:rPr>
          <w:rtl/>
        </w:rPr>
        <w:t>א. העוגה מתוקה.</w:t>
      </w:r>
    </w:p>
    <w:p>
      <w:pPr>
        <w:bidi/>
        <w:spacing w:before="0" w:after="40"/>
        <w:jc w:val="both"/>
      </w:pPr>
      <w:r>
        <w:rPr>
          <w:rtl/>
        </w:rPr>
        <w:t>ב. העיפרון חד.</w:t>
      </w:r>
    </w:p>
    <w:p>
      <w:pPr>
        <w:bidi/>
        <w:spacing w:before="0" w:after="40"/>
        <w:jc w:val="both"/>
      </w:pPr>
      <w:r>
        <w:rPr>
          <w:rtl/>
        </w:rPr>
        <w:t>ג. המוזיקה רועשת.</w:t>
      </w:r>
    </w:p>
    <w:p>
      <w:pPr>
        <w:bidi/>
        <w:spacing w:before="0" w:after="40"/>
        <w:jc w:val="both"/>
      </w:pPr>
      <w:r>
        <w:rPr>
          <w:rtl/>
        </w:rPr>
        <w:t>ד. הארגזים כבדים.</w:t>
      </w:r>
    </w:p>
    <w:p>
      <w:pPr>
        <w:bidi/>
        <w:spacing w:before="0" w:after="40"/>
        <w:jc w:val="both"/>
      </w:pPr>
      <w:r>
        <w:rPr>
          <w:rtl/>
        </w:rPr>
        <w:t>ה. הבור עמוק.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ביחיד או ברבים. שימו לב: גם שם התואר משתנה!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כוס מלאה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כוסות מלאות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ספר חדש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ספרים חדשים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עץ גבוה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עצים גבוהים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מכונית מהירה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מכוניות מהירות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מצאו בכל משפט את שם התואר, וכתבו גם את שם העצם שהוא מתאר.</w:t>
      </w:r>
    </w:p>
    <w:p>
      <w:pPr>
        <w:bidi/>
        <w:spacing w:before="0" w:after="100"/>
        <w:jc w:val="both"/>
      </w:pPr>
      <w:r>
        <w:rPr>
          <w:rtl/>
        </w:rPr>
        <w:t>א. על השולחן יש אגרטל שבור.  ← שבור – אגרטל</w:t>
      </w:r>
    </w:p>
    <w:p>
      <w:pPr>
        <w:bidi/>
        <w:spacing w:before="0" w:after="100"/>
        <w:jc w:val="both"/>
      </w:pPr>
      <w:r>
        <w:rPr>
          <w:rtl/>
        </w:rPr>
        <w:t>ב. הילדה הנבונה פתרה את החידה.  ← הנבונה – הילדה</w:t>
      </w:r>
    </w:p>
    <w:p>
      <w:pPr>
        <w:bidi/>
        <w:spacing w:before="0" w:after="100"/>
        <w:jc w:val="both"/>
      </w:pPr>
      <w:r>
        <w:rPr>
          <w:rtl/>
        </w:rPr>
        <w:t>ג. קנינו גבינה לבנה.  ← לבנה – גבינה</w:t>
      </w:r>
    </w:p>
    <w:p>
      <w:pPr>
        <w:bidi/>
        <w:spacing w:before="0" w:after="100"/>
        <w:jc w:val="both"/>
      </w:pPr>
      <w:r>
        <w:rPr>
          <w:rtl/>
        </w:rPr>
        <w:t>ד. השמיים היום אפורים.  ← אפורים – השמיים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נכון או לא נכון?</w:t>
      </w:r>
    </w:p>
    <w:p>
      <w:pPr>
        <w:bidi/>
        <w:spacing w:before="0" w:after="40"/>
        <w:jc w:val="both"/>
      </w:pPr>
      <w:r>
        <w:rPr>
          <w:rtl/>
        </w:rPr>
        <w:t>א. «כחול» הוא שם תואר של צבע. – נכון</w:t>
      </w:r>
    </w:p>
    <w:p>
      <w:pPr>
        <w:bidi/>
        <w:spacing w:before="0" w:after="40"/>
        <w:jc w:val="both"/>
      </w:pPr>
      <w:r>
        <w:rPr>
          <w:rtl/>
        </w:rPr>
        <w:t>ב. אומרים «ילדות שמחים». – לא נכון – אומרים «ילדות שמחות»</w:t>
      </w:r>
    </w:p>
    <w:p>
      <w:pPr>
        <w:bidi/>
        <w:spacing w:before="0" w:after="40"/>
        <w:jc w:val="both"/>
      </w:pPr>
      <w:r>
        <w:rPr>
          <w:rtl/>
        </w:rPr>
        <w:t>ג. המילה «שמחה» יכולה להיות שם עצם («השמחה גדולה») וגם שם תואר («ילדה שמחה»). – נכון</w:t>
      </w:r>
    </w:p>
    <w:p>
      <w:pPr>
        <w:bidi/>
        <w:spacing w:before="0" w:after="40"/>
        <w:jc w:val="both"/>
      </w:pPr>
      <w:r>
        <w:rPr>
          <w:rtl/>
        </w:rPr>
        <w:t>ד. במשפט «הדובים רעבים» המילה «רעבים» היא שם עצם. – לא נכון – «רעבים» הוא שם תואר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בכל משפט שם התואר לא מתאים לשם העצם. כתבו אותו נכון.</w:t>
      </w:r>
    </w:p>
    <w:p>
      <w:pPr>
        <w:bidi/>
        <w:spacing w:before="0" w:after="100"/>
        <w:jc w:val="both"/>
      </w:pPr>
      <w:r>
        <w:rPr>
          <w:rtl/>
        </w:rPr>
        <w:t>א. השמלה החדש תלויה בארון.  ← החדשה</w:t>
      </w:r>
    </w:p>
    <w:p>
      <w:pPr>
        <w:bidi/>
        <w:spacing w:before="0" w:after="100"/>
        <w:jc w:val="both"/>
      </w:pPr>
      <w:r>
        <w:rPr>
          <w:rtl/>
        </w:rPr>
        <w:t>ב. הכלבים הקטנות נובחים.  ← הקטנים</w:t>
      </w:r>
    </w:p>
    <w:p>
      <w:pPr>
        <w:bidi/>
        <w:spacing w:before="0" w:after="100"/>
        <w:jc w:val="both"/>
      </w:pPr>
      <w:r>
        <w:rPr>
          <w:rtl/>
        </w:rPr>
        <w:t>ג. קניתי נעליים חדשים.  ← חדשות</w:t>
      </w:r>
    </w:p>
    <w:p>
      <w:pPr>
        <w:bidi/>
        <w:spacing w:before="0" w:after="100"/>
        <w:jc w:val="both"/>
      </w:pPr>
      <w:r>
        <w:rPr>
          <w:rtl/>
        </w:rPr>
        <w:t>ד. הגלידה הזאת טעים.  ← טעימה</w:t>
      </w:r>
    </w:p>
    <w:p>
      <w:pPr>
        <w:bidi/>
        <w:spacing w:before="0" w:after="100"/>
        <w:jc w:val="both"/>
      </w:pPr>
      <w:r>
        <w:rPr>
          <w:rtl/>
        </w:rPr>
        <w:t>ה. העננים השחורות מכסים את השמש.  ← השחורים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קראו את הקטע «יום חורף». השלימו שם תואר מן המחסן, ושנו את צורתו לפי הצורך.</w:t>
      </w:r>
    </w:p>
    <w:p>
      <w:pPr>
        <w:bidi/>
        <w:spacing w:before="0" w:after="40"/>
        <w:jc w:val="both"/>
      </w:pPr>
      <w:r>
        <w:rPr>
          <w:rtl/>
        </w:rPr>
        <w:t>א. בחוץ היה יום קר מאוד.</w:t>
      </w:r>
    </w:p>
    <w:p>
      <w:pPr>
        <w:bidi/>
        <w:spacing w:before="0" w:after="40"/>
        <w:jc w:val="both"/>
      </w:pPr>
      <w:r>
        <w:rPr>
          <w:rtl/>
        </w:rPr>
        <w:t>ב. השמיים היו אפורים ומלאים בעננים.</w:t>
      </w:r>
    </w:p>
    <w:p>
      <w:pPr>
        <w:bidi/>
        <w:spacing w:before="0" w:after="40"/>
        <w:jc w:val="both"/>
      </w:pPr>
      <w:r>
        <w:rPr>
          <w:rtl/>
        </w:rPr>
        <w:t>ג. הנעליים שלנו היו רטובות מהגשם.</w:t>
      </w:r>
    </w:p>
    <w:p>
      <w:pPr>
        <w:bidi/>
        <w:spacing w:before="0" w:after="40"/>
        <w:jc w:val="both"/>
      </w:pPr>
      <w:r>
        <w:rPr>
          <w:rtl/>
        </w:rPr>
        <w:t>ד. בבית שתינו תה חם.</w:t>
      </w:r>
    </w:p>
    <w:p>
      <w:pPr>
        <w:bidi/>
        <w:spacing w:before="0" w:after="40"/>
        <w:jc w:val="both"/>
      </w:pPr>
      <w:r>
        <w:rPr>
          <w:rtl/>
        </w:rPr>
        <w:t>ה. ישבנו ליד התנור, עייפים אבל שמחים.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לכל שם עצם שלושה שמות תואר: צבע, גודל ותכונה אחרת.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צבע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גודל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תכונה אחרת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אפור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ענק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חזק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אדום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קטן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מתוק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כוכב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צהוב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זעיר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נוצץ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חידה: תארו בעל חיים בשלושה או ארבעה שמות תואר, בלי לכתוב את שמו. תנו לחבר לנחש!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אני גדול, אפור וחזק, ויש לי חדק ארוך. מי אני? (פיל)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גזרו את כרטיסי שמות התואר, והדביקו ליד כל שם עצם את שם התואר המתאים לו (זכר/נקבה, יחיד/רבים).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כלב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גדול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פרחים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יפים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ילדה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שמחה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מכוניות ______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מהירות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התאימו תמונה למשפט: כתבו בריבוע את מספר התמונה, ומתחו קו מתחת לשם התואר.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🐘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🐁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🍓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❄️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הפיל הגדול שותה מים.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העכבר הקטן בורח.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השלג הלבן קר מאוד.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התות האדום מתוק.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0F766E"/>
          <w:sz w:val="30"/>
          <w:szCs w:val="30"/>
          <w:rtl/>
        </w:rPr>
        <w:t>פרק 5: משפחת מילים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מילה מאותה משפחה.</w:t>
      </w:r>
    </w:p>
    <w:p>
      <w:pPr>
        <w:bidi/>
        <w:spacing w:before="0" w:after="40"/>
        <w:jc w:val="both"/>
      </w:pPr>
      <w:r>
        <w:rPr>
          <w:rtl/>
        </w:rPr>
        <w:t>א. הילד שר (ש־י־ר) שיר יפה.</w:t>
      </w:r>
    </w:p>
    <w:p>
      <w:pPr>
        <w:bidi/>
        <w:spacing w:before="0" w:after="40"/>
        <w:jc w:val="both"/>
      </w:pPr>
      <w:r>
        <w:rPr>
          <w:rtl/>
        </w:rPr>
        <w:t>ב. קנינו פרחים (פ־ר־ח) לסבתא.</w:t>
      </w:r>
    </w:p>
    <w:p>
      <w:pPr>
        <w:bidi/>
        <w:spacing w:before="0" w:after="40"/>
        <w:jc w:val="both"/>
      </w:pPr>
      <w:r>
        <w:rPr>
          <w:rtl/>
        </w:rPr>
        <w:t>ג. שמענו סיפור (ס־פ־ר) מעניין.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מילה נוספת מאותה משפחה.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מאותה משפחה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רכב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רכבת / רוכב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לבש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לבוש / מלבוש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שמחה / משמח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זוגות של מילים מאותה משפחה.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נגן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נגינה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טבח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רכיבה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רוכב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ממלכה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מלך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מטבח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חבר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חברות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איזו מילה לא שייכת למשפחה?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גדר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לחם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חלון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מילה מאותה משפחה של המילה שבסוגריים.</w:t>
      </w:r>
    </w:p>
    <w:p>
      <w:pPr>
        <w:bidi/>
        <w:spacing w:before="0" w:after="40"/>
        <w:jc w:val="both"/>
      </w:pPr>
      <w:r>
        <w:rPr>
          <w:rtl/>
        </w:rPr>
        <w:t>א. הנגן (נגינה) ניגן בכינור.</w:t>
      </w:r>
    </w:p>
    <w:p>
      <w:pPr>
        <w:bidi/>
        <w:spacing w:before="0" w:after="40"/>
        <w:jc w:val="both"/>
      </w:pPr>
      <w:r>
        <w:rPr>
          <w:rtl/>
        </w:rPr>
        <w:t>ב. התינוק ישן (שינה) בעריסה.</w:t>
      </w:r>
    </w:p>
    <w:p>
      <w:pPr>
        <w:bidi/>
        <w:spacing w:before="0" w:after="40"/>
        <w:jc w:val="both"/>
      </w:pPr>
      <w:r>
        <w:rPr>
          <w:rtl/>
        </w:rPr>
        <w:t>ג. סבא בישל (בישול) מרק עוף.</w:t>
      </w:r>
    </w:p>
    <w:p>
      <w:pPr>
        <w:bidi/>
        <w:spacing w:before="0" w:after="40"/>
        <w:jc w:val="both"/>
      </w:pPr>
      <w:r>
        <w:rPr>
          <w:rtl/>
        </w:rPr>
        <w:t>ד. הרכבת (רכיבה) יוצאת מהתחנה בשמונה.</w:t>
      </w:r>
    </w:p>
    <w:p>
      <w:pPr>
        <w:bidi/>
        <w:spacing w:before="0" w:after="40"/>
        <w:jc w:val="both"/>
      </w:pPr>
      <w:r>
        <w:rPr>
          <w:rtl/>
        </w:rPr>
        <w:t>ה. הילדים משחקים (משחק) בחצר.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לפי המשפחה. מילים שלא שייכות לאף משפחה – בטור השלישי.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כ־ת־ב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ק־ר־א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מהמשפחות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כתבנו, מכתב, כתיבה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קריאה, קוראת, מקרא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כתר, קרח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את השורש של כל מילה.</w:t>
      </w:r>
    </w:p>
    <w:p>
      <w:pPr>
        <w:bidi/>
        <w:spacing w:before="0" w:after="100"/>
        <w:jc w:val="both"/>
      </w:pPr>
      <w:r>
        <w:rPr>
          <w:rtl/>
        </w:rPr>
        <w:t>א. מכתבים  ← כ־ת־ב</w:t>
      </w:r>
    </w:p>
    <w:p>
      <w:pPr>
        <w:bidi/>
        <w:spacing w:before="0" w:after="100"/>
        <w:jc w:val="both"/>
      </w:pPr>
      <w:r>
        <w:rPr>
          <w:rtl/>
        </w:rPr>
        <w:t>ב. שומרת  ← ש־מ־ר</w:t>
      </w:r>
    </w:p>
    <w:p>
      <w:pPr>
        <w:bidi/>
        <w:spacing w:before="0" w:after="100"/>
        <w:jc w:val="both"/>
      </w:pPr>
      <w:r>
        <w:rPr>
          <w:rtl/>
        </w:rPr>
        <w:t>ג. ספרייה  ← ס־פ־ר</w:t>
      </w:r>
    </w:p>
    <w:p>
      <w:pPr>
        <w:bidi/>
        <w:spacing w:before="0" w:after="100"/>
        <w:jc w:val="both"/>
      </w:pPr>
      <w:r>
        <w:rPr>
          <w:rtl/>
        </w:rPr>
        <w:t>ד. רקדנים  ← ר־ק־ד</w:t>
      </w:r>
    </w:p>
    <w:p>
      <w:pPr>
        <w:bidi/>
        <w:spacing w:before="0" w:after="100"/>
        <w:jc w:val="both"/>
      </w:pPr>
      <w:r>
        <w:rPr>
          <w:rtl/>
        </w:rPr>
        <w:t>ה. הלבשה  ← ל־ב־ש</w:t>
      </w:r>
    </w:p>
    <w:p>
      <w:pPr>
        <w:bidi/>
        <w:spacing w:before="0" w:after="100"/>
        <w:jc w:val="both"/>
      </w:pPr>
      <w:r>
        <w:rPr>
          <w:rtl/>
        </w:rPr>
        <w:t>ו. מחשבים  ← ח־ש־ב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שתי מילים מכל משפחה.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1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ש־מ־ר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שמירה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א־פ־ה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אופה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מאפה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ט־י־ל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טיול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מטייל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ח־ש־ב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מחשב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חשבון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נכון או לא נכון?</w:t>
      </w:r>
    </w:p>
    <w:p>
      <w:pPr>
        <w:bidi/>
        <w:spacing w:before="0" w:after="40"/>
        <w:jc w:val="both"/>
      </w:pPr>
      <w:r>
        <w:rPr>
          <w:rtl/>
        </w:rPr>
        <w:t>א. «מחשב» ו«חשבון» באות מאותו שורש. – נכון</w:t>
      </w:r>
    </w:p>
    <w:p>
      <w:pPr>
        <w:bidi/>
        <w:spacing w:before="0" w:after="40"/>
        <w:jc w:val="both"/>
      </w:pPr>
      <w:r>
        <w:rPr>
          <w:rtl/>
        </w:rPr>
        <w:t>ב. השורש של «מגדל» הוא ג־ד־ל. – נכון</w:t>
      </w:r>
    </w:p>
    <w:p>
      <w:pPr>
        <w:bidi/>
        <w:spacing w:before="0" w:after="40"/>
        <w:jc w:val="both"/>
      </w:pPr>
      <w:r>
        <w:rPr>
          <w:rtl/>
        </w:rPr>
        <w:t>ג. «דג» ו«דגל» הן מאותה משפחה. – לא נכון – אין קשר במשמעות: דג הוא בעל חיים, ודגל הוא סמל</w:t>
      </w:r>
    </w:p>
    <w:p>
      <w:pPr>
        <w:bidi/>
        <w:spacing w:before="0" w:after="40"/>
        <w:jc w:val="both"/>
      </w:pPr>
      <w:r>
        <w:rPr>
          <w:rtl/>
        </w:rPr>
        <w:t>ד. «ירח» ו«ירוק» הן מאותה משפחה. – לא נכון – אין קשר במשמעות, והשורשים שונים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קראו את הקטע «הספרייה של הכיתה». מצאו בכל משפט את המילים מן המשפחה ס־פ־ר.</w:t>
      </w:r>
    </w:p>
    <w:p>
      <w:pPr>
        <w:bidi/>
        <w:spacing w:before="0" w:after="100"/>
        <w:jc w:val="both"/>
      </w:pPr>
      <w:r>
        <w:rPr>
          <w:rtl/>
        </w:rPr>
        <w:t>א. בכיתה שלנו יש ספרייה קטנה.  ← ספרייה</w:t>
      </w:r>
    </w:p>
    <w:p>
      <w:pPr>
        <w:bidi/>
        <w:spacing w:before="0" w:after="100"/>
        <w:jc w:val="both"/>
      </w:pPr>
      <w:r>
        <w:rPr>
          <w:rtl/>
        </w:rPr>
        <w:t>ב. כל יום אני בוחר ספר חדש.  ← ספר</w:t>
      </w:r>
    </w:p>
    <w:p>
      <w:pPr>
        <w:bidi/>
        <w:spacing w:before="0" w:after="100"/>
        <w:jc w:val="both"/>
      </w:pPr>
      <w:r>
        <w:rPr>
          <w:rtl/>
        </w:rPr>
        <w:t>ג. הספרנית ממליצה לנו על סיפורים מצחיקים.  ← הספרנית, סיפורים</w:t>
      </w:r>
    </w:p>
    <w:p>
      <w:pPr>
        <w:bidi/>
        <w:spacing w:before="0" w:after="100"/>
        <w:jc w:val="both"/>
      </w:pPr>
      <w:r>
        <w:rPr>
          <w:rtl/>
        </w:rPr>
        <w:t>ד. בסוף השבוע אני מספר לחברים מה קראתי.  ← מספר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קראו את הקטע «העגבנייה שלנו» והשלימו מן המחסן מילים מן המשפחה ג־ד־ל.</w:t>
      </w:r>
    </w:p>
    <w:p>
      <w:pPr>
        <w:bidi/>
        <w:spacing w:before="0" w:after="40"/>
        <w:jc w:val="both"/>
      </w:pPr>
      <w:r>
        <w:rPr>
          <w:rtl/>
        </w:rPr>
        <w:t>א. באביב גידלנו שתיל של עגבנייה בחצר.</w:t>
      </w:r>
    </w:p>
    <w:p>
      <w:pPr>
        <w:bidi/>
        <w:spacing w:before="0" w:after="40"/>
        <w:jc w:val="both"/>
      </w:pPr>
      <w:r>
        <w:rPr>
          <w:rtl/>
        </w:rPr>
        <w:t>ב. העגבנייה גדלה מהר מאוד.</w:t>
      </w:r>
    </w:p>
    <w:p>
      <w:pPr>
        <w:bidi/>
        <w:spacing w:before="0" w:after="40"/>
        <w:jc w:val="both"/>
      </w:pPr>
      <w:r>
        <w:rPr>
          <w:rtl/>
        </w:rPr>
        <w:t>ג. אחרי חודש היא הייתה בגודל של כדור.</w:t>
      </w:r>
    </w:p>
    <w:p>
      <w:pPr>
        <w:bidi/>
        <w:spacing w:before="0" w:after="40"/>
        <w:jc w:val="both"/>
      </w:pPr>
      <w:r>
        <w:rPr>
          <w:rtl/>
        </w:rPr>
        <w:t>ד. בסוף היא הייתה גדולה ואדומה.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מילים מאותה משפחה.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עשה? (פועל)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 עושה?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הפעולה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רקד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רקדן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ריקוד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שיחק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שחקן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משחק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בישל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מבשל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בישול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כותב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כתיבה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סיפור קצר (3–4 משפטים) על ילדה שאוהבת לצייר. השתמשו לפחות בשלוש מילים מן המשפחה צ־י־ר, ומתחו קו מתחתן.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נועה אוהבת לצייר. בכל יום היא מציירת ציור חדש. כשתגדל היא רוצה להיות ציירת.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גזרו את כרטיסי המילים, והדביקו כל מילה במשפחה שלה (לפי השורש).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משפחת כ-ת-ב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משפחת ל-מ-ד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משפחת ש-מ-ר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מכתב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תלמיד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שומר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כתיבה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מלמד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שמירה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כתבה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לימוד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משמר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מתחו קו מכל מילה אל השורש שלה.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משחק  ←  א. ש-ח-ק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אוכל  ←  ג. א-כ-ל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ריצה  ←  ד. ר-ו-ץ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סיפור  ←  ה. ס-פ-ר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מגדל  ←  ב. ג-ד-ל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0F766E"/>
          <w:sz w:val="30"/>
          <w:szCs w:val="30"/>
          <w:rtl/>
        </w:rPr>
        <w:t>פרק 6: סימני פיסוק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סימן לתפקיד.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רגש חזק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!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בסוף משפט שמספר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בסוף שאלה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4. ,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מפריד ברשימה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העתיקו את הקטע «בוקר בחצר» עם סימני פיסוק.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בבוקר יצאתי לחצר. ראיתי חתול, כלב ותרנגולת. איזה רעש הם עשו! למה כולם מתעוררים כל כך מוקדם?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הוסיפו סימן בסוף המשפט: . ? או !</w:t>
      </w:r>
    </w:p>
    <w:p>
      <w:pPr>
        <w:bidi/>
        <w:spacing w:before="0" w:after="40"/>
        <w:jc w:val="both"/>
      </w:pPr>
      <w:r>
        <w:rPr>
          <w:rtl/>
        </w:rPr>
        <w:t>א. החתול שלנו לבן.</w:t>
      </w:r>
    </w:p>
    <w:p>
      <w:pPr>
        <w:bidi/>
        <w:spacing w:before="0" w:after="40"/>
        <w:jc w:val="both"/>
      </w:pPr>
      <w:r>
        <w:rPr>
          <w:rtl/>
        </w:rPr>
        <w:t>ב. כמה עולה הספר?</w:t>
      </w:r>
    </w:p>
    <w:p>
      <w:pPr>
        <w:bidi/>
        <w:spacing w:before="0" w:after="40"/>
        <w:jc w:val="both"/>
      </w:pPr>
      <w:r>
        <w:rPr>
          <w:rtl/>
        </w:rPr>
        <w:t>ג. יש! ניצחנו!</w:t>
      </w:r>
    </w:p>
    <w:p>
      <w:pPr>
        <w:bidi/>
        <w:spacing w:before="0" w:after="40"/>
        <w:jc w:val="both"/>
      </w:pPr>
      <w:r>
        <w:rPr>
          <w:rtl/>
        </w:rPr>
        <w:t>ד. מתי מתחיל הסרט?</w:t>
      </w:r>
    </w:p>
    <w:p>
      <w:pPr>
        <w:bidi/>
        <w:spacing w:before="0" w:after="40"/>
        <w:jc w:val="both"/>
      </w:pPr>
      <w:r>
        <w:rPr>
          <w:rtl/>
        </w:rPr>
        <w:t>ה. השמש שוקעת בערב.</w:t>
      </w:r>
    </w:p>
    <w:p>
      <w:pPr>
        <w:bidi/>
        <w:spacing w:before="0" w:after="40"/>
        <w:jc w:val="both"/>
      </w:pPr>
      <w:r>
        <w:rPr>
          <w:rtl/>
        </w:rPr>
        <w:t>ו. בוא מהר!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איזה סימן מתאים במקום הקו?</w:t>
      </w:r>
    </w:p>
    <w:p>
      <w:pPr>
        <w:bidi/>
        <w:spacing w:before="0" w:after="20"/>
        <w:jc w:val="both"/>
      </w:pPr>
      <w:r>
        <w:rPr>
          <w:rtl/>
        </w:rPr>
        <w:t>א. מה שמך___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?</w:t>
      </w:r>
    </w:p>
    <w:p>
      <w:pPr>
        <w:bidi/>
        <w:spacing w:before="0" w:after="20"/>
        <w:jc w:val="both"/>
      </w:pPr>
      <w:r>
        <w:rPr>
          <w:rtl/>
        </w:rPr>
        <w:t>ב. איזה כיף___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!</w:t>
      </w:r>
    </w:p>
    <w:p>
      <w:pPr>
        <w:bidi/>
        <w:spacing w:before="0" w:after="20"/>
        <w:jc w:val="both"/>
      </w:pPr>
      <w:r>
        <w:rPr>
          <w:rtl/>
        </w:rPr>
        <w:t>ג. אני גר בחיפה___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.</w:t>
      </w:r>
    </w:p>
    <w:p>
      <w:pPr>
        <w:bidi/>
        <w:spacing w:before="0" w:after="20"/>
        <w:jc w:val="both"/>
      </w:pPr>
      <w:r>
        <w:rPr>
          <w:rtl/>
        </w:rPr>
        <w:t>ד. צריך לקנות לחם___ חלב וביצים.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,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מילות שאלה: התאימו לכל מילת שאלה את מה שהיא שואלת עליו.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מי?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זמן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איפה?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אדם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מתי?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מקום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כמה?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סיבה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למה?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מספר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נכון או לא נכון?</w:t>
      </w:r>
    </w:p>
    <w:p>
      <w:pPr>
        <w:bidi/>
        <w:spacing w:before="0" w:after="40"/>
        <w:jc w:val="both"/>
      </w:pPr>
      <w:r>
        <w:rPr>
          <w:rtl/>
        </w:rPr>
        <w:t>א. סימן קריאה מתאים לבקשה חזקה, כמו «עצור!». – נכון</w:t>
      </w:r>
    </w:p>
    <w:p>
      <w:pPr>
        <w:bidi/>
        <w:spacing w:before="0" w:after="40"/>
        <w:jc w:val="both"/>
      </w:pPr>
      <w:r>
        <w:rPr>
          <w:rtl/>
        </w:rPr>
        <w:t>ב. בסוף המשפט «אני אוהב לקרוא» צריך סימן שאלה. – לא נכון – צריך נקודה: אני אוהב לקרוא.</w:t>
      </w:r>
    </w:p>
    <w:p>
      <w:pPr>
        <w:bidi/>
        <w:spacing w:before="0" w:after="40"/>
        <w:jc w:val="both"/>
      </w:pPr>
      <w:r>
        <w:rPr>
          <w:rtl/>
        </w:rPr>
        <w:t>ג. פסיק מפריד בין דברים ברשימה. – נכון</w:t>
      </w:r>
    </w:p>
    <w:p>
      <w:pPr>
        <w:bidi/>
        <w:spacing w:before="0" w:after="40"/>
        <w:jc w:val="both"/>
      </w:pPr>
      <w:r>
        <w:rPr>
          <w:rtl/>
        </w:rPr>
        <w:t>ד. ברשימה שמים פסיק גם לפני המילה עם ו־. – לא נכון – לפני המילה עם ו־ לא שמים פסיק: עט, מחק ודבק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הוסיפו פסיקים. כתבו את הרשימה עם הפסיקים.</w:t>
      </w:r>
    </w:p>
    <w:p>
      <w:pPr>
        <w:bidi/>
        <w:spacing w:before="0" w:after="100"/>
        <w:jc w:val="both"/>
      </w:pPr>
      <w:r>
        <w:rPr>
          <w:rtl/>
        </w:rPr>
        <w:t>א. בקופסה יש עפרונות טושים ומחקים.  ← עפרונות, טושים ומחקים</w:t>
      </w:r>
    </w:p>
    <w:p>
      <w:pPr>
        <w:bidi/>
        <w:spacing w:before="0" w:after="100"/>
        <w:jc w:val="both"/>
      </w:pPr>
      <w:r>
        <w:rPr>
          <w:rtl/>
        </w:rPr>
        <w:t>ב. לסבתא יש חתול כלב ותוכי.  ← חתול, כלב ותוכי</w:t>
      </w:r>
    </w:p>
    <w:p>
      <w:pPr>
        <w:bidi/>
        <w:spacing w:before="0" w:after="100"/>
        <w:jc w:val="both"/>
      </w:pPr>
      <w:r>
        <w:rPr>
          <w:rtl/>
        </w:rPr>
        <w:t>ג. בקיץ אנחנו שוחים משחקים ונחים.  ← שוחים, משחקים ונחים</w:t>
      </w:r>
    </w:p>
    <w:p>
      <w:pPr>
        <w:bidi/>
        <w:spacing w:before="0" w:after="100"/>
        <w:jc w:val="both"/>
      </w:pPr>
      <w:r>
        <w:rPr>
          <w:rtl/>
        </w:rPr>
        <w:t>ד. בשוק קנינו מלפפונים עגבניות גזר ובצל.  ← מלפפונים, עגבניות, גזר ובצל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הפכו כל משפט לשאלה. אל תשכחו סימן שאלה!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דני הלך לגן.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לאן הלך דני?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הגשם התחיל בבוקר.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מתי התחיל הגשם?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אימא קנתה תפוחים.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מה קנתה אימא?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הספר נמצא בתיק.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איפה נמצא הספר?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קראו את המכתב של יעל לסבתא והשלימו סימן פיסוק: . ? ! או ,</w:t>
      </w:r>
    </w:p>
    <w:p>
      <w:pPr>
        <w:bidi/>
        <w:spacing w:before="0" w:after="40"/>
        <w:jc w:val="both"/>
      </w:pPr>
      <w:r>
        <w:rPr>
          <w:rtl/>
        </w:rPr>
        <w:t>א. סבתא יקרה, מה שלומך?</w:t>
      </w:r>
    </w:p>
    <w:p>
      <w:pPr>
        <w:bidi/>
        <w:spacing w:before="0" w:after="40"/>
        <w:jc w:val="both"/>
      </w:pPr>
      <w:r>
        <w:rPr>
          <w:rtl/>
        </w:rPr>
        <w:t>ב. בשבוע שעבר היה לי יום הולדת.</w:t>
      </w:r>
    </w:p>
    <w:p>
      <w:pPr>
        <w:bidi/>
        <w:spacing w:before="0" w:after="40"/>
        <w:jc w:val="both"/>
      </w:pPr>
      <w:r>
        <w:rPr>
          <w:rtl/>
        </w:rPr>
        <w:t>ג. קיבלתי ספר, כדור ומשחק.</w:t>
      </w:r>
    </w:p>
    <w:p>
      <w:pPr>
        <w:bidi/>
        <w:spacing w:before="0" w:after="40"/>
        <w:jc w:val="both"/>
      </w:pPr>
      <w:r>
        <w:rPr>
          <w:rtl/>
        </w:rPr>
        <w:t>ד. איזו מסיבה שמחה הייתה!</w:t>
      </w:r>
    </w:p>
    <w:p>
      <w:pPr>
        <w:bidi/>
        <w:spacing w:before="0" w:after="40"/>
        <w:jc w:val="both"/>
      </w:pPr>
      <w:r>
        <w:rPr>
          <w:rtl/>
        </w:rPr>
        <w:t>ה. מתי תבואי לבקר אותנו?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בכל שורה חסרים סימני פיסוק. כתבו אותה מחדש עם הסימנים.</w:t>
      </w:r>
    </w:p>
    <w:p>
      <w:pPr>
        <w:bidi/>
        <w:spacing w:before="0" w:after="100"/>
        <w:jc w:val="both"/>
      </w:pPr>
      <w:r>
        <w:rPr>
          <w:rtl/>
        </w:rPr>
        <w:t>א. איפה המטרייה שלי בחוץ יורד גשם  ← איפה המטרייה שלי? בחוץ יורד גשם.</w:t>
      </w:r>
    </w:p>
    <w:p>
      <w:pPr>
        <w:bidi/>
        <w:spacing w:before="0" w:after="100"/>
        <w:jc w:val="both"/>
      </w:pPr>
      <w:r>
        <w:rPr>
          <w:rtl/>
        </w:rPr>
        <w:t>ב. וואו איזו קשת יפה  ← וואו, איזו קשת יפה!</w:t>
      </w:r>
    </w:p>
    <w:p>
      <w:pPr>
        <w:bidi/>
        <w:spacing w:before="0" w:after="100"/>
        <w:jc w:val="both"/>
      </w:pPr>
      <w:r>
        <w:rPr>
          <w:rtl/>
        </w:rPr>
        <w:t>ג. בתיק יש מים כריך ותפוח  ← בתיק יש מים, כריך ותפוח.</w:t>
      </w:r>
    </w:p>
    <w:p>
      <w:pPr>
        <w:bidi/>
        <w:spacing w:before="0" w:after="100"/>
        <w:jc w:val="both"/>
      </w:pPr>
      <w:r>
        <w:rPr>
          <w:rtl/>
        </w:rPr>
        <w:t>ד. מתי נצא לטיול מחר בבוקר  ← מתי נצא לטיול? מחר בבוקר.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משפט משלכם מכל סוג.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 המשפט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המשפט שלי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משפט שמספר (.)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היום אני הולך לחוג.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שאלה (?)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מי בא איתי לספרייה?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קריאה (!)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איזה גשם חזק!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רשימה עם פסיקים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בתיק יש ספר, מחברת וקלמר.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פתק להורים (3–4 משפטים) ובו בקשה ללכת לחבר אחרי הלימודים. השתמשו בשאלה, בקריאה ובפסיק.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אימא ואבא, אפשר ללכת לנועם אחרי הלימודים? נכין שם שיעורים, נשחק ונאכל. אחזור עד חמש. תודה רבה!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13. גזרו את כרטיסי סימני הפיסוק, והדביקו בסוף כל משפט את הסימן המתאים.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איזה יום יפה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!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מה השעה עכשיו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?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דני הלך לבית הספר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.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איפה התיק שלי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?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הצילו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!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היום ירד גשם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נקודה  . – </w:t>
            </w:r>
            <w:r>
              <w:rPr>
                <w:sz w:val="24"/>
                <w:szCs w:val="24"/>
                <w:rtl/>
              </w:rPr>
              <w:t>באה בסוף משפט שמספר משהו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סימן שאלה  ? – </w:t>
            </w:r>
            <w:r>
              <w:rPr>
                <w:sz w:val="24"/>
                <w:szCs w:val="24"/>
                <w:rtl/>
              </w:rPr>
              <w:t>בא בסוף משפט ששואל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סימן קריאה  ! – </w:t>
            </w:r>
            <w:r>
              <w:rPr>
                <w:sz w:val="24"/>
                <w:szCs w:val="24"/>
                <w:rtl/>
              </w:rPr>
              <w:t>בא בסוף משפט של התרגשות, שמחה או בהלה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פסיק  , – </w:t>
            </w:r>
            <w:r>
              <w:rPr>
                <w:sz w:val="24"/>
                <w:szCs w:val="24"/>
                <w:rtl/>
              </w:rPr>
              <w:t>מפריד בין מילים ברשימה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כתבו משפט אחד שמסתיים בסימן שאלה, ומשפט אחד שמסתיים בסימן קריאה. תשובה אישית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0F766E"/>
          <w:sz w:val="30"/>
          <w:szCs w:val="30"/>
          <w:rtl/>
        </w:rPr>
        <w:t>פרק 7: קוראים סיפור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ענו לפי הסיפור.</w:t>
      </w:r>
    </w:p>
    <w:p>
      <w:pPr>
        <w:bidi/>
        <w:spacing w:before="0" w:after="20"/>
        <w:jc w:val="both"/>
      </w:pPr>
      <w:r>
        <w:rPr>
          <w:rtl/>
        </w:rPr>
        <w:t>א. מה עשו הילדים קודם?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ניקו את האדמה</w:t>
      </w:r>
    </w:p>
    <w:p>
      <w:pPr>
        <w:bidi/>
        <w:spacing w:before="0" w:after="20"/>
        <w:jc w:val="both"/>
      </w:pPr>
      <w:r>
        <w:rPr>
          <w:rtl/>
        </w:rPr>
        <w:t>ב. למה הילדים דאגו?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לא צמח כלום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סדרו במילים שלכם: מה קרה בהתחלה, באמצע ובסוף?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בהתחלה ניקו ושתלו. באמצע חיכו והשקו. בסוף קטפו חסה והכינו סלט.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ענו לפי הסיפור «הפתק בספר».</w:t>
      </w:r>
    </w:p>
    <w:p>
      <w:pPr>
        <w:bidi/>
        <w:spacing w:before="0" w:after="20"/>
        <w:jc w:val="both"/>
      </w:pPr>
      <w:r>
        <w:rPr>
          <w:rtl/>
        </w:rPr>
        <w:t>א. מה מצאה נגה בתוך הספר?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פתק</w:t>
      </w:r>
    </w:p>
    <w:p>
      <w:pPr>
        <w:bidi/>
        <w:spacing w:before="0" w:after="20"/>
        <w:jc w:val="both"/>
      </w:pPr>
      <w:r>
        <w:rPr>
          <w:rtl/>
        </w:rPr>
        <w:t>ב. על מה היה הספר?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על חיות הים</w:t>
      </w:r>
    </w:p>
    <w:p>
      <w:pPr>
        <w:bidi/>
        <w:spacing w:before="0" w:after="20"/>
        <w:jc w:val="both"/>
      </w:pPr>
      <w:r>
        <w:rPr>
          <w:rtl/>
        </w:rPr>
        <w:t>ג. איך הרגישה נגה לפני שכתבה?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התביישה קצת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לפי הסיפור «הפתק בספר».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תשובה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 הדמויות?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נגה ויואב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מאיפה שאלה נגה את הספר?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מהספרייה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כתבה נגה בפתק?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שהספר מעולה ושהכי אהבה את הפרק על התמנון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קרה שבוע אחר כך?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חיכה לה פתק חדש מיואב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מילה מן הסיפור «הפתק בספר».</w:t>
      </w:r>
    </w:p>
    <w:p>
      <w:pPr>
        <w:bidi/>
        <w:spacing w:before="0" w:after="40"/>
        <w:jc w:val="both"/>
      </w:pPr>
      <w:r>
        <w:rPr>
          <w:rtl/>
        </w:rPr>
        <w:t>א. נגה שאלה מהספרייה ספר על חיות הים.</w:t>
      </w:r>
    </w:p>
    <w:p>
      <w:pPr>
        <w:bidi/>
        <w:spacing w:before="0" w:after="40"/>
        <w:jc w:val="both"/>
      </w:pPr>
      <w:r>
        <w:rPr>
          <w:rtl/>
        </w:rPr>
        <w:t>ב. יואב לומד בכיתה ד'.</w:t>
      </w:r>
    </w:p>
    <w:p>
      <w:pPr>
        <w:bidi/>
        <w:spacing w:before="0" w:after="40"/>
        <w:jc w:val="both"/>
      </w:pPr>
      <w:r>
        <w:rPr>
          <w:rtl/>
        </w:rPr>
        <w:t>ג. נגה החזירה את הספר עם שני פתקים.</w:t>
      </w:r>
    </w:p>
    <w:p>
      <w:pPr>
        <w:bidi/>
        <w:spacing w:before="0" w:after="40"/>
        <w:jc w:val="both"/>
      </w:pPr>
      <w:r>
        <w:rPr>
          <w:rtl/>
        </w:rPr>
        <w:t>ד. יואב שאל אם נגה רוצה להמליץ לו על ספר.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מה הייתם כותבים ליואב? כתבו המלצה קצרה על ספר שאהבתם (2–3 משפטים).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אני ממליץ על ספר על דינוזאורים. יש בו תמונות יפות ועובדות מפתיעות. הכי אהבתי את הפרק על הדינוזאור הגדול ביותר.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ענו לפי הסיפור «המרוץ של עומר»: נכון או לא נכון?</w:t>
      </w:r>
    </w:p>
    <w:p>
      <w:pPr>
        <w:bidi/>
        <w:spacing w:before="0" w:after="40"/>
        <w:jc w:val="both"/>
      </w:pPr>
      <w:r>
        <w:rPr>
          <w:rtl/>
        </w:rPr>
        <w:t>א. עומר הגיע ראשון במרוץ. – לא נכון – עומר הגיע אחרון</w:t>
      </w:r>
    </w:p>
    <w:p>
      <w:pPr>
        <w:bidi/>
        <w:spacing w:before="0" w:after="40"/>
        <w:jc w:val="both"/>
      </w:pPr>
      <w:r>
        <w:rPr>
          <w:rtl/>
        </w:rPr>
        <w:t>ב. דניאל הוא חבר מהכיתה של עומר. – נכון</w:t>
      </w:r>
    </w:p>
    <w:p>
      <w:pPr>
        <w:bidi/>
        <w:spacing w:before="0" w:after="40"/>
        <w:jc w:val="both"/>
      </w:pPr>
      <w:r>
        <w:rPr>
          <w:rtl/>
        </w:rPr>
        <w:t>ג. עומר עזר לדניאל לקום. – נכון</w:t>
      </w:r>
    </w:p>
    <w:p>
      <w:pPr>
        <w:bidi/>
        <w:spacing w:before="0" w:after="40"/>
        <w:jc w:val="both"/>
      </w:pPr>
      <w:r>
        <w:rPr>
          <w:rtl/>
        </w:rPr>
        <w:t>ד. הילדים צחקו על עומר. – לא נכון – הילדים מחאו לו כפיים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העתיקו מן הסיפור את המשפט שמראה ש...</w:t>
      </w:r>
    </w:p>
    <w:p>
      <w:pPr>
        <w:bidi/>
        <w:spacing w:before="0" w:after="100"/>
        <w:jc w:val="both"/>
      </w:pPr>
      <w:r>
        <w:rPr>
          <w:rtl/>
        </w:rPr>
        <w:t>א. ...עומר רצה לנצח.  ← עומר רצה מאוד לנצח.</w:t>
      </w:r>
    </w:p>
    <w:p>
      <w:pPr>
        <w:bidi/>
        <w:spacing w:before="0" w:after="100"/>
        <w:jc w:val="both"/>
      </w:pPr>
      <w:r>
        <w:rPr>
          <w:rtl/>
        </w:rPr>
        <w:t>ב. ...עומר ויתר על הניצחון כדי לעזור לחבר.  ← עומר עצר, עזר לדניאל לקום והלך איתו לאט עד המורה.</w:t>
      </w:r>
    </w:p>
    <w:p>
      <w:pPr>
        <w:bidi/>
        <w:spacing w:before="0" w:after="100"/>
        <w:jc w:val="both"/>
      </w:pPr>
      <w:r>
        <w:rPr>
          <w:rtl/>
        </w:rPr>
        <w:t>ג. ...הילדים העריכו את מה שעשה עומר.  ← כל הילדים מחאו לו כפיים.</w:t>
      </w:r>
    </w:p>
    <w:p>
      <w:pPr>
        <w:bidi/>
        <w:spacing w:before="0" w:after="100"/>
        <w:jc w:val="both"/>
      </w:pPr>
      <w:r>
        <w:rPr>
          <w:rtl/>
        </w:rPr>
        <w:t>ד. ...עומר שמח במה שעשה.  ← «אבל אני מרגיש שניצחתי במשהו אחר».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דמות בסיפור את מה שהיא הרגישה.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עומר בתחילת המרוץ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מעריכים את עומר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דניאל אחרי הנפילה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רוצה מאוד לנצח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הילדים בסוף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גאה במעשה שלו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עומר בערב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כואבת לו הברך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עומר אמר: «אני מרגיש שניצחתי במשהו אחר». במה הוא ניצח לדעתכם?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הוא ניצח בחברות: הוא בחר לעזור לחבר במקום לנצח במרוץ, וזה מעשה טוב שכולם העריכו.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11. גזרו את ארבעת כרטיסי הסיפור, והדביקו אותם לפי סדר האירועים: התחלה, אמצע, סוף.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🌱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נועה שתלה זרע בגינה.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💧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כל יום היא השקתה אותו.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🌿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צמח קטן יצא מן האדמה.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🌻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בסוף פרח חמנייה גדולה.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12. התאימו תמונה למשפט: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📖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🌧️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☂️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🌈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דני פתח מטרייה גדולה.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פתאום התחיל לרדת גשם חזק.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הסיפור מתחיל בבוקר שקט.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בסוף הופיעה קשת בענן.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0F766E"/>
          <w:sz w:val="30"/>
          <w:szCs w:val="30"/>
          <w:rtl/>
        </w:rPr>
        <w:t>חזרה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השלימו.</w:t>
      </w:r>
    </w:p>
    <w:p>
      <w:pPr>
        <w:bidi/>
        <w:spacing w:before="0" w:after="40"/>
        <w:jc w:val="both"/>
      </w:pPr>
      <w:r>
        <w:rPr>
          <w:rtl/>
        </w:rPr>
        <w:t>א. עצים ← עץ (יחיד)</w:t>
      </w:r>
    </w:p>
    <w:p>
      <w:pPr>
        <w:bidi/>
        <w:spacing w:before="0" w:after="40"/>
        <w:jc w:val="both"/>
      </w:pPr>
      <w:r>
        <w:rPr>
          <w:rtl/>
        </w:rPr>
        <w:t>ב. מחר אני אקרא (קרא).</w:t>
      </w:r>
    </w:p>
    <w:p>
      <w:pPr>
        <w:bidi/>
        <w:spacing w:before="0" w:after="40"/>
        <w:jc w:val="both"/>
      </w:pPr>
      <w:r>
        <w:rPr>
          <w:rtl/>
        </w:rPr>
        <w:t>ג. בובה יפה (יפה)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הוסיפו סימן פיסוק.</w:t>
      </w:r>
    </w:p>
    <w:p>
      <w:pPr>
        <w:bidi/>
        <w:spacing w:before="0" w:after="40"/>
        <w:jc w:val="both"/>
      </w:pPr>
      <w:r>
        <w:rPr>
          <w:rtl/>
        </w:rPr>
        <w:t>א. כמה שעות יש ביום?</w:t>
      </w:r>
    </w:p>
    <w:p>
      <w:pPr>
        <w:bidi/>
        <w:spacing w:before="0" w:after="40"/>
        <w:jc w:val="both"/>
      </w:pPr>
      <w:r>
        <w:rPr>
          <w:rtl/>
        </w:rPr>
        <w:t>ב. איזה כיף!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שלושה משפטים על החבר הכי טוב שלכם. השתמשו בשם תואר ובפועל.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