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שם עצם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מיינו את שמות העצם לשמות פרטיים ולשמות כלליים.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המילים: תל אביב  |  נהר  |  הירדן  |  כלב  |  דני  |  מורה  |  ישראל  |  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פרטי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כללי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הטבלה: יחיד ורבים.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תלמיד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שכנות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ציפורים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עיפרון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סמנו את המין של כל שם עצם.</w:t>
      </w:r>
    </w:p>
    <w:p>
      <w:pPr>
        <w:bidi/>
        <w:spacing w:before="0" w:after="20"/>
        <w:jc w:val="both"/>
      </w:pPr>
      <w:r>
        <w:rPr>
          <w:rtl/>
        </w:rPr>
        <w:t>א. כוס</w:t>
      </w:r>
    </w:p>
    <w:p>
      <w:pPr>
        <w:bidi/>
        <w:spacing w:before="0" w:after="80"/>
        <w:jc w:val="both"/>
      </w:pPr>
      <w:r>
        <w:rPr>
          <w:rtl/>
        </w:rPr>
        <w:t xml:space="preserve">   ○ זכר      ○ נקבה</w:t>
      </w:r>
    </w:p>
    <w:p>
      <w:pPr>
        <w:bidi/>
        <w:spacing w:before="0" w:after="20"/>
        <w:jc w:val="both"/>
      </w:pPr>
      <w:r>
        <w:rPr>
          <w:rtl/>
        </w:rPr>
        <w:t>ב. קיר</w:t>
      </w:r>
    </w:p>
    <w:p>
      <w:pPr>
        <w:bidi/>
        <w:spacing w:before="0" w:after="80"/>
        <w:jc w:val="both"/>
      </w:pPr>
      <w:r>
        <w:rPr>
          <w:rtl/>
        </w:rPr>
        <w:t xml:space="preserve">   ○ זכר      ○ נקבה</w:t>
      </w:r>
    </w:p>
    <w:p>
      <w:pPr>
        <w:bidi/>
        <w:spacing w:before="0" w:after="20"/>
        <w:jc w:val="both"/>
      </w:pPr>
      <w:r>
        <w:rPr>
          <w:rtl/>
        </w:rPr>
        <w:t>ג. ארץ</w:t>
      </w:r>
    </w:p>
    <w:p>
      <w:pPr>
        <w:bidi/>
        <w:spacing w:before="0" w:after="80"/>
        <w:jc w:val="both"/>
      </w:pPr>
      <w:r>
        <w:rPr>
          <w:rtl/>
        </w:rPr>
        <w:t xml:space="preserve">   ○ זכר      ○ נקבה</w:t>
      </w:r>
    </w:p>
    <w:p>
      <w:pPr>
        <w:bidi/>
        <w:spacing w:before="0" w:after="20"/>
        <w:jc w:val="both"/>
      </w:pPr>
      <w:r>
        <w:rPr>
          <w:rtl/>
        </w:rPr>
        <w:t>ד. לילה</w:t>
      </w:r>
    </w:p>
    <w:p>
      <w:pPr>
        <w:bidi/>
        <w:spacing w:before="0" w:after="80"/>
        <w:jc w:val="both"/>
      </w:pPr>
      <w:r>
        <w:rPr>
          <w:rtl/>
        </w:rPr>
        <w:t xml:space="preserve">   ○ זכר      ○ נקבה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העתיקו מכל משפט את כל שמות העצם.</w:t>
      </w:r>
    </w:p>
    <w:p>
      <w:pPr>
        <w:bidi/>
        <w:spacing w:before="0" w:after="100"/>
        <w:jc w:val="both"/>
      </w:pPr>
      <w:r>
        <w:rPr>
          <w:rtl/>
        </w:rPr>
        <w:t>א. הילדה נתנה לחברה שלה ספר חדש.</w:t>
      </w:r>
    </w:p>
    <w:p>
      <w:pPr>
        <w:bidi/>
        <w:spacing w:before="0" w:after="100"/>
        <w:jc w:val="both"/>
      </w:pPr>
      <w:r>
        <w:rPr>
          <w:rtl/>
        </w:rPr>
        <w:t>ב. בגן החיות ראינו פיל, ג'ירפה וקוף.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כתבו משפט שיש בו שם פרטי אחד ושני שמות כלליים.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 על הטיול והשלימו שם עצם מן המחסן.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מחסן מילים: הרים  |  אומץ  |  נמל  |  ספרייה</w:t>
      </w:r>
    </w:p>
    <w:p>
      <w:pPr>
        <w:bidi/>
        <w:spacing w:before="0" w:after="60"/>
        <w:jc w:val="both"/>
      </w:pPr>
      <w:r>
        <w:rPr>
          <w:rtl/>
        </w:rPr>
        <w:t>א. בטיול לצפון ראינו __________ גבוהים ומפל.</w:t>
      </w:r>
    </w:p>
    <w:p>
      <w:pPr>
        <w:bidi/>
        <w:spacing w:before="0" w:after="60"/>
        <w:jc w:val="both"/>
      </w:pPr>
      <w:r>
        <w:rPr>
          <w:rtl/>
        </w:rPr>
        <w:t>ב. לטפס על הצוק דרש הרבה __________.</w:t>
      </w:r>
    </w:p>
    <w:p>
      <w:pPr>
        <w:bidi/>
        <w:spacing w:before="0" w:after="60"/>
        <w:jc w:val="both"/>
      </w:pPr>
      <w:r>
        <w:rPr>
          <w:rtl/>
        </w:rPr>
        <w:t>ג. בחיפה יש __________ גדול, ושם עוגנות אוניות.</w:t>
      </w:r>
    </w:p>
    <w:p>
      <w:pPr>
        <w:bidi/>
        <w:spacing w:before="0" w:after="60"/>
        <w:jc w:val="both"/>
      </w:pPr>
      <w:r>
        <w:rPr>
          <w:rtl/>
        </w:rPr>
        <w:t>ד. בערב שאלתי שני ספרים ב__________ העירונית.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איזו מילה אינה שם עצם?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rtl/>
        </w:rPr>
        <w:t xml:space="preserve">   ○ שמחה      ○ חלום      ○ רץ      ○ אומץ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rtl/>
        </w:rPr>
        <w:t xml:space="preserve">   ○ חיפה      ○ נהר      ○ כחול      ○ מורה</w:t>
      </w:r>
    </w:p>
    <w:p>
      <w:pPr>
        <w:bidi/>
        <w:spacing w:before="0" w:after="20"/>
        <w:jc w:val="both"/>
      </w:pPr>
      <w:r>
        <w:rPr>
          <w:rtl/>
        </w:rPr>
        <w:t xml:space="preserve">ג. </w:t>
      </w:r>
    </w:p>
    <w:p>
      <w:pPr>
        <w:bidi/>
        <w:spacing w:before="0" w:after="80"/>
        <w:jc w:val="both"/>
      </w:pPr>
      <w:r>
        <w:rPr>
          <w:rtl/>
        </w:rPr>
        <w:t xml:space="preserve">   ○ ידידות      ○ יפה      ○ סבלנות      ○ רעיון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השלימו: יחיד, רבים ומין (זכר / נקבה). שימו לב – לא תמיד הסיומת מגלה את המין!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עין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חלונות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שולחנות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אצבע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שלושה משפטים על מקום שאתם אוהבים. השתמשו לפחות בשם פרטי אחד, בשם כללי אחד ובשם עצם מופשט אחד (רגש או רעיון), וכתבו בסוגריים איזה סוג הוא.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התאימו לכל שם פרטי בטור א את השם הכללי שלו בטור 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הכנרת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חודש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ירושלים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אגם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החרמון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עיר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ישראל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מדינה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תשרי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העתיקו מכל משפט את שם העצם המופשט – רגש או רעיון שאי אפשר לגעת בו.</w:t>
      </w:r>
    </w:p>
    <w:p>
      <w:pPr>
        <w:bidi/>
        <w:spacing w:before="0" w:after="100"/>
        <w:jc w:val="both"/>
      </w:pPr>
      <w:r>
        <w:rPr>
          <w:rtl/>
        </w:rPr>
        <w:t>א. הילד הרגיש פחד כשהאור כבה.</w:t>
      </w:r>
    </w:p>
    <w:p>
      <w:pPr>
        <w:bidi/>
        <w:spacing w:before="0" w:after="100"/>
        <w:jc w:val="both"/>
      </w:pPr>
      <w:r>
        <w:rPr>
          <w:rtl/>
        </w:rPr>
        <w:t>ב. לחברה טובה יש סבלנות.</w:t>
      </w:r>
    </w:p>
    <w:p>
      <w:pPr>
        <w:bidi/>
        <w:spacing w:before="0" w:after="100"/>
        <w:jc w:val="both"/>
      </w:pPr>
      <w:r>
        <w:rPr>
          <w:rtl/>
        </w:rPr>
        <w:t>ג. המתנה גרמה לנו שמחה גדולה.</w:t>
      </w:r>
    </w:p>
    <w:p>
      <w:pPr>
        <w:bidi/>
        <w:spacing w:before="0" w:after="100"/>
        <w:jc w:val="both"/>
      </w:pPr>
      <w:r>
        <w:rPr>
          <w:rtl/>
        </w:rPr>
        <w:t>ד. התלמידים הציעו רעיון חדש.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«אהבה» היא שם עצם, אף על פי שאי אפשר לגעת בה.      נכון / לא נכון</w:t>
      </w:r>
    </w:p>
    <w:p>
      <w:pPr>
        <w:bidi/>
        <w:spacing w:before="0" w:after="60"/>
        <w:jc w:val="both"/>
      </w:pPr>
      <w:r>
        <w:rPr>
          <w:rtl/>
        </w:rPr>
        <w:t>ב. שם פרטי נכתב בדרך כלל בלי ה' הידיעה.      נכון / לא נכון</w:t>
      </w:r>
    </w:p>
    <w:p>
      <w:pPr>
        <w:bidi/>
        <w:spacing w:before="0" w:after="60"/>
        <w:jc w:val="both"/>
      </w:pPr>
      <w:r>
        <w:rPr>
          <w:rtl/>
        </w:rPr>
        <w:t>ג. המילה «שמח» היא שם עצם.      נכון / לא נכון</w:t>
      </w:r>
    </w:p>
    <w:p>
      <w:pPr>
        <w:bidi/>
        <w:spacing w:before="0" w:after="60"/>
        <w:jc w:val="both"/>
      </w:pPr>
      <w:r>
        <w:rPr>
          <w:rtl/>
        </w:rPr>
        <w:t>ד. המילה «שולחנות» היא בלשון נקבה כי היא מסתיימת ב־ות.      נכון / לא נכון</w:t>
      </w:r>
    </w:p>
    <w:p>
      <w:pPr>
        <w:bidi/>
        <w:spacing w:before="0" w:after="60"/>
        <w:jc w:val="both"/>
      </w:pPr>
      <w:r>
        <w:rPr>
          <w:rtl/>
        </w:rPr>
        <w:t>ה. «שנה» היא נקבה, אף על פי שברבים אומרים «שנים».      נכון / לא נכון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דף עבודה – תשובות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6"/>
          <w:szCs w:val="36"/>
          <w:rtl/>
        </w:rPr>
        <w:t>תשובות – שם עצם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מיינו את שמות העצם לשמות פרטיים ולשמות כלליים.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פרטי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כללי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תל אביב, הירדן, דני, ישראל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נהר, כלב, מורה, 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הטבלה: יחיד ורבים.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תלמיד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תלמידים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שכנה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שכנות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חלונות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ציפור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ציפורים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עיפרון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עפרונות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סמנו את המין של כל שם עצם.</w:t>
      </w:r>
    </w:p>
    <w:p>
      <w:pPr>
        <w:bidi/>
        <w:spacing w:before="0" w:after="20"/>
        <w:jc w:val="both"/>
      </w:pPr>
      <w:r>
        <w:rPr>
          <w:rtl/>
        </w:rPr>
        <w:t>א. כוס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נקבה</w:t>
      </w:r>
    </w:p>
    <w:p>
      <w:pPr>
        <w:bidi/>
        <w:spacing w:before="0" w:after="20"/>
        <w:jc w:val="both"/>
      </w:pPr>
      <w:r>
        <w:rPr>
          <w:rtl/>
        </w:rPr>
        <w:t>ב. קיר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זכר</w:t>
      </w:r>
    </w:p>
    <w:p>
      <w:pPr>
        <w:bidi/>
        <w:spacing w:before="0" w:after="20"/>
        <w:jc w:val="both"/>
      </w:pPr>
      <w:r>
        <w:rPr>
          <w:rtl/>
        </w:rPr>
        <w:t>ג. ארץ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נקבה</w:t>
      </w:r>
    </w:p>
    <w:p>
      <w:pPr>
        <w:bidi/>
        <w:spacing w:before="0" w:after="20"/>
        <w:jc w:val="both"/>
      </w:pPr>
      <w:r>
        <w:rPr>
          <w:rtl/>
        </w:rPr>
        <w:t>ד. לילה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זכר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העתיקו מכל משפט את כל שמות העצם.</w:t>
      </w:r>
    </w:p>
    <w:p>
      <w:pPr>
        <w:bidi/>
        <w:spacing w:before="0" w:after="100"/>
        <w:jc w:val="both"/>
      </w:pPr>
      <w:r>
        <w:rPr>
          <w:rtl/>
        </w:rPr>
        <w:t>א. הילדה נתנה לחברה שלה ספר חדש.  ← ילדה, חברה, ספר</w:t>
      </w:r>
    </w:p>
    <w:p>
      <w:pPr>
        <w:bidi/>
        <w:spacing w:before="0" w:after="100"/>
        <w:jc w:val="both"/>
      </w:pPr>
      <w:r>
        <w:rPr>
          <w:rtl/>
        </w:rPr>
        <w:t>ב. בגן החיות ראינו פיל, ג'ירפה וקוף.  ← גן החיות, פיל, ג'ירפה, קוף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כתבו משפט שיש בו שם פרטי אחד ושני שמות כלליים.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דנה הלכה עם אחיה לפארק.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 על הטיול והשלימו שם עצם מן המחסן.</w:t>
      </w:r>
    </w:p>
    <w:p>
      <w:pPr>
        <w:bidi/>
        <w:spacing w:before="0" w:after="40"/>
        <w:jc w:val="both"/>
      </w:pPr>
      <w:r>
        <w:rPr>
          <w:rtl/>
        </w:rPr>
        <w:t>א. בטיול לצפון ראינו הרים גבוהים ומפל.</w:t>
      </w:r>
    </w:p>
    <w:p>
      <w:pPr>
        <w:bidi/>
        <w:spacing w:before="0" w:after="40"/>
        <w:jc w:val="both"/>
      </w:pPr>
      <w:r>
        <w:rPr>
          <w:rtl/>
        </w:rPr>
        <w:t>ב. לטפס על הצוק דרש הרבה אומץ.</w:t>
      </w:r>
    </w:p>
    <w:p>
      <w:pPr>
        <w:bidi/>
        <w:spacing w:before="0" w:after="40"/>
        <w:jc w:val="both"/>
      </w:pPr>
      <w:r>
        <w:rPr>
          <w:rtl/>
        </w:rPr>
        <w:t>ג. בחיפה יש נמל גדול, ושם עוגנות אוניות.</w:t>
      </w:r>
    </w:p>
    <w:p>
      <w:pPr>
        <w:bidi/>
        <w:spacing w:before="0" w:after="40"/>
        <w:jc w:val="both"/>
      </w:pPr>
      <w:r>
        <w:rPr>
          <w:rtl/>
        </w:rPr>
        <w:t>ד. בערב שאלתי שני ספרים בספרייה העירונית.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איזו מילה אינה שם עצם?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רץ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כחול</w:t>
      </w:r>
    </w:p>
    <w:p>
      <w:pPr>
        <w:bidi/>
        <w:spacing w:before="0" w:after="20"/>
        <w:jc w:val="both"/>
      </w:pPr>
      <w:r>
        <w:rPr>
          <w:rtl/>
        </w:rPr>
        <w:t xml:space="preserve">ג.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יפה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השלימו: יחיד, רבים ומין (זכר / נקבה). שימו לב – לא תמיד הסיומת מגלה את המין!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עין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עיניים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נקבה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חלון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חלונות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זכר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שולחן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שולחנות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זכר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אצבע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אצבעות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נקבה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שלושה משפטים על מקום שאתם אוהבים. השתמשו לפחות בשם פרטי אחד, בשם כללי אחד ובשם עצם מופשט אחד (רגש או רעיון), וכתבו בסוגריים איזה סוג הוא.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בקיץ אני נוסעת לכנרת (שם פרטי). ליד המים יש חוף (שם כללי) נקי ושקט. שם אני מרגישה שלווה (שם מופשט).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התאימו לכל שם פרטי בטור א את השם הכללי שלו בטור 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הכנרת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חודש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ירושלים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אגם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החרמון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עיר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ישראל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מדינה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תשרי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הר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העתיקו מכל משפט את שם העצם המופשט – רגש או רעיון שאי אפשר לגעת בו.</w:t>
      </w:r>
    </w:p>
    <w:p>
      <w:pPr>
        <w:bidi/>
        <w:spacing w:before="0" w:after="100"/>
        <w:jc w:val="both"/>
      </w:pPr>
      <w:r>
        <w:rPr>
          <w:rtl/>
        </w:rPr>
        <w:t>א. הילד הרגיש פחד כשהאור כבה.  ← פחד</w:t>
      </w:r>
    </w:p>
    <w:p>
      <w:pPr>
        <w:bidi/>
        <w:spacing w:before="0" w:after="100"/>
        <w:jc w:val="both"/>
      </w:pPr>
      <w:r>
        <w:rPr>
          <w:rtl/>
        </w:rPr>
        <w:t>ב. לחברה טובה יש סבלנות.  ← סבלנות</w:t>
      </w:r>
    </w:p>
    <w:p>
      <w:pPr>
        <w:bidi/>
        <w:spacing w:before="0" w:after="100"/>
        <w:jc w:val="both"/>
      </w:pPr>
      <w:r>
        <w:rPr>
          <w:rtl/>
        </w:rPr>
        <w:t>ג. המתנה גרמה לנו שמחה גדולה.  ← שמחה</w:t>
      </w:r>
    </w:p>
    <w:p>
      <w:pPr>
        <w:bidi/>
        <w:spacing w:before="0" w:after="100"/>
        <w:jc w:val="both"/>
      </w:pPr>
      <w:r>
        <w:rPr>
          <w:rtl/>
        </w:rPr>
        <w:t>ד. התלמידים הציעו רעיון חדש.  ← רעיון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«אהבה» היא שם עצם, אף על פי שאי אפשר לגעת בה. – נכון</w:t>
      </w:r>
    </w:p>
    <w:p>
      <w:pPr>
        <w:bidi/>
        <w:spacing w:before="0" w:after="40"/>
        <w:jc w:val="both"/>
      </w:pPr>
      <w:r>
        <w:rPr>
          <w:rtl/>
        </w:rPr>
        <w:t>ב. שם פרטי נכתב בדרך כלל בלי ה' הידיעה. – נכון</w:t>
      </w:r>
    </w:p>
    <w:p>
      <w:pPr>
        <w:bidi/>
        <w:spacing w:before="0" w:after="40"/>
        <w:jc w:val="both"/>
      </w:pPr>
      <w:r>
        <w:rPr>
          <w:rtl/>
        </w:rPr>
        <w:t>ג. המילה «שמח» היא שם עצם. – לא נכון – «שמח» מתאר מישהו; שם העצם הוא «שמחה»</w:t>
      </w:r>
    </w:p>
    <w:p>
      <w:pPr>
        <w:bidi/>
        <w:spacing w:before="0" w:after="40"/>
        <w:jc w:val="both"/>
      </w:pPr>
      <w:r>
        <w:rPr>
          <w:rtl/>
        </w:rPr>
        <w:t>ד. המילה «שולחנות» היא בלשון נקבה כי היא מסתיימת ב־ות. – לא נכון – «שולחן» הוא זכר: שולחן אחד</w:t>
      </w:r>
    </w:p>
    <w:p>
      <w:pPr>
        <w:bidi/>
        <w:spacing w:before="0" w:after="40"/>
        <w:jc w:val="both"/>
      </w:pPr>
      <w:r>
        <w:rPr>
          <w:rtl/>
        </w:rPr>
        <w:t>ה. «שנה» היא נקבה, אף על פי שברבים אומרים «שנים». – נכון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