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שם תואר והתאמה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שם התואר בצורה הנכונה.</w:t>
      </w:r>
    </w:p>
    <w:p>
      <w:pPr>
        <w:bidi/>
        <w:spacing w:before="0" w:after="60"/>
        <w:jc w:val="both"/>
      </w:pPr>
      <w:r>
        <w:rPr>
          <w:rtl/>
        </w:rPr>
        <w:t>א. ראיתי שתי ציפורים __________ (צבעוני).</w:t>
      </w:r>
    </w:p>
    <w:p>
      <w:pPr>
        <w:bidi/>
        <w:spacing w:before="0" w:after="60"/>
        <w:jc w:val="both"/>
      </w:pPr>
      <w:r>
        <w:rPr>
          <w:rtl/>
        </w:rPr>
        <w:t>ב. הבית שלנו __________ (ישן) אבל יפה.</w:t>
      </w:r>
    </w:p>
    <w:p>
      <w:pPr>
        <w:bidi/>
        <w:spacing w:before="0" w:after="60"/>
        <w:jc w:val="both"/>
      </w:pPr>
      <w:r>
        <w:rPr>
          <w:rtl/>
        </w:rPr>
        <w:t>ג. המורה סיפרה לנו סיפור __________ (מצחיק).</w:t>
      </w:r>
    </w:p>
    <w:p>
      <w:pPr>
        <w:bidi/>
        <w:spacing w:before="0" w:after="60"/>
        <w:jc w:val="both"/>
      </w:pPr>
      <w:r>
        <w:rPr>
          <w:rtl/>
        </w:rPr>
        <w:t>ד. הילדות __________ (נחמד) עזרו לנו לסדר.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בכל משפט את שם התואר ואת שם העצם שהוא מתאר.</w:t>
      </w:r>
    </w:p>
    <w:p>
      <w:pPr>
        <w:bidi/>
        <w:spacing w:before="0" w:after="100"/>
        <w:jc w:val="both"/>
      </w:pPr>
      <w:r>
        <w:rPr>
          <w:rtl/>
        </w:rPr>
        <w:t>א. בחורף לבשתי מעיל חם.</w:t>
      </w:r>
    </w:p>
    <w:p>
      <w:pPr>
        <w:bidi/>
        <w:spacing w:before="0" w:after="100"/>
        <w:jc w:val="both"/>
      </w:pPr>
      <w:r>
        <w:rPr>
          <w:rtl/>
        </w:rPr>
        <w:t>ב. הים הכחול היה שקט.</w:t>
      </w:r>
    </w:p>
    <w:p>
      <w:pPr>
        <w:bidi/>
        <w:spacing w:before="0" w:after="100"/>
        <w:jc w:val="both"/>
      </w:pPr>
      <w:r>
        <w:rPr>
          <w:rtl/>
        </w:rPr>
        <w:t>ג. קיבלנו משימות קשות.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גבוה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חכמה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תארו את החפץ האהוב עליכם בשני משפטים. השתמשו לפחות בשלושה שמות תואר.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על הביקור בשוק והשלימו את שם התואר בצורה המתאימה (שימו לב למין, למספר ולה' הידיעה).</w:t>
      </w:r>
    </w:p>
    <w:p>
      <w:pPr>
        <w:bidi/>
        <w:spacing w:before="0" w:after="60"/>
        <w:jc w:val="both"/>
      </w:pPr>
      <w:r>
        <w:rPr>
          <w:rtl/>
        </w:rPr>
        <w:t>א. ביום __________ (קר) יצאנו לשוק.</w:t>
      </w:r>
    </w:p>
    <w:p>
      <w:pPr>
        <w:bidi/>
        <w:spacing w:before="0" w:after="60"/>
        <w:jc w:val="both"/>
      </w:pPr>
      <w:r>
        <w:rPr>
          <w:rtl/>
        </w:rPr>
        <w:t>ב. קנינו תפוזים __________ (עסיסי).</w:t>
      </w:r>
    </w:p>
    <w:p>
      <w:pPr>
        <w:bidi/>
        <w:spacing w:before="0" w:after="60"/>
        <w:jc w:val="both"/>
      </w:pPr>
      <w:r>
        <w:rPr>
          <w:rtl/>
        </w:rPr>
        <w:t>ג. המוכרת __________ (החביב) נתנה לנו טעימה.</w:t>
      </w:r>
    </w:p>
    <w:p>
      <w:pPr>
        <w:bidi/>
        <w:spacing w:before="0" w:after="60"/>
        <w:jc w:val="both"/>
      </w:pPr>
      <w:r>
        <w:rPr>
          <w:rtl/>
        </w:rPr>
        <w:t>ד. הסלים ה__________ (כבד) היו מלאים בירקות.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שם עצם שם תואר מתאים במין ובמספר.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עננים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חזקה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עמוקות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שלוליות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שוטף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</w:t>
      </w:r>
    </w:p>
    <w:p>
      <w:pPr>
        <w:bidi/>
        <w:spacing w:before="0" w:after="60"/>
        <w:jc w:val="both"/>
      </w:pPr>
      <w:r>
        <w:rPr>
          <w:rtl/>
        </w:rPr>
        <w:t>א. במשפט «הכלב הקטן והשחור נבח» יש שני שמות תואר.      נכון / לא נכון</w:t>
      </w:r>
    </w:p>
    <w:p>
      <w:pPr>
        <w:bidi/>
        <w:spacing w:before="0" w:after="60"/>
        <w:jc w:val="both"/>
      </w:pPr>
      <w:r>
        <w:rPr>
          <w:rtl/>
        </w:rPr>
        <w:t>ב. «ילדות חכמים» – ההתאמה נכונה.      נכון / לא נכון</w:t>
      </w:r>
    </w:p>
    <w:p>
      <w:pPr>
        <w:bidi/>
        <w:spacing w:before="0" w:after="60"/>
        <w:jc w:val="both"/>
      </w:pPr>
      <w:r>
        <w:rPr>
          <w:rtl/>
        </w:rPr>
        <w:t>ג. שם התואר בא בדרך כלל אחרי שם העצם שהוא מתאר.      נכון / לא נכון</w:t>
      </w:r>
    </w:p>
    <w:p>
      <w:pPr>
        <w:bidi/>
        <w:spacing w:before="0" w:after="60"/>
        <w:jc w:val="both"/>
      </w:pPr>
      <w:r>
        <w:rPr>
          <w:rtl/>
        </w:rPr>
        <w:t>ד. «הבית הגדול» – לשם העצם יש ה' הידיעה, ולכן גם לשם התואר.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תארו בשלושה משפטים חפץ שיש בתיק שלכם, בלי לכתוב את שמו. השתמשו לפחות בארבעה שמות תואר, ובקשו מחבר לנחש.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המילים: שמות עצם ושמות תואר.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עוגה  |  מתוקה  |  שמיים  |  בהירים  |  נחל  |  קריר  |  ציפור  |  צבעונית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שם התואר שבסוגריים בצורה המתאימה במין, במספר וביידוע.</w:t>
      </w:r>
    </w:p>
    <w:p>
      <w:pPr>
        <w:bidi/>
        <w:spacing w:before="0" w:after="60"/>
        <w:jc w:val="both"/>
      </w:pPr>
      <w:r>
        <w:rPr>
          <w:rtl/>
        </w:rPr>
        <w:t>א. הכריות בסלון __________ (רך) מאוד.</w:t>
      </w:r>
    </w:p>
    <w:p>
      <w:pPr>
        <w:bidi/>
        <w:spacing w:before="0" w:after="60"/>
        <w:jc w:val="both"/>
      </w:pPr>
      <w:r>
        <w:rPr>
          <w:rtl/>
        </w:rPr>
        <w:t>ב. קנינו את העגבניות ה__________ (אדום).</w:t>
      </w:r>
    </w:p>
    <w:p>
      <w:pPr>
        <w:bidi/>
        <w:spacing w:before="0" w:after="60"/>
        <w:jc w:val="both"/>
      </w:pPr>
      <w:r>
        <w:rPr>
          <w:rtl/>
        </w:rPr>
        <w:t>ג. בחוץ נשבה רוח __________ (קר).</w:t>
      </w:r>
    </w:p>
    <w:p>
      <w:pPr>
        <w:bidi/>
        <w:spacing w:before="0" w:after="60"/>
        <w:jc w:val="both"/>
      </w:pPr>
      <w:r>
        <w:rPr>
          <w:rtl/>
        </w:rPr>
        <w:t>ד. הנחלים ה__________ (קטן) התמלאו מים.</w:t>
      </w:r>
    </w:p>
    <w:p>
      <w:pPr>
        <w:bidi/>
        <w:spacing w:before="0" w:after="60"/>
        <w:jc w:val="both"/>
      </w:pPr>
      <w:r>
        <w:rPr>
          <w:rtl/>
        </w:rPr>
        <w:t>ה. סבתא אפתה עוגיות __________ (טעים).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יש טעות בהתאמה. העתיקו את הצירוף בצורה הנכונה.</w:t>
      </w:r>
    </w:p>
    <w:p>
      <w:pPr>
        <w:bidi/>
        <w:spacing w:before="0" w:after="100"/>
        <w:jc w:val="both"/>
      </w:pPr>
      <w:r>
        <w:rPr>
          <w:rtl/>
        </w:rPr>
        <w:t>א. בגן גדלים פרחים צבעוניות.</w:t>
      </w:r>
    </w:p>
    <w:p>
      <w:pPr>
        <w:bidi/>
        <w:spacing w:before="0" w:after="100"/>
        <w:jc w:val="both"/>
      </w:pPr>
      <w:r>
        <w:rPr>
          <w:rtl/>
        </w:rPr>
        <w:t>ב. הילדה החכם פתרה את החידה.</w:t>
      </w:r>
    </w:p>
    <w:p>
      <w:pPr>
        <w:bidi/>
        <w:spacing w:before="0" w:after="100"/>
        <w:jc w:val="both"/>
      </w:pPr>
      <w:r>
        <w:rPr>
          <w:rtl/>
        </w:rPr>
        <w:t>ג. קראתי את הספר חדש.</w:t>
      </w:r>
    </w:p>
    <w:p>
      <w:pPr>
        <w:bidi/>
        <w:spacing w:before="0" w:after="100"/>
        <w:jc w:val="both"/>
      </w:pPr>
      <w:r>
        <w:rPr>
          <w:rtl/>
        </w:rPr>
        <w:t>ד. השמש החם זורחת בחלון.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שני משפטים על בעלי חיים. בכל משפט כתבו שם עצם ברבים ושם תואר מתאים לו, ומתחו קו מתחת לשם התואר.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שם תואר והתאמה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שם התואר בצורה הנכונה.</w:t>
      </w:r>
    </w:p>
    <w:p>
      <w:pPr>
        <w:bidi/>
        <w:spacing w:before="0" w:after="40"/>
        <w:jc w:val="both"/>
      </w:pPr>
      <w:r>
        <w:rPr>
          <w:rtl/>
        </w:rPr>
        <w:t>א. ראיתי שתי ציפורים צבעוניות (צבעוני).</w:t>
      </w:r>
    </w:p>
    <w:p>
      <w:pPr>
        <w:bidi/>
        <w:spacing w:before="0" w:after="40"/>
        <w:jc w:val="both"/>
      </w:pPr>
      <w:r>
        <w:rPr>
          <w:rtl/>
        </w:rPr>
        <w:t>ב. הבית שלנו ישן (ישן) אבל יפה.</w:t>
      </w:r>
    </w:p>
    <w:p>
      <w:pPr>
        <w:bidi/>
        <w:spacing w:before="0" w:after="40"/>
        <w:jc w:val="both"/>
      </w:pPr>
      <w:r>
        <w:rPr>
          <w:rtl/>
        </w:rPr>
        <w:t>ג. המורה סיפרה לנו סיפור מצחיק (מצחיק).</w:t>
      </w:r>
    </w:p>
    <w:p>
      <w:pPr>
        <w:bidi/>
        <w:spacing w:before="0" w:after="40"/>
        <w:jc w:val="both"/>
      </w:pPr>
      <w:r>
        <w:rPr>
          <w:rtl/>
        </w:rPr>
        <w:t>ד. הילדות הנחמדות (נחמד) עזרו לנו לסדר.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בכל משפט את שם התואר ואת שם העצם שהוא מתאר.</w:t>
      </w:r>
    </w:p>
    <w:p>
      <w:pPr>
        <w:bidi/>
        <w:spacing w:before="0" w:after="100"/>
        <w:jc w:val="both"/>
      </w:pPr>
      <w:r>
        <w:rPr>
          <w:rtl/>
        </w:rPr>
        <w:t>א. בחורף לבשתי מעיל חם.  ← חם ← מעיל</w:t>
      </w:r>
    </w:p>
    <w:p>
      <w:pPr>
        <w:bidi/>
        <w:spacing w:before="0" w:after="100"/>
        <w:jc w:val="both"/>
      </w:pPr>
      <w:r>
        <w:rPr>
          <w:rtl/>
        </w:rPr>
        <w:t>ב. הים הכחול היה שקט.  ← הכחול ← הים; שקט ← הים</w:t>
      </w:r>
    </w:p>
    <w:p>
      <w:pPr>
        <w:bidi/>
        <w:spacing w:before="0" w:after="100"/>
        <w:jc w:val="both"/>
      </w:pPr>
      <w:r>
        <w:rPr>
          <w:rtl/>
        </w:rPr>
        <w:t>ג. קיבלנו משימות קשות.  ← קשות ← משימות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יחיד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יחידה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רבים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 רבות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גבוה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גבוהה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גבוהים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גבוהות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חכם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חכמה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חכמים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חכמות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שמחים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תארו את החפץ האהוב עליכם בשני משפטים. השתמשו לפחות בשלושה שמות תואר.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יש לי תיק אדום וגדול. הוא נוח וחזק מאוד.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על הביקור בשוק והשלימו את שם התואר בצורה המתאימה (שימו לב למין, למספר ולה' הידיעה).</w:t>
      </w:r>
    </w:p>
    <w:p>
      <w:pPr>
        <w:bidi/>
        <w:spacing w:before="0" w:after="40"/>
        <w:jc w:val="both"/>
      </w:pPr>
      <w:r>
        <w:rPr>
          <w:rtl/>
        </w:rPr>
        <w:t>א. ביום קר (קר) יצאנו לשוק.</w:t>
      </w:r>
    </w:p>
    <w:p>
      <w:pPr>
        <w:bidi/>
        <w:spacing w:before="0" w:after="40"/>
        <w:jc w:val="both"/>
      </w:pPr>
      <w:r>
        <w:rPr>
          <w:rtl/>
        </w:rPr>
        <w:t>ב. קנינו תפוזים עסיסיים (עסיסי).</w:t>
      </w:r>
    </w:p>
    <w:p>
      <w:pPr>
        <w:bidi/>
        <w:spacing w:before="0" w:after="40"/>
        <w:jc w:val="both"/>
      </w:pPr>
      <w:r>
        <w:rPr>
          <w:rtl/>
        </w:rPr>
        <w:t>ג. המוכרת החביבה (החביב) נתנה לנו טעימה.</w:t>
      </w:r>
    </w:p>
    <w:p>
      <w:pPr>
        <w:bidi/>
        <w:spacing w:before="0" w:after="40"/>
        <w:jc w:val="both"/>
      </w:pPr>
      <w:r>
        <w:rPr>
          <w:rtl/>
        </w:rPr>
        <w:t>ד. הסלים הכבדים (כבד) היו מלאים בירקות.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שם עצם שם תואר מתאים במין ובמספר.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עננים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חזקה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רוח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עמוקות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שלוליות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שוטף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</w:t>
      </w:r>
    </w:p>
    <w:p>
      <w:pPr>
        <w:bidi/>
        <w:spacing w:before="0" w:after="40"/>
        <w:jc w:val="both"/>
      </w:pPr>
      <w:r>
        <w:rPr>
          <w:rtl/>
        </w:rPr>
        <w:t>א. במשפט «הכלב הקטן והשחור נבח» יש שני שמות תואר. – נכון</w:t>
      </w:r>
    </w:p>
    <w:p>
      <w:pPr>
        <w:bidi/>
        <w:spacing w:before="0" w:after="40"/>
        <w:jc w:val="both"/>
      </w:pPr>
      <w:r>
        <w:rPr>
          <w:rtl/>
        </w:rPr>
        <w:t>ב. «ילדות חכמים» – ההתאמה נכונה. – לא נכון – צריך «ילדות חכמות»</w:t>
      </w:r>
    </w:p>
    <w:p>
      <w:pPr>
        <w:bidi/>
        <w:spacing w:before="0" w:after="40"/>
        <w:jc w:val="both"/>
      </w:pPr>
      <w:r>
        <w:rPr>
          <w:rtl/>
        </w:rPr>
        <w:t>ג. שם התואר בא בדרך כלל אחרי שם העצם שהוא מתאר. – נכון</w:t>
      </w:r>
    </w:p>
    <w:p>
      <w:pPr>
        <w:bidi/>
        <w:spacing w:before="0" w:after="40"/>
        <w:jc w:val="both"/>
      </w:pPr>
      <w:r>
        <w:rPr>
          <w:rtl/>
        </w:rPr>
        <w:t>ד. «הבית הגדול» – לשם העצם יש ה' הידיעה, ולכן גם לשם התואר.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תארו בשלושה משפטים חפץ שיש בתיק שלכם, בלי לכתוב את שמו. השתמשו לפחות בארבעה שמות תואר, ובקשו מחבר לנחש.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ארוך ודק. הוא צהוב, ויש לו קצה חד ושחור. (עיפרון)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 את המילים: שמות עצם ושמות תואר.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עוגה, שמיים, נחל, ציפור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מתוקה, בהירים, קריר, צבעונית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שם התואר שבסוגריים בצורה המתאימה במין, במספר וביידוע.</w:t>
      </w:r>
    </w:p>
    <w:p>
      <w:pPr>
        <w:bidi/>
        <w:spacing w:before="0" w:after="40"/>
        <w:jc w:val="both"/>
      </w:pPr>
      <w:r>
        <w:rPr>
          <w:rtl/>
        </w:rPr>
        <w:t>א. הכריות בסלון רכות (רך) מאוד.</w:t>
      </w:r>
    </w:p>
    <w:p>
      <w:pPr>
        <w:bidi/>
        <w:spacing w:before="0" w:after="40"/>
        <w:jc w:val="both"/>
      </w:pPr>
      <w:r>
        <w:rPr>
          <w:rtl/>
        </w:rPr>
        <w:t>ב. קנינו את העגבניות האדומות (אדום).</w:t>
      </w:r>
    </w:p>
    <w:p>
      <w:pPr>
        <w:bidi/>
        <w:spacing w:before="0" w:after="40"/>
        <w:jc w:val="both"/>
      </w:pPr>
      <w:r>
        <w:rPr>
          <w:rtl/>
        </w:rPr>
        <w:t>ג. בחוץ נשבה רוח קרה (קר).</w:t>
      </w:r>
    </w:p>
    <w:p>
      <w:pPr>
        <w:bidi/>
        <w:spacing w:before="0" w:after="40"/>
        <w:jc w:val="both"/>
      </w:pPr>
      <w:r>
        <w:rPr>
          <w:rtl/>
        </w:rPr>
        <w:t>ד. הנחלים הקטנים (קטן) התמלאו מים.</w:t>
      </w:r>
    </w:p>
    <w:p>
      <w:pPr>
        <w:bidi/>
        <w:spacing w:before="0" w:after="40"/>
        <w:jc w:val="both"/>
      </w:pPr>
      <w:r>
        <w:rPr>
          <w:rtl/>
        </w:rPr>
        <w:t>ה. סבתא אפתה עוגיות טעימות (טעים).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בכל משפט יש טעות בהתאמה. העתיקו את הצירוף בצורה הנכונה.</w:t>
      </w:r>
    </w:p>
    <w:p>
      <w:pPr>
        <w:bidi/>
        <w:spacing w:before="0" w:after="100"/>
        <w:jc w:val="both"/>
      </w:pPr>
      <w:r>
        <w:rPr>
          <w:rtl/>
        </w:rPr>
        <w:t>א. בגן גדלים פרחים צבעוניות.  ← פרחים צבעוניים</w:t>
      </w:r>
    </w:p>
    <w:p>
      <w:pPr>
        <w:bidi/>
        <w:spacing w:before="0" w:after="100"/>
        <w:jc w:val="both"/>
      </w:pPr>
      <w:r>
        <w:rPr>
          <w:rtl/>
        </w:rPr>
        <w:t>ב. הילדה החכם פתרה את החידה.  ← הילדה החכמה</w:t>
      </w:r>
    </w:p>
    <w:p>
      <w:pPr>
        <w:bidi/>
        <w:spacing w:before="0" w:after="100"/>
        <w:jc w:val="both"/>
      </w:pPr>
      <w:r>
        <w:rPr>
          <w:rtl/>
        </w:rPr>
        <w:t>ג. קראתי את הספר חדש.  ← הספר החדש</w:t>
      </w:r>
    </w:p>
    <w:p>
      <w:pPr>
        <w:bidi/>
        <w:spacing w:before="0" w:after="100"/>
        <w:jc w:val="both"/>
      </w:pPr>
      <w:r>
        <w:rPr>
          <w:rtl/>
        </w:rPr>
        <w:t>ד. השמש החם זורחת בחלון.  ← השמש החמה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שני משפטים על בעלי חיים. בכל משפט כתבו שם עצם ברבים ושם תואר מתאים לו, ומתחו קו מתחת לשם התואר.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בגן החיות ראינו קופים שובבים. בבריכה שחו ברווזות לבנות.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