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הפועל: זמנים וגופים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הטבלה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לומד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יגמור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בזמן ובגוף המתאימים.</w:t>
      </w:r>
    </w:p>
    <w:p>
      <w:pPr>
        <w:bidi/>
        <w:spacing w:before="0" w:after="60"/>
        <w:jc w:val="both"/>
      </w:pPr>
      <w:r>
        <w:rPr>
          <w:rtl/>
        </w:rPr>
        <w:t>א. אתמול הן __________ (שיחק) כדורגל.</w:t>
      </w:r>
    </w:p>
    <w:p>
      <w:pPr>
        <w:bidi/>
        <w:spacing w:before="0" w:after="60"/>
        <w:jc w:val="both"/>
      </w:pPr>
      <w:r>
        <w:rPr>
          <w:rtl/>
        </w:rPr>
        <w:t>ב. בשבוע הבא אני __________ (סגר) את החלון.</w:t>
      </w:r>
    </w:p>
    <w:p>
      <w:pPr>
        <w:bidi/>
        <w:spacing w:before="0" w:after="60"/>
        <w:jc w:val="both"/>
      </w:pPr>
      <w:r>
        <w:rPr>
          <w:rtl/>
        </w:rPr>
        <w:t>ג. עכשיו הילדים __________ (שר) בהפסקה.</w:t>
      </w:r>
    </w:p>
    <w:p>
      <w:pPr>
        <w:bidi/>
        <w:spacing w:before="0" w:after="60"/>
        <w:jc w:val="both"/>
      </w:pPr>
      <w:r>
        <w:rPr>
          <w:rtl/>
        </w:rPr>
        <w:t>ד. בשנה שעברה אתם __________ (למד) לשחות.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באיזה זמן הפועל?</w:t>
      </w:r>
    </w:p>
    <w:p>
      <w:pPr>
        <w:bidi/>
        <w:spacing w:before="0" w:after="20"/>
        <w:jc w:val="both"/>
      </w:pPr>
      <w:r>
        <w:rPr>
          <w:rtl/>
        </w:rPr>
        <w:t>א. נכתוב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</w:t>
      </w:r>
    </w:p>
    <w:p>
      <w:pPr>
        <w:bidi/>
        <w:spacing w:before="0" w:after="20"/>
        <w:jc w:val="both"/>
      </w:pPr>
      <w:r>
        <w:rPr>
          <w:rtl/>
        </w:rPr>
        <w:t>ב. רוקדת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</w:t>
      </w:r>
    </w:p>
    <w:p>
      <w:pPr>
        <w:bidi/>
        <w:spacing w:before="0" w:after="20"/>
        <w:jc w:val="both"/>
      </w:pPr>
      <w:r>
        <w:rPr>
          <w:rtl/>
        </w:rPr>
        <w:t>ג. הלכתם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</w:t>
      </w:r>
    </w:p>
    <w:p>
      <w:pPr>
        <w:bidi/>
        <w:spacing w:before="0" w:after="20"/>
        <w:jc w:val="both"/>
      </w:pPr>
      <w:r>
        <w:rPr>
          <w:rtl/>
        </w:rPr>
        <w:t>ד. ישמרו</w:t>
      </w:r>
    </w:p>
    <w:p>
      <w:pPr>
        <w:bidi/>
        <w:spacing w:before="0" w:after="80"/>
        <w:jc w:val="both"/>
      </w:pPr>
      <w:r>
        <w:rPr>
          <w:rtl/>
        </w:rPr>
        <w:t xml:space="preserve">   ○ עבר      ○ הווה      ○ עתיד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שלושה משפטים על עצמכם: אחד בעבר, אחד בהווה ואחד בעתיד.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הפועל «סגר» בזמן עבר בכל גוף.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קראו: «אתמול טיילנו בפארק. אני רכבתי על אופניים, ודנה שיחקה בכדור.» כתבו את הסיפור מחדש בזמן עתיד.</w:t>
      </w:r>
    </w:p>
    <w:p>
      <w:pPr>
        <w:bidi/>
        <w:spacing w:before="0" w:after="60"/>
        <w:jc w:val="both"/>
      </w:pPr>
      <w:r>
        <w:rPr>
          <w:rtl/>
        </w:rPr>
        <w:t>א. מחר אנחנו __________ (טייל) בפארק.</w:t>
      </w:r>
    </w:p>
    <w:p>
      <w:pPr>
        <w:bidi/>
        <w:spacing w:before="0" w:after="60"/>
        <w:jc w:val="both"/>
      </w:pPr>
      <w:r>
        <w:rPr>
          <w:rtl/>
        </w:rPr>
        <w:t>ב. אני __________ (רכב) על אופניים.</w:t>
      </w:r>
    </w:p>
    <w:p>
      <w:pPr>
        <w:bidi/>
        <w:spacing w:before="0" w:after="60"/>
        <w:jc w:val="both"/>
      </w:pPr>
      <w:r>
        <w:rPr>
          <w:rtl/>
        </w:rPr>
        <w:t>ג. דנה __________ (שיחק) בכדור.</w:t>
      </w:r>
    </w:p>
    <w:p>
      <w:pPr>
        <w:bidi/>
        <w:spacing w:before="0" w:after="60"/>
        <w:jc w:val="both"/>
      </w:pPr>
      <w:r>
        <w:rPr>
          <w:rtl/>
        </w:rPr>
        <w:t>ד. בערב כולם __________ (חזר) הביתה עייפים.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מי עושה את הפעולה? בחרו את הגוף.</w:t>
      </w:r>
    </w:p>
    <w:p>
      <w:pPr>
        <w:bidi/>
        <w:spacing w:before="0" w:after="20"/>
        <w:jc w:val="both"/>
      </w:pPr>
      <w:r>
        <w:rPr>
          <w:rtl/>
        </w:rPr>
        <w:t>א. תלמדו</w:t>
      </w:r>
    </w:p>
    <w:p>
      <w:pPr>
        <w:bidi/>
        <w:spacing w:before="0" w:after="80"/>
        <w:jc w:val="both"/>
      </w:pPr>
      <w:r>
        <w:rPr>
          <w:rtl/>
        </w:rPr>
        <w:t xml:space="preserve">   ○ אתם / אתן      ○ הם      ○ אנחנו</w:t>
      </w:r>
    </w:p>
    <w:p>
      <w:pPr>
        <w:bidi/>
        <w:spacing w:before="0" w:after="20"/>
        <w:jc w:val="both"/>
      </w:pPr>
      <w:r>
        <w:rPr>
          <w:rtl/>
        </w:rPr>
        <w:t>ב. כתבת</w:t>
      </w:r>
    </w:p>
    <w:p>
      <w:pPr>
        <w:bidi/>
        <w:spacing w:before="0" w:after="80"/>
        <w:jc w:val="both"/>
      </w:pPr>
      <w:r>
        <w:rPr>
          <w:rtl/>
        </w:rPr>
        <w:t xml:space="preserve">   ○ אני      ○ אתה / את      ○ הוא</w:t>
      </w:r>
    </w:p>
    <w:p>
      <w:pPr>
        <w:bidi/>
        <w:spacing w:before="0" w:after="20"/>
        <w:jc w:val="both"/>
      </w:pPr>
      <w:r>
        <w:rPr>
          <w:rtl/>
        </w:rPr>
        <w:t>ג. ירוצו</w:t>
      </w:r>
    </w:p>
    <w:p>
      <w:pPr>
        <w:bidi/>
        <w:spacing w:before="0" w:after="80"/>
        <w:jc w:val="both"/>
      </w:pPr>
      <w:r>
        <w:rPr>
          <w:rtl/>
        </w:rPr>
        <w:t xml:space="preserve">   ○ הם / הן      ○ אנחנו      ○ היא</w:t>
      </w:r>
    </w:p>
    <w:p>
      <w:pPr>
        <w:bidi/>
        <w:spacing w:before="0" w:after="20"/>
        <w:jc w:val="both"/>
      </w:pPr>
      <w:r>
        <w:rPr>
          <w:rtl/>
        </w:rPr>
        <w:t>ד. אשיר</w:t>
      </w:r>
    </w:p>
    <w:p>
      <w:pPr>
        <w:bidi/>
        <w:spacing w:before="0" w:after="80"/>
        <w:jc w:val="both"/>
      </w:pPr>
      <w:r>
        <w:rPr>
          <w:rtl/>
        </w:rPr>
        <w:t xml:space="preserve">   ○ אתה      ○ אני      ○ היא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יומן קצר (3–4 משפטים) על יום ספורט בבית הספר: מה קרה (עבר), מה אתם מרגישים עכשיו (הווה) ומה תעשו בפעם הבאה (עתיד). מתחו קו מתחת לכל פועל.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הפעלים לפי הזמן.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רקדה  |  שותים  |  נגיע  |  טיפסו  |  קוראת  |  אצייר  |  כתבנו  |  מנגנים  |  ירוץ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פועל בטור א את הגוף שלו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הלכתי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אתה / את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הלכנו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הלכתם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אתם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הלכה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היא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הלכו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אנחנו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הלכת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הם / הן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הפועל שבסוגריים לפי רמז הזמן והגוף.</w:t>
      </w:r>
    </w:p>
    <w:p>
      <w:pPr>
        <w:bidi/>
        <w:spacing w:before="0" w:after="60"/>
        <w:jc w:val="both"/>
      </w:pPr>
      <w:r>
        <w:rPr>
          <w:rtl/>
        </w:rPr>
        <w:t>א. אתמול אני __________ (קפץ) על הטרמפולינה.</w:t>
      </w:r>
    </w:p>
    <w:p>
      <w:pPr>
        <w:bidi/>
        <w:spacing w:before="0" w:after="60"/>
        <w:jc w:val="both"/>
      </w:pPr>
      <w:r>
        <w:rPr>
          <w:rtl/>
        </w:rPr>
        <w:t>ב. עכשיו התינוקת __________ (ישן) בעריסה.</w:t>
      </w:r>
    </w:p>
    <w:p>
      <w:pPr>
        <w:bidi/>
        <w:spacing w:before="0" w:after="60"/>
        <w:jc w:val="both"/>
      </w:pPr>
      <w:r>
        <w:rPr>
          <w:rtl/>
        </w:rPr>
        <w:t>ג. בשבוע הבא אנחנו __________ (נסע) לסבתא.</w:t>
      </w:r>
    </w:p>
    <w:p>
      <w:pPr>
        <w:bidi/>
        <w:spacing w:before="0" w:after="60"/>
        <w:jc w:val="both"/>
      </w:pPr>
      <w:r>
        <w:rPr>
          <w:rtl/>
        </w:rPr>
        <w:t>ד. מחר הם __________ (פגש) את המורה החדשה.</w:t>
      </w:r>
    </w:p>
    <w:p>
      <w:pPr>
        <w:bidi/>
        <w:spacing w:before="0" w:after="60"/>
        <w:jc w:val="both"/>
      </w:pPr>
      <w:r>
        <w:rPr>
          <w:rtl/>
        </w:rPr>
        <w:t>ה. לפני שנה את __________ (למד) לשחות.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«נשיר» הוא פועל בזמן עתיד בגוף אנחנו.      נכון / לא נכון</w:t>
      </w:r>
    </w:p>
    <w:p>
      <w:pPr>
        <w:bidi/>
        <w:spacing w:before="0" w:after="60"/>
        <w:jc w:val="both"/>
      </w:pPr>
      <w:r>
        <w:rPr>
          <w:rtl/>
        </w:rPr>
        <w:t>ב. «כתבו» יכול להיות פועל בזמן עבר בגוף הם.      נכון / לא נכון</w:t>
      </w:r>
    </w:p>
    <w:p>
      <w:pPr>
        <w:bidi/>
        <w:spacing w:before="0" w:after="60"/>
        <w:jc w:val="both"/>
      </w:pPr>
      <w:r>
        <w:rPr>
          <w:rtl/>
        </w:rPr>
        <w:t>ג. במשפט «מחר אני שתלתי עץ» הפועל מתאים לרמז הזמן.      נכון / לא נכון</w:t>
      </w:r>
    </w:p>
    <w:p>
      <w:pPr>
        <w:bidi/>
        <w:spacing w:before="0" w:after="60"/>
        <w:jc w:val="both"/>
      </w:pPr>
      <w:r>
        <w:rPr>
          <w:rtl/>
        </w:rPr>
        <w:t>ד. «היא תרקוד» – הפועל בזמן הווה.      נכון / לא נכון</w:t>
      </w:r>
    </w:p>
    <w:p>
      <w:pPr>
        <w:bidi/>
        <w:spacing w:before="0" w:after="60"/>
        <w:jc w:val="both"/>
      </w:pPr>
      <w:r>
        <w:rPr>
          <w:rtl/>
        </w:rPr>
        <w:t>ה. הפועל «אכלנו» מגלה שאנחנו עשינו את הפעולה.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הפועל: זמנים וגופים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הטבלה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ישמור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לומד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ילמד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גומר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יגמור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בזמן ובגוף המתאימים.</w:t>
      </w:r>
    </w:p>
    <w:p>
      <w:pPr>
        <w:bidi/>
        <w:spacing w:before="0" w:after="40"/>
        <w:jc w:val="both"/>
      </w:pPr>
      <w:r>
        <w:rPr>
          <w:rtl/>
        </w:rPr>
        <w:t>א. אתמול הן שיחקו (שיחק) כדורגל.</w:t>
      </w:r>
    </w:p>
    <w:p>
      <w:pPr>
        <w:bidi/>
        <w:spacing w:before="0" w:after="40"/>
        <w:jc w:val="both"/>
      </w:pPr>
      <w:r>
        <w:rPr>
          <w:rtl/>
        </w:rPr>
        <w:t>ב. בשבוע הבא אני אסגור (סגר) את החלון.</w:t>
      </w:r>
    </w:p>
    <w:p>
      <w:pPr>
        <w:bidi/>
        <w:spacing w:before="0" w:after="40"/>
        <w:jc w:val="both"/>
      </w:pPr>
      <w:r>
        <w:rPr>
          <w:rtl/>
        </w:rPr>
        <w:t>ג. עכשיו הילדים שרים (שר) בהפסקה.</w:t>
      </w:r>
    </w:p>
    <w:p>
      <w:pPr>
        <w:bidi/>
        <w:spacing w:before="0" w:after="40"/>
        <w:jc w:val="both"/>
      </w:pPr>
      <w:r>
        <w:rPr>
          <w:rtl/>
        </w:rPr>
        <w:t>ד. בשנה שעברה אתם למדתם (למד) לשחות.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באיזה זמן הפועל?</w:t>
      </w:r>
    </w:p>
    <w:p>
      <w:pPr>
        <w:bidi/>
        <w:spacing w:before="0" w:after="20"/>
        <w:jc w:val="both"/>
      </w:pPr>
      <w:r>
        <w:rPr>
          <w:rtl/>
        </w:rPr>
        <w:t>א. נכתוב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עתיד</w:t>
      </w:r>
    </w:p>
    <w:p>
      <w:pPr>
        <w:bidi/>
        <w:spacing w:before="0" w:after="20"/>
        <w:jc w:val="both"/>
      </w:pPr>
      <w:r>
        <w:rPr>
          <w:rtl/>
        </w:rPr>
        <w:t>ב. רוקדת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הווה</w:t>
      </w:r>
    </w:p>
    <w:p>
      <w:pPr>
        <w:bidi/>
        <w:spacing w:before="0" w:after="20"/>
        <w:jc w:val="both"/>
      </w:pPr>
      <w:r>
        <w:rPr>
          <w:rtl/>
        </w:rPr>
        <w:t>ג. הלכתם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עבר</w:t>
      </w:r>
    </w:p>
    <w:p>
      <w:pPr>
        <w:bidi/>
        <w:spacing w:before="0" w:after="20"/>
        <w:jc w:val="both"/>
      </w:pPr>
      <w:r>
        <w:rPr>
          <w:rtl/>
        </w:rPr>
        <w:t>ד. ישמרו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עתיד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שלושה משפטים על עצמכם: אחד בעבר, אחד בהווה ואחד בעתיד.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אתמול קראתי ספר. עכשיו אני כותב. מחר אשחק בחוץ.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הפועל «סגר» בזמן עבר בכל גוף.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סגרתי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סגרת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סגרנו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סגרתם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סגרו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קראו: «אתמול טיילנו בפארק. אני רכבתי על אופניים, ודנה שיחקה בכדור.» כתבו את הסיפור מחדש בזמן עתיד.</w:t>
      </w:r>
    </w:p>
    <w:p>
      <w:pPr>
        <w:bidi/>
        <w:spacing w:before="0" w:after="40"/>
        <w:jc w:val="both"/>
      </w:pPr>
      <w:r>
        <w:rPr>
          <w:rtl/>
        </w:rPr>
        <w:t>א. מחר אנחנו נטייל (טייל) בפארק.</w:t>
      </w:r>
    </w:p>
    <w:p>
      <w:pPr>
        <w:bidi/>
        <w:spacing w:before="0" w:after="40"/>
        <w:jc w:val="both"/>
      </w:pPr>
      <w:r>
        <w:rPr>
          <w:rtl/>
        </w:rPr>
        <w:t>ב. אני ארכב (רכב) על אופניים.</w:t>
      </w:r>
    </w:p>
    <w:p>
      <w:pPr>
        <w:bidi/>
        <w:spacing w:before="0" w:after="40"/>
        <w:jc w:val="both"/>
      </w:pPr>
      <w:r>
        <w:rPr>
          <w:rtl/>
        </w:rPr>
        <w:t>ג. דנה תשחק (שיחק) בכדור.</w:t>
      </w:r>
    </w:p>
    <w:p>
      <w:pPr>
        <w:bidi/>
        <w:spacing w:before="0" w:after="40"/>
        <w:jc w:val="both"/>
      </w:pPr>
      <w:r>
        <w:rPr>
          <w:rtl/>
        </w:rPr>
        <w:t>ד. בערב כולם יחזרו (חזר) הביתה עייפים.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מי עושה את הפעולה? בחרו את הגוף.</w:t>
      </w:r>
    </w:p>
    <w:p>
      <w:pPr>
        <w:bidi/>
        <w:spacing w:before="0" w:after="20"/>
        <w:jc w:val="both"/>
      </w:pPr>
      <w:r>
        <w:rPr>
          <w:rtl/>
        </w:rPr>
        <w:t>א. תלמדו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אתם / אתן</w:t>
      </w:r>
    </w:p>
    <w:p>
      <w:pPr>
        <w:bidi/>
        <w:spacing w:before="0" w:after="20"/>
        <w:jc w:val="both"/>
      </w:pPr>
      <w:r>
        <w:rPr>
          <w:rtl/>
        </w:rPr>
        <w:t>ב. כתבת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אתה / את</w:t>
      </w:r>
    </w:p>
    <w:p>
      <w:pPr>
        <w:bidi/>
        <w:spacing w:before="0" w:after="20"/>
        <w:jc w:val="both"/>
      </w:pPr>
      <w:r>
        <w:rPr>
          <w:rtl/>
        </w:rPr>
        <w:t>ג. ירוצו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הם / הן</w:t>
      </w:r>
    </w:p>
    <w:p>
      <w:pPr>
        <w:bidi/>
        <w:spacing w:before="0" w:after="20"/>
        <w:jc w:val="both"/>
      </w:pPr>
      <w:r>
        <w:rPr>
          <w:rtl/>
        </w:rPr>
        <w:t>ד. אשיר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אני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יומן קצר (3–4 משפטים) על יום ספורט בבית הספר: מה קרה (עבר), מה אתם מרגישים עכשיו (הווה) ומה תעשו בפעם הבאה (עתיד). מתחו קו מתחת לכל פועל.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היום רצנו מרוץ שליחים, והקבוצה שלנו ניצחה. עכשיו אני מרגיש עייף ושמח. בפעם הבאה אתאמן יותר בקפיצה לרוחק.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הפעלים לפי הזמן.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רקדה, טיפסו, כתבנו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שותים, קוראת, מנגנים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נגיע, אצייר, ירוץ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פועל בטור א את הגוף שלו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הלכתי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אתה / את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הלכנו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הלכתם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אתם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הלכה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היא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הלכו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אנחנו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הלכת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הם / הן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הפועל שבסוגריים לפי רמז הזמן והגוף.</w:t>
      </w:r>
    </w:p>
    <w:p>
      <w:pPr>
        <w:bidi/>
        <w:spacing w:before="0" w:after="40"/>
        <w:jc w:val="both"/>
      </w:pPr>
      <w:r>
        <w:rPr>
          <w:rtl/>
        </w:rPr>
        <w:t>א. אתמול אני קפצתי (קפץ) על הטרמפולינה.</w:t>
      </w:r>
    </w:p>
    <w:p>
      <w:pPr>
        <w:bidi/>
        <w:spacing w:before="0" w:after="40"/>
        <w:jc w:val="both"/>
      </w:pPr>
      <w:r>
        <w:rPr>
          <w:rtl/>
        </w:rPr>
        <w:t>ב. עכשיו התינוקת ישנה (ישן) בעריסה.</w:t>
      </w:r>
    </w:p>
    <w:p>
      <w:pPr>
        <w:bidi/>
        <w:spacing w:before="0" w:after="40"/>
        <w:jc w:val="both"/>
      </w:pPr>
      <w:r>
        <w:rPr>
          <w:rtl/>
        </w:rPr>
        <w:t>ג. בשבוע הבא אנחנו ניסע (נסע) לסבתא.</w:t>
      </w:r>
    </w:p>
    <w:p>
      <w:pPr>
        <w:bidi/>
        <w:spacing w:before="0" w:after="40"/>
        <w:jc w:val="both"/>
      </w:pPr>
      <w:r>
        <w:rPr>
          <w:rtl/>
        </w:rPr>
        <w:t>ד. מחר הם יפגשו (פגש) את המורה החדשה.</w:t>
      </w:r>
    </w:p>
    <w:p>
      <w:pPr>
        <w:bidi/>
        <w:spacing w:before="0" w:after="40"/>
        <w:jc w:val="both"/>
      </w:pPr>
      <w:r>
        <w:rPr>
          <w:rtl/>
        </w:rPr>
        <w:t>ה. לפני שנה את למדת (למד) לשחות.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«נשיר» הוא פועל בזמן עתיד בגוף אנחנו. – נכון</w:t>
      </w:r>
    </w:p>
    <w:p>
      <w:pPr>
        <w:bidi/>
        <w:spacing w:before="0" w:after="40"/>
        <w:jc w:val="both"/>
      </w:pPr>
      <w:r>
        <w:rPr>
          <w:rtl/>
        </w:rPr>
        <w:t>ב. «כתבו» יכול להיות פועל בזמן עבר בגוף הם. – נכון</w:t>
      </w:r>
    </w:p>
    <w:p>
      <w:pPr>
        <w:bidi/>
        <w:spacing w:before="0" w:after="40"/>
        <w:jc w:val="both"/>
      </w:pPr>
      <w:r>
        <w:rPr>
          <w:rtl/>
        </w:rPr>
        <w:t>ג. במשפט «מחר אני שתלתי עץ» הפועל מתאים לרמז הזמן. – לא נכון – מחר אני אשתול עץ</w:t>
      </w:r>
    </w:p>
    <w:p>
      <w:pPr>
        <w:bidi/>
        <w:spacing w:before="0" w:after="40"/>
        <w:jc w:val="both"/>
      </w:pPr>
      <w:r>
        <w:rPr>
          <w:rtl/>
        </w:rPr>
        <w:t>ד. «היא תרקוד» – הפועל בזמן הווה. – לא נכון – «תרקוד» הוא פועל בזמן עתיד</w:t>
      </w:r>
    </w:p>
    <w:p>
      <w:pPr>
        <w:bidi/>
        <w:spacing w:before="0" w:after="40"/>
        <w:jc w:val="both"/>
      </w:pPr>
      <w:r>
        <w:rPr>
          <w:rtl/>
        </w:rPr>
        <w:t>ה. הפועל «אכלנו» מגלה שאנחנו עשינו את הפעולה.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