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שורש ומשפחת מילים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של כל 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תזמורת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מרכבה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לשתי משפחות.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שמירה  |  זיכרון  |  שומר  |  מזכרת  |  משמר  |  זוכר  |  שמרן  |  תזכורת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ז־כ־ר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איזו מילה אינה שייכת למשפחה?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מגדל      ○ גדול      ○ גדר      ○ גידול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פרח      ○ פריחה      ○ פרחח      ○ פרי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שלוש מילים מן השורש ע־ב־ד.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מצאו בכל משפט שתי מילים מאותו שורש, וכתבו את השורש.</w:t>
      </w:r>
    </w:p>
    <w:p>
      <w:pPr>
        <w:bidi/>
        <w:spacing w:before="0" w:after="100"/>
        <w:jc w:val="both"/>
      </w:pPr>
      <w:r>
        <w:rPr>
          <w:rtl/>
        </w:rPr>
        <w:t>א. השומר שמר על השער כל הלילה.</w:t>
      </w:r>
    </w:p>
    <w:p>
      <w:pPr>
        <w:bidi/>
        <w:spacing w:before="0" w:after="100"/>
        <w:jc w:val="both"/>
      </w:pPr>
      <w:r>
        <w:rPr>
          <w:rtl/>
        </w:rPr>
        <w:t>ב. הצייר צייר ציור של חוף ים.</w:t>
      </w:r>
    </w:p>
    <w:p>
      <w:pPr>
        <w:bidi/>
        <w:spacing w:before="0" w:after="100"/>
        <w:jc w:val="both"/>
      </w:pPr>
      <w:r>
        <w:rPr>
          <w:rtl/>
        </w:rPr>
        <w:t>ג. התלמידה למדה למבחן בספרייה.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המילים לשלוש משפחות.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מכתב  |  הדלקה  |  כתובת  |  נדליק  |  שיחקנו  |  משחק  |  כתבנו  |  דלוק  |  שחקנית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כ־ת־ב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ד־ל־ק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ש־ח־ק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</w:t>
      </w:r>
    </w:p>
    <w:p>
      <w:pPr>
        <w:bidi/>
        <w:spacing w:before="0" w:after="60"/>
        <w:jc w:val="both"/>
      </w:pPr>
      <w:r>
        <w:rPr>
          <w:rtl/>
        </w:rPr>
        <w:t>א. «מסעדה» ו«סעודה»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ב. השורש של «מזלג» הוא ז־ל־ג.      נכון / לא נכון</w:t>
      </w:r>
    </w:p>
    <w:p>
      <w:pPr>
        <w:bidi/>
        <w:spacing w:before="0" w:after="60"/>
        <w:jc w:val="both"/>
      </w:pPr>
      <w:r>
        <w:rPr>
          <w:rtl/>
        </w:rPr>
        <w:t>ג. «גשר» ו«גשם» הן מאותו שורש, כי יש בשתיהן ג ו־ש.      נכון / לא נכון</w:t>
      </w:r>
    </w:p>
    <w:p>
      <w:pPr>
        <w:bidi/>
        <w:spacing w:before="0" w:after="60"/>
        <w:jc w:val="both"/>
      </w:pPr>
      <w:r>
        <w:rPr>
          <w:rtl/>
        </w:rPr>
        <w:t>ד. האות מ בתחילת «מכתב» היא אות שורש.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בחרו שורש אחד: ל־מ־ד או ס־פ־ר. כתבו משפט אחד שיש בו לפחות שלוש מילים מן השורש, ומתחו קו מתחתיהן.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רשמו את השורש של כל אחת מן המילים.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נסיעה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פריחה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מדרגות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משקפיים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בטור א את השורש שלה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רכבת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צ־ל־ם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מקלחת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ס־ר־ג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מזרקה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ק־ל־ח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תזמורת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ז־ר־ק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מצלמה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ז־מ־ר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מסרגה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ר־כ־ב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המילים לשלוש משפחות לפי השורש.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חשבון  |  מפתח  |  שבור  |  מחשבה  |  פתיחה  |  שבירה  |  חושב  |  פתוח  |  נשבר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ח־ש־ב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פ־ת־ח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ש־ב־ר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«מפתח» ו«פתיחה»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ב. השורש של «מטוס» הוא ט־ו־ס.      נכון / לא נכון</w:t>
      </w:r>
    </w:p>
    <w:p>
      <w:pPr>
        <w:bidi/>
        <w:spacing w:before="0" w:after="60"/>
        <w:jc w:val="both"/>
      </w:pPr>
      <w:r>
        <w:rPr>
          <w:rtl/>
        </w:rPr>
        <w:t>ג. «מלח» ו«מלחמה» הן מאותו שורש.      נכון / לא נכון</w:t>
      </w:r>
    </w:p>
    <w:p>
      <w:pPr>
        <w:bidi/>
        <w:spacing w:before="0" w:after="60"/>
        <w:jc w:val="both"/>
      </w:pPr>
      <w:r>
        <w:rPr>
          <w:rtl/>
        </w:rPr>
        <w:t>ד. «מחברת» ו«חברים» אינן קשורות בשורש.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במילה «תלמידים» האותיות ת, י ו־ים אינן חלק מן השורש.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שורש ומשפחת מילים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של כל 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ש־ח־ק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ס־פ־ר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ד־ל־ק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תזמורת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מרכבה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ר־כ־ב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לשתי משפחות.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ז־כ־ר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שמירה, שומר, משמר, שמרן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זיכרון, מזכרת, זוכר, תזכורת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איזו מילה אינה שייכת למשפחה?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גדר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פרי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שלוש מילים מן השורש ע־ב־ד.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עבודה, עובד, מעבדה.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מצאו בכל משפט שתי מילים מאותו שורש, וכתבו את השורש.</w:t>
      </w:r>
    </w:p>
    <w:p>
      <w:pPr>
        <w:bidi/>
        <w:spacing w:before="0" w:after="100"/>
        <w:jc w:val="both"/>
      </w:pPr>
      <w:r>
        <w:rPr>
          <w:rtl/>
        </w:rPr>
        <w:t>א. השומר שמר על השער כל הלילה.  ← שומר, שמר – ש־מ־ר</w:t>
      </w:r>
    </w:p>
    <w:p>
      <w:pPr>
        <w:bidi/>
        <w:spacing w:before="0" w:after="100"/>
        <w:jc w:val="both"/>
      </w:pPr>
      <w:r>
        <w:rPr>
          <w:rtl/>
        </w:rPr>
        <w:t>ב. הצייר צייר ציור של חוף ים.  ← צייר, ציור – צ־י־ר</w:t>
      </w:r>
    </w:p>
    <w:p>
      <w:pPr>
        <w:bidi/>
        <w:spacing w:before="0" w:after="100"/>
        <w:jc w:val="both"/>
      </w:pPr>
      <w:r>
        <w:rPr>
          <w:rtl/>
        </w:rPr>
        <w:t>ג. התלמידה למדה למבחן בספרייה.  ← התלמידה, למדה – ל־מ־ד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המילים לשלוש משפחות.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כ־ת־ב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ד־ל־ק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ש־ח־ק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מכתב, כתובת, כתבנו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הדלקה, נדליק, דלוק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שיחקנו, משחק, שחקנית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</w:t>
      </w:r>
    </w:p>
    <w:p>
      <w:pPr>
        <w:bidi/>
        <w:spacing w:before="0" w:after="40"/>
        <w:jc w:val="both"/>
      </w:pPr>
      <w:r>
        <w:rPr>
          <w:rtl/>
        </w:rPr>
        <w:t>א. «מסעדה» ו«סעודה» הן מאותה משפחה. – נכון</w:t>
      </w:r>
    </w:p>
    <w:p>
      <w:pPr>
        <w:bidi/>
        <w:spacing w:before="0" w:after="40"/>
        <w:jc w:val="both"/>
      </w:pPr>
      <w:r>
        <w:rPr>
          <w:rtl/>
        </w:rPr>
        <w:t>ב. השורש של «מזלג» הוא ז־ל־ג. – נכון</w:t>
      </w:r>
    </w:p>
    <w:p>
      <w:pPr>
        <w:bidi/>
        <w:spacing w:before="0" w:after="40"/>
        <w:jc w:val="both"/>
      </w:pPr>
      <w:r>
        <w:rPr>
          <w:rtl/>
        </w:rPr>
        <w:t>ג. «גשר» ו«גשם» הן מאותו שורש, כי יש בשתיהן ג ו־ש. – לא נכון – השורשים שונים (ג־ש־ר, ג־ש־ם), ואין קשר במשמעות</w:t>
      </w:r>
    </w:p>
    <w:p>
      <w:pPr>
        <w:bidi/>
        <w:spacing w:before="0" w:after="40"/>
        <w:jc w:val="both"/>
      </w:pPr>
      <w:r>
        <w:rPr>
          <w:rtl/>
        </w:rPr>
        <w:t>ד. האות מ בתחילת «מכתב» היא אות שורש. – לא נכון – מ היא אות נוספת; השורש הוא כ־ת־ב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בחרו שורש אחד: ל־מ־ד או ס־פ־ר. כתבו משפט אחד שיש בו לפחות שלוש מילים מן השורש, ומתחו קו מתחתיהן.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המורה סיפרה לתלמידים סיפור מתוך ספר ישן.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רשמו את השורש של כל אחת מן המילים.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ח־ש־ב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נסיעה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נ־ס־ע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פריחה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פ־ר־ח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ב־ש־ל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מדרגות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ד־ר־ג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משקפיים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ש־ק־פ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בטור א את השורש שלה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רכבת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צ־ל־ם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מקלחת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ס־ר־ג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מזרקה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ק־ל־ח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תזמורת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ז־ר־ק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מצלמה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ז־מ־ר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מסרגה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ר־כ־ב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המילים לשלוש משפחות לפי השורש.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ח־ש־ב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פ־ת־ח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ש־ב־ר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חשבון, מחשבה, חושב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מפתח, פתיחה, פתוח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שבור, שבירה, נשבר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«מפתח» ו«פתיחה» הן מאותה משפחה. – נכון</w:t>
      </w:r>
    </w:p>
    <w:p>
      <w:pPr>
        <w:bidi/>
        <w:spacing w:before="0" w:after="40"/>
        <w:jc w:val="both"/>
      </w:pPr>
      <w:r>
        <w:rPr>
          <w:rtl/>
        </w:rPr>
        <w:t>ב. השורש של «מטוס» הוא ט־ו־ס. – נכון</w:t>
      </w:r>
    </w:p>
    <w:p>
      <w:pPr>
        <w:bidi/>
        <w:spacing w:before="0" w:after="40"/>
        <w:jc w:val="both"/>
      </w:pPr>
      <w:r>
        <w:rPr>
          <w:rtl/>
        </w:rPr>
        <w:t>ג. «מלח» ו«מלחמה» הן מאותו שורש. – לא נכון – «מלחמה» מן השורש ל־ח־ם, ו«מלח» מן השורש מ־ל־ח</w:t>
      </w:r>
    </w:p>
    <w:p>
      <w:pPr>
        <w:bidi/>
        <w:spacing w:before="0" w:after="40"/>
        <w:jc w:val="both"/>
      </w:pPr>
      <w:r>
        <w:rPr>
          <w:rtl/>
        </w:rPr>
        <w:t>ד. «מחברת» ו«חברים» אינן קשורות בשורש. – לא נכון – שתיהן מן השורש ח־ב־ר</w:t>
      </w:r>
    </w:p>
    <w:p>
      <w:pPr>
        <w:bidi/>
        <w:spacing w:before="0" w:after="40"/>
        <w:jc w:val="both"/>
      </w:pPr>
      <w:r>
        <w:rPr>
          <w:rtl/>
        </w:rPr>
        <w:t>ה. במילה «תלמידים» האותיות ת, י ו־ים אינן חלק מן השורש.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