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מילות קישור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מילת קישור מתאימה מן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אבל  |  כי  |  לכן  |  גם  |  או</w:t>
      </w:r>
    </w:p>
    <w:p>
      <w:pPr>
        <w:bidi/>
        <w:spacing w:before="0" w:after="60"/>
        <w:jc w:val="both"/>
      </w:pPr>
      <w:r>
        <w:rPr>
          <w:rtl/>
        </w:rPr>
        <w:t>א. נועה אוהבת לקרוא, __________ אחיה אוהב לקרוא.</w:t>
      </w:r>
    </w:p>
    <w:p>
      <w:pPr>
        <w:bidi/>
        <w:spacing w:before="0" w:after="60"/>
        <w:jc w:val="both"/>
      </w:pPr>
      <w:r>
        <w:rPr>
          <w:rtl/>
        </w:rPr>
        <w:t>ב. לקחתי מטרייה __________ השמיים היו מעוננים.</w:t>
      </w:r>
    </w:p>
    <w:p>
      <w:pPr>
        <w:bidi/>
        <w:spacing w:before="0" w:after="60"/>
        <w:jc w:val="both"/>
      </w:pPr>
      <w:r>
        <w:rPr>
          <w:rtl/>
        </w:rPr>
        <w:t>ג. השעון התקלקל, __________ איחרתי.</w:t>
      </w:r>
    </w:p>
    <w:p>
      <w:pPr>
        <w:bidi/>
        <w:spacing w:before="0" w:after="60"/>
        <w:jc w:val="both"/>
      </w:pPr>
      <w:r>
        <w:rPr>
          <w:rtl/>
        </w:rPr>
        <w:t>ד. האוטובוס הגיע, __________ הוא היה מלא.</w:t>
      </w:r>
    </w:p>
    <w:p>
      <w:pPr>
        <w:bidi/>
        <w:spacing w:before="0" w:after="60"/>
        <w:jc w:val="both"/>
      </w:pPr>
      <w:r>
        <w:rPr>
          <w:rtl/>
        </w:rPr>
        <w:t>ה. נלך לפארק __________ לבריכה.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הקשר שמבטאת מילת הקישור שבמשפט?</w:t>
      </w:r>
    </w:p>
    <w:p>
      <w:pPr>
        <w:bidi/>
        <w:spacing w:before="0" w:after="20"/>
        <w:jc w:val="both"/>
      </w:pPr>
      <w:r>
        <w:rPr>
          <w:rtl/>
        </w:rPr>
        <w:t>א. התאמנו הרבה, לכן ניצחנו.</w:t>
      </w:r>
    </w:p>
    <w:p>
      <w:pPr>
        <w:bidi/>
        <w:spacing w:before="0" w:after="80"/>
        <w:jc w:val="both"/>
      </w:pPr>
      <w:r>
        <w:rPr>
          <w:rtl/>
        </w:rPr>
        <w:t xml:space="preserve">   ○ ניגוד      ○ תוצאה      ○ הוספה</w:t>
      </w:r>
    </w:p>
    <w:p>
      <w:pPr>
        <w:bidi/>
        <w:spacing w:before="0" w:after="20"/>
        <w:jc w:val="both"/>
      </w:pPr>
      <w:r>
        <w:rPr>
          <w:rtl/>
        </w:rPr>
        <w:t>ב. הדג קטן אך זריז.</w:t>
      </w:r>
    </w:p>
    <w:p>
      <w:pPr>
        <w:bidi/>
        <w:spacing w:before="0" w:after="80"/>
        <w:jc w:val="both"/>
      </w:pPr>
      <w:r>
        <w:rPr>
          <w:rtl/>
        </w:rPr>
        <w:t xml:space="preserve">   ○ ניגוד      ○ סיבה      ○ ברירה</w:t>
      </w:r>
    </w:p>
    <w:p>
      <w:pPr>
        <w:bidi/>
        <w:spacing w:before="0" w:after="20"/>
        <w:jc w:val="both"/>
      </w:pPr>
      <w:r>
        <w:rPr>
          <w:rtl/>
        </w:rPr>
        <w:t>ג. נשארנו בבית כי היה חם מאוד.</w:t>
      </w:r>
    </w:p>
    <w:p>
      <w:pPr>
        <w:bidi/>
        <w:spacing w:before="0" w:after="80"/>
        <w:jc w:val="both"/>
      </w:pPr>
      <w:r>
        <w:rPr>
          <w:rtl/>
        </w:rPr>
        <w:t xml:space="preserve">   ○ תוצאה      ○ סיבה      ○ הוספה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חברו את שני המשפטים למשפט אחד בעזרת «לכן»: «שכחתי את הכריך בבית.» «הייתי רעב בהפסקה.»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קראו את הסיפור והשלימו מילת קישור מן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אבל  |  כי  |  או  |  וגם  |  לכן</w:t>
      </w:r>
    </w:p>
    <w:p>
      <w:pPr>
        <w:bidi/>
        <w:spacing w:before="0" w:after="60"/>
        <w:jc w:val="both"/>
      </w:pPr>
      <w:r>
        <w:rPr>
          <w:rtl/>
        </w:rPr>
        <w:t>א. בשבת רצינו לצאת לטיול, __________ ירד גשם חזק.</w:t>
      </w:r>
    </w:p>
    <w:p>
      <w:pPr>
        <w:bidi/>
        <w:spacing w:before="0" w:after="60"/>
        <w:jc w:val="both"/>
      </w:pPr>
      <w:r>
        <w:rPr>
          <w:rtl/>
        </w:rPr>
        <w:t>ב. נשארנו בבית, __________ לא רצינו להירטב.</w:t>
      </w:r>
    </w:p>
    <w:p>
      <w:pPr>
        <w:bidi/>
        <w:spacing w:before="0" w:after="60"/>
        <w:jc w:val="both"/>
      </w:pPr>
      <w:r>
        <w:rPr>
          <w:rtl/>
        </w:rPr>
        <w:t>ג. התלבטנו אם לשחק במשחק קופסה __________ לקרוא ספר.</w:t>
      </w:r>
    </w:p>
    <w:p>
      <w:pPr>
        <w:bidi/>
        <w:spacing w:before="0" w:after="60"/>
        <w:jc w:val="both"/>
      </w:pPr>
      <w:r>
        <w:rPr>
          <w:rtl/>
        </w:rPr>
        <w:t>ד. בסוף אפינו עוגה __________ שיחקנו בקלפים.</w:t>
      </w:r>
    </w:p>
    <w:p>
      <w:pPr>
        <w:bidi/>
        <w:spacing w:before="0" w:after="60"/>
        <w:jc w:val="both"/>
      </w:pPr>
      <w:r>
        <w:rPr>
          <w:rtl/>
        </w:rPr>
        <w:t>ה. העוגה יצאה טעימה מאוד, __________ אכלנו את כולה.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מילות הקישור לפי הקשר שהן מבטאות.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אבל  |  אך  |  כי  |  מפני ש־  |  לכן  |  על כן  |  וגם  |  בנוסף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מילת הקישור המתאימה.</w:t>
      </w:r>
    </w:p>
    <w:p>
      <w:pPr>
        <w:bidi/>
        <w:spacing w:before="0" w:after="20"/>
        <w:jc w:val="both"/>
      </w:pPr>
      <w:r>
        <w:rPr>
          <w:rtl/>
        </w:rPr>
        <w:t>א. הפרחים נבלו, ___ שכחנו להשקות אותם.</w:t>
      </w:r>
    </w:p>
    <w:p>
      <w:pPr>
        <w:bidi/>
        <w:spacing w:before="0" w:after="80"/>
        <w:jc w:val="both"/>
      </w:pPr>
      <w:r>
        <w:rPr>
          <w:rtl/>
        </w:rPr>
        <w:t xml:space="preserve">   ○ לכן      ○ כי      ○ או</w:t>
      </w:r>
    </w:p>
    <w:p>
      <w:pPr>
        <w:bidi/>
        <w:spacing w:before="0" w:after="20"/>
        <w:jc w:val="both"/>
      </w:pPr>
      <w:r>
        <w:rPr>
          <w:rtl/>
        </w:rPr>
        <w:t>ב. אחי צעיר ממני, ___ הוא גבוה ממני.</w:t>
      </w:r>
    </w:p>
    <w:p>
      <w:pPr>
        <w:bidi/>
        <w:spacing w:before="0" w:after="80"/>
        <w:jc w:val="both"/>
      </w:pPr>
      <w:r>
        <w:rPr>
          <w:rtl/>
        </w:rPr>
        <w:t xml:space="preserve">   ○ אבל      ○ כי      ○ לכן</w:t>
      </w:r>
    </w:p>
    <w:p>
      <w:pPr>
        <w:bidi/>
        <w:spacing w:before="0" w:after="20"/>
        <w:jc w:val="both"/>
      </w:pPr>
      <w:r>
        <w:rPr>
          <w:rtl/>
        </w:rPr>
        <w:t>ג. שכחתי את המעיל, ___ היה לי קר.</w:t>
      </w:r>
    </w:p>
    <w:p>
      <w:pPr>
        <w:bidi/>
        <w:spacing w:before="0" w:after="80"/>
        <w:jc w:val="both"/>
      </w:pPr>
      <w:r>
        <w:rPr>
          <w:rtl/>
        </w:rPr>
        <w:t xml:space="preserve">   ○ או      ○ כי      ○ לכן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פסקה קצרה (3–4 משפטים) על תחביב שאתם אוהבים. השתמשו לפחות בשלוש מילות קישור שונות – של סיבה, של ניגוד ושל תוצאה – ומתחו קו מתחתיהן.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מילת קישור בטור א את סוג הקשר שלה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הוספה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לכן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ברירה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«אבל» או «או».</w:t>
      </w:r>
    </w:p>
    <w:p>
      <w:pPr>
        <w:bidi/>
        <w:spacing w:before="0" w:after="60"/>
        <w:jc w:val="both"/>
      </w:pPr>
      <w:r>
        <w:rPr>
          <w:rtl/>
        </w:rPr>
        <w:t>א. אפשר לשתות תה __________ קפה.</w:t>
      </w:r>
    </w:p>
    <w:p>
      <w:pPr>
        <w:bidi/>
        <w:spacing w:before="0" w:after="60"/>
        <w:jc w:val="both"/>
      </w:pPr>
      <w:r>
        <w:rPr>
          <w:rtl/>
        </w:rPr>
        <w:t>ב. רציתי לשחק בחוץ, __________ התחיל לרדת גשם.</w:t>
      </w:r>
    </w:p>
    <w:p>
      <w:pPr>
        <w:bidi/>
        <w:spacing w:before="0" w:after="60"/>
        <w:jc w:val="both"/>
      </w:pPr>
      <w:r>
        <w:rPr>
          <w:rtl/>
        </w:rPr>
        <w:t>ג. בחרו: לצייר __________ לכתוב שיר.</w:t>
      </w:r>
    </w:p>
    <w:p>
      <w:pPr>
        <w:bidi/>
        <w:spacing w:before="0" w:after="60"/>
        <w:jc w:val="both"/>
      </w:pPr>
      <w:r>
        <w:rPr>
          <w:rtl/>
        </w:rPr>
        <w:t>ד. המבחן היה קשה, __________ הצלחתי בו.</w:t>
      </w:r>
    </w:p>
    <w:p>
      <w:pPr>
        <w:bidi/>
        <w:spacing w:before="0" w:after="60"/>
        <w:jc w:val="both"/>
      </w:pPr>
      <w:r>
        <w:rPr>
          <w:rtl/>
        </w:rPr>
        <w:t>ה. נלך לים __________ לבריכה?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העתיקו מכל משפט את מילת הקישור, וכתבו איזה קשר היא מבטאת.</w:t>
      </w:r>
    </w:p>
    <w:p>
      <w:pPr>
        <w:bidi/>
        <w:spacing w:before="0" w:after="100"/>
        <w:jc w:val="both"/>
      </w:pPr>
      <w:r>
        <w:rPr>
          <w:rtl/>
        </w:rPr>
        <w:t>א. נגה אוהבת לשיר וגם לרקוד.</w:t>
      </w:r>
    </w:p>
    <w:p>
      <w:pPr>
        <w:bidi/>
        <w:spacing w:before="0" w:after="100"/>
        <w:jc w:val="both"/>
      </w:pPr>
      <w:r>
        <w:rPr>
          <w:rtl/>
        </w:rPr>
        <w:t>ב. הכלב היה רעב, לכן נבח.</w:t>
      </w:r>
    </w:p>
    <w:p>
      <w:pPr>
        <w:bidi/>
        <w:spacing w:before="0" w:after="100"/>
        <w:jc w:val="both"/>
      </w:pPr>
      <w:r>
        <w:rPr>
          <w:rtl/>
        </w:rPr>
        <w:t>ג. יצאנו מוקדם כי רצינו להגיע ראשונים.</w:t>
      </w:r>
    </w:p>
    <w:p>
      <w:pPr>
        <w:bidi/>
        <w:spacing w:before="0" w:after="100"/>
        <w:jc w:val="both"/>
      </w:pPr>
      <w:r>
        <w:rPr>
          <w:rtl/>
        </w:rPr>
        <w:t>ד. השמש זרחה, אולם היה 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«אך» ו«אבל» מבטאות את אותו קשר.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במשפט «נשארתי בבית כי הייתי חולה» המילה «כי» מציגה את התוצאה.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«או» מציגה אפשרות לבחור בין שני דברים.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במשפט «עייפתי, לכן הלכתי לישון» אפשר לכתוב «כי» במקום «לכן» והמשמעות לא תשתנה.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חברו כל זוג משפטים למשפט אחד בעזרת מילת הקישור שבסוגריים. (1) «הכדור נפל לשלולית.» «הוא התלכלך.» (לכן) (2) «הגלידה טעימה.» «היא קרה מדי בשבילי.» (אבל)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מילות קישור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מילת קישור מתאימה מן המחסן.</w:t>
      </w:r>
    </w:p>
    <w:p>
      <w:pPr>
        <w:bidi/>
        <w:spacing w:before="0" w:after="40"/>
        <w:jc w:val="both"/>
      </w:pPr>
      <w:r>
        <w:rPr>
          <w:rtl/>
        </w:rPr>
        <w:t>א. נועה אוהבת לקרוא, גם אחיה אוהב לקרוא.</w:t>
      </w:r>
    </w:p>
    <w:p>
      <w:pPr>
        <w:bidi/>
        <w:spacing w:before="0" w:after="40"/>
        <w:jc w:val="both"/>
      </w:pPr>
      <w:r>
        <w:rPr>
          <w:rtl/>
        </w:rPr>
        <w:t>ב. לקחתי מטרייה כי השמיים היו מעוננים.</w:t>
      </w:r>
    </w:p>
    <w:p>
      <w:pPr>
        <w:bidi/>
        <w:spacing w:before="0" w:after="40"/>
        <w:jc w:val="both"/>
      </w:pPr>
      <w:r>
        <w:rPr>
          <w:rtl/>
        </w:rPr>
        <w:t>ג. השעון התקלקל, לכן איחרתי.</w:t>
      </w:r>
    </w:p>
    <w:p>
      <w:pPr>
        <w:bidi/>
        <w:spacing w:before="0" w:after="40"/>
        <w:jc w:val="both"/>
      </w:pPr>
      <w:r>
        <w:rPr>
          <w:rtl/>
        </w:rPr>
        <w:t>ד. האוטובוס הגיע, אבל הוא היה מלא.</w:t>
      </w:r>
    </w:p>
    <w:p>
      <w:pPr>
        <w:bidi/>
        <w:spacing w:before="0" w:after="40"/>
        <w:jc w:val="both"/>
      </w:pPr>
      <w:r>
        <w:rPr>
          <w:rtl/>
        </w:rPr>
        <w:t>ה. נלך לפארק או לבריכה.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הקשר שמבטאת מילת הקישור שבמשפט?</w:t>
      </w:r>
    </w:p>
    <w:p>
      <w:pPr>
        <w:bidi/>
        <w:spacing w:before="0" w:after="20"/>
        <w:jc w:val="both"/>
      </w:pPr>
      <w:r>
        <w:rPr>
          <w:rtl/>
        </w:rPr>
        <w:t>א. התאמנו הרבה, לכן ניצחנו.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תוצאה</w:t>
      </w:r>
    </w:p>
    <w:p>
      <w:pPr>
        <w:bidi/>
        <w:spacing w:before="0" w:after="20"/>
        <w:jc w:val="both"/>
      </w:pPr>
      <w:r>
        <w:rPr>
          <w:rtl/>
        </w:rPr>
        <w:t>ב. הדג קטן אך זריז.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ניגוד</w:t>
      </w:r>
    </w:p>
    <w:p>
      <w:pPr>
        <w:bidi/>
        <w:spacing w:before="0" w:after="20"/>
        <w:jc w:val="both"/>
      </w:pPr>
      <w:r>
        <w:rPr>
          <w:rtl/>
        </w:rPr>
        <w:t>ג. נשארנו בבית כי היה חם מאוד.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חברו את שני המשפטים למשפט אחד בעזרת «לכן»: «שכחתי את הכריך בבית.» «הייתי רעב בהפסקה.»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שכחתי את הכריך בבית, לכן הייתי רעב בהפסקה.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קראו את הסיפור והשלימו מילת קישור מן המחסן.</w:t>
      </w:r>
    </w:p>
    <w:p>
      <w:pPr>
        <w:bidi/>
        <w:spacing w:before="0" w:after="40"/>
        <w:jc w:val="both"/>
      </w:pPr>
      <w:r>
        <w:rPr>
          <w:rtl/>
        </w:rPr>
        <w:t>א. בשבת רצינו לצאת לטיול, אבל ירד גשם חזק.</w:t>
      </w:r>
    </w:p>
    <w:p>
      <w:pPr>
        <w:bidi/>
        <w:spacing w:before="0" w:after="40"/>
        <w:jc w:val="both"/>
      </w:pPr>
      <w:r>
        <w:rPr>
          <w:rtl/>
        </w:rPr>
        <w:t>ב. נשארנו בבית, כי לא רצינו להירטב.</w:t>
      </w:r>
    </w:p>
    <w:p>
      <w:pPr>
        <w:bidi/>
        <w:spacing w:before="0" w:after="40"/>
        <w:jc w:val="both"/>
      </w:pPr>
      <w:r>
        <w:rPr>
          <w:rtl/>
        </w:rPr>
        <w:t>ג. התלבטנו אם לשחק במשחק קופסה או לקרוא ספר.</w:t>
      </w:r>
    </w:p>
    <w:p>
      <w:pPr>
        <w:bidi/>
        <w:spacing w:before="0" w:after="40"/>
        <w:jc w:val="both"/>
      </w:pPr>
      <w:r>
        <w:rPr>
          <w:rtl/>
        </w:rPr>
        <w:t>ד. בסוף אפינו עוגה וגם שיחקנו בקלפים.</w:t>
      </w:r>
    </w:p>
    <w:p>
      <w:pPr>
        <w:bidi/>
        <w:spacing w:before="0" w:after="40"/>
        <w:jc w:val="both"/>
      </w:pPr>
      <w:r>
        <w:rPr>
          <w:rtl/>
        </w:rPr>
        <w:t>ה. העוגה יצאה טעימה מאוד, לכן אכלנו את כולה.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מילות הקישור לפי הקשר שהן מבטאות.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מפני ש־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לכן, על 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וגם, בנוסף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מילת הקישור המתאימה.</w:t>
      </w:r>
    </w:p>
    <w:p>
      <w:pPr>
        <w:bidi/>
        <w:spacing w:before="0" w:after="20"/>
        <w:jc w:val="both"/>
      </w:pPr>
      <w:r>
        <w:rPr>
          <w:rtl/>
        </w:rPr>
        <w:t>א. הפרחים נבלו, ___ שכחנו להשקות אותם.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</w:t>
      </w:r>
    </w:p>
    <w:p>
      <w:pPr>
        <w:bidi/>
        <w:spacing w:before="0" w:after="20"/>
        <w:jc w:val="both"/>
      </w:pPr>
      <w:r>
        <w:rPr>
          <w:rtl/>
        </w:rPr>
        <w:t>ב. אחי צעיר ממני, ___ הוא גבוה ממני.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אבל</w:t>
      </w:r>
    </w:p>
    <w:p>
      <w:pPr>
        <w:bidi/>
        <w:spacing w:before="0" w:after="20"/>
        <w:jc w:val="both"/>
      </w:pPr>
      <w:r>
        <w:rPr>
          <w:rtl/>
        </w:rPr>
        <w:t>ג. שכחתי את המעיל, ___ היה לי קר.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פסקה קצרה (3–4 משפטים) על תחביב שאתם אוהבים. השתמשו לפחות בשלוש מילות קישור שונות – של סיבה, של ניגוד ושל תוצאה – ומתחו קו מתחתיהן.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אני אוהבת לנגן בגיטרה, כי המוזיקה מרגיעה אותי. בהתחלה היה לי קשה, אבל לא ויתרתי. התאמנתי כל יום, לכן היום אני כבר מנגנת שירים שלמים.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מילת קישור בטור א את סוג הקשר שלה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הוספה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ניגוד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לכן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ברירה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סיבה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«אבל» או «או».</w:t>
      </w:r>
    </w:p>
    <w:p>
      <w:pPr>
        <w:bidi/>
        <w:spacing w:before="0" w:after="40"/>
        <w:jc w:val="both"/>
      </w:pPr>
      <w:r>
        <w:rPr>
          <w:rtl/>
        </w:rPr>
        <w:t>א. אפשר לשתות תה או קפה.</w:t>
      </w:r>
    </w:p>
    <w:p>
      <w:pPr>
        <w:bidi/>
        <w:spacing w:before="0" w:after="40"/>
        <w:jc w:val="both"/>
      </w:pPr>
      <w:r>
        <w:rPr>
          <w:rtl/>
        </w:rPr>
        <w:t>ב. רציתי לשחק בחוץ, אבל התחיל לרדת גשם.</w:t>
      </w:r>
    </w:p>
    <w:p>
      <w:pPr>
        <w:bidi/>
        <w:spacing w:before="0" w:after="40"/>
        <w:jc w:val="both"/>
      </w:pPr>
      <w:r>
        <w:rPr>
          <w:rtl/>
        </w:rPr>
        <w:t>ג. בחרו: לצייר או לכתוב שיר.</w:t>
      </w:r>
    </w:p>
    <w:p>
      <w:pPr>
        <w:bidi/>
        <w:spacing w:before="0" w:after="40"/>
        <w:jc w:val="both"/>
      </w:pPr>
      <w:r>
        <w:rPr>
          <w:rtl/>
        </w:rPr>
        <w:t>ד. המבחן היה קשה, אבל הצלחתי בו.</w:t>
      </w:r>
    </w:p>
    <w:p>
      <w:pPr>
        <w:bidi/>
        <w:spacing w:before="0" w:after="40"/>
        <w:jc w:val="both"/>
      </w:pPr>
      <w:r>
        <w:rPr>
          <w:rtl/>
        </w:rPr>
        <w:t>ה. נלך לים או לבריכה?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העתיקו מכל משפט את מילת הקישור, וכתבו איזה קשר היא מבטאת.</w:t>
      </w:r>
    </w:p>
    <w:p>
      <w:pPr>
        <w:bidi/>
        <w:spacing w:before="0" w:after="100"/>
        <w:jc w:val="both"/>
      </w:pPr>
      <w:r>
        <w:rPr>
          <w:rtl/>
        </w:rPr>
        <w:t>א. נגה אוהבת לשיר וגם לרקוד.  ← וגם – הוספה</w:t>
      </w:r>
    </w:p>
    <w:p>
      <w:pPr>
        <w:bidi/>
        <w:spacing w:before="0" w:after="100"/>
        <w:jc w:val="both"/>
      </w:pPr>
      <w:r>
        <w:rPr>
          <w:rtl/>
        </w:rPr>
        <w:t>ב. הכלב היה רעב, לכן נבח.  ← לכן – תוצאה</w:t>
      </w:r>
    </w:p>
    <w:p>
      <w:pPr>
        <w:bidi/>
        <w:spacing w:before="0" w:after="100"/>
        <w:jc w:val="both"/>
      </w:pPr>
      <w:r>
        <w:rPr>
          <w:rtl/>
        </w:rPr>
        <w:t>ג. יצאנו מוקדם כי רצינו להגיע ראשונים.  ← כי – סיבה</w:t>
      </w:r>
    </w:p>
    <w:p>
      <w:pPr>
        <w:bidi/>
        <w:spacing w:before="0" w:after="100"/>
        <w:jc w:val="both"/>
      </w:pPr>
      <w:r>
        <w:rPr>
          <w:rtl/>
        </w:rPr>
        <w:t>ד. השמש זרחה, אולם היה קר.  ← אולם – ניגוד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«אך» ו«אבל» מבטאות את אותו קשר. – נכון</w:t>
      </w:r>
    </w:p>
    <w:p>
      <w:pPr>
        <w:bidi/>
        <w:spacing w:before="0" w:after="40"/>
        <w:jc w:val="both"/>
      </w:pPr>
      <w:r>
        <w:rPr>
          <w:rtl/>
        </w:rPr>
        <w:t>ב. במשפט «נשארתי בבית כי הייתי חולה» המילה «כי» מציגה את התוצאה. – לא נכון – «כי» מציגה את הסיבה: הייתי חולה</w:t>
      </w:r>
    </w:p>
    <w:p>
      <w:pPr>
        <w:bidi/>
        <w:spacing w:before="0" w:after="40"/>
        <w:jc w:val="both"/>
      </w:pPr>
      <w:r>
        <w:rPr>
          <w:rtl/>
        </w:rPr>
        <w:t>ג. «או» מציגה אפשרות לבחור בין שני דברים. – נכון</w:t>
      </w:r>
    </w:p>
    <w:p>
      <w:pPr>
        <w:bidi/>
        <w:spacing w:before="0" w:after="40"/>
        <w:jc w:val="both"/>
      </w:pPr>
      <w:r>
        <w:rPr>
          <w:rtl/>
        </w:rPr>
        <w:t>ד. במשפט «עייפתי, לכן הלכתי לישון» אפשר לכתוב «כי» במקום «לכן» והמשמעות לא תשתנה. – לא נכון – המשמעות תשתנה; עם «כי» צריך לכתוב: «הלכתי לישון כי עייפתי»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חברו כל זוג משפטים למשפט אחד בעזרת מילת הקישור שבסוגריים. (1) «הכדור נפל לשלולית.» «הוא התלכלך.» (לכן) (2) «הגלידה טעימה.» «היא קרה מדי בשבילי.» (אבל)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(1) הכדור נפל לשלולית, לכן הוא התלכלך. (2) הגלידה טעימה, אבל היא קרה מדי בשבילי.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