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סימני פיסוק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שישה סימני פיסוק, ומתי משתמשים בכל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הסימנים ומתי כותבים אותם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נקודה 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משפט שמוסר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היום יום ראשון.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שאלה 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נצא?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קריאה 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התרגשות, הפתעה, בקשה חזקה או ציווי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היזהרו!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פסיק ,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בין פריטים ברשימה ובין חלקי משפט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קנינו לחם, חלב וגבינה.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נקודתיים 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לפני רשימה או לפני דברים שמישהו אמר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אימא אמרה: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מירכאות " "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סביב המילים המדויקות שנאמרו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"הארוחה מוכנה."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שני כללים חשובים</w:t>
      </w:r>
    </w:p>
    <w:p>
      <w:pPr>
        <w:bidi/>
        <w:spacing w:before="0" w:after="20"/>
        <w:jc w:val="both"/>
      </w:pPr>
      <w:r>
        <w:rPr>
          <w:rtl/>
        </w:rPr>
        <w:t>1. ברשימה רגילה בדרך כלל לא שמים פסיק לפני ה־ו האחרונה: תפוח, בננה ואגס.</w:t>
      </w:r>
    </w:p>
    <w:p>
      <w:pPr>
        <w:bidi/>
        <w:spacing w:before="0" w:after="20"/>
        <w:jc w:val="both"/>
      </w:pPr>
      <w:r>
        <w:rPr>
          <w:rtl/>
        </w:rPr>
        <w:t>2. כשמצטטים: נקודתיים, ואחריהם המילים בתוך מירכאות.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ברשימה רגילה בדרך כלל לא שמים פסיק לפני «ו» האחרונה: תפוח, בננה ואגס.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איזו הפתעה נהדרת___</w:t>
      </w:r>
    </w:p>
    <w:p>
      <w:pPr>
        <w:bidi/>
        <w:spacing w:before="0" w:after="20"/>
        <w:jc w:val="both"/>
      </w:pPr>
      <w:r>
        <w:rPr>
          <w:rtl/>
        </w:rPr>
        <w:t>1. קוראים בקול: יש במשפט התרגשות.</w:t>
      </w:r>
    </w:p>
    <w:p>
      <w:pPr>
        <w:bidi/>
        <w:spacing w:before="0" w:after="20"/>
        <w:jc w:val="both"/>
      </w:pPr>
      <w:r>
        <w:rPr>
          <w:rtl/>
        </w:rPr>
        <w:t>2. זו לא שאלה – לכן סימן קריאה.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!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כתבו את סימן הפיסוק החסר (. / ? / ! / , / :):</w:t>
      </w:r>
    </w:p>
    <w:p>
      <w:pPr>
        <w:bidi/>
        <w:spacing w:before="0" w:after="60"/>
        <w:jc w:val="both"/>
      </w:pPr>
      <w:r>
        <w:rPr>
          <w:rtl/>
        </w:rPr>
        <w:t>א. איפה התיק שלי__________</w:t>
      </w:r>
    </w:p>
    <w:p>
      <w:pPr>
        <w:bidi/>
        <w:spacing w:before="0" w:after="60"/>
        <w:jc w:val="both"/>
      </w:pPr>
      <w:r>
        <w:rPr>
          <w:rtl/>
        </w:rPr>
        <w:t>ב. קניתי עפרונות__________ מחקים ומחברות.</w:t>
      </w:r>
    </w:p>
    <w:p>
      <w:pPr>
        <w:bidi/>
        <w:spacing w:before="0" w:after="60"/>
        <w:jc w:val="both"/>
      </w:pPr>
      <w:r>
        <w:rPr>
          <w:rtl/>
        </w:rPr>
        <w:t>ג. המורה אמרה__________ "שבו בבקשה."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? · ב. , · ג. :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