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לשון · כיתה ד'   |   דף עבודה</w:t>
      </w:r>
    </w:p>
    <w:p>
      <w:pPr>
        <w:bidi/>
        <w:spacing w:before="0" w:after="200"/>
        <w:jc w:val="both"/>
      </w:pPr>
      <w:r>
        <w:rPr>
          <w:rFonts w:ascii="Arial" w:hAnsi="Arial" w:cs="Arial"/>
          <w:sz w:val="22"/>
          <w:szCs w:val="22"/>
          <w:rtl/>
        </w:rPr>
        <w:t>שם פרטי: ________________   שם משפחה: ________________   כיתה: ______</w:t>
      </w:r>
    </w:p>
    <w:p>
      <w:pPr>
        <w:bidi/>
        <w:spacing w:before="0" w:after="120"/>
        <w:jc w:val="both"/>
      </w:pPr>
      <w:r>
        <w:rPr>
          <w:rFonts w:ascii="Tahoma" w:hAnsi="Tahoma" w:cs="Tahoma"/>
          <w:b/>
          <w:bCs/>
          <w:color w:val="0F766E"/>
          <w:sz w:val="44"/>
          <w:szCs w:val="44"/>
          <w:rtl/>
        </w:rPr>
        <w:t>סימני פיסוק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השלימו את סימן הפיסוק החסר בסוף כל משפט.</w:t>
      </w:r>
    </w:p>
    <w:p>
      <w:pPr>
        <w:bidi/>
        <w:spacing w:before="0" w:after="60"/>
        <w:jc w:val="both"/>
      </w:pPr>
      <w:r>
        <w:rPr>
          <w:rtl/>
        </w:rPr>
        <w:t>א. כמה שעות יש ביממה__________</w:t>
      </w:r>
    </w:p>
    <w:p>
      <w:pPr>
        <w:bidi/>
        <w:spacing w:before="0" w:after="60"/>
        <w:jc w:val="both"/>
      </w:pPr>
      <w:r>
        <w:rPr>
          <w:rtl/>
        </w:rPr>
        <w:t>ב. איזה גול נהדר__________</w:t>
      </w:r>
    </w:p>
    <w:p>
      <w:pPr>
        <w:bidi/>
        <w:spacing w:before="0" w:after="60"/>
        <w:jc w:val="both"/>
      </w:pPr>
      <w:r>
        <w:rPr>
          <w:rtl/>
        </w:rPr>
        <w:t>ג. מחר נלמד על בעלי חיים__________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העתיקו את המשפטים והוסיפו פסיקים במקום הנכון.</w:t>
      </w:r>
    </w:p>
    <w:p>
      <w:pPr>
        <w:bidi/>
        <w:spacing w:before="0" w:after="100"/>
        <w:jc w:val="both"/>
      </w:pPr>
      <w:r>
        <w:rPr>
          <w:rtl/>
        </w:rPr>
        <w:t>א. בתיק שלי יש ספר מחברת קלמר וכריך.</w:t>
      </w:r>
    </w:p>
    <w:p>
      <w:pPr>
        <w:bidi/>
        <w:spacing w:before="0" w:after="100"/>
        <w:jc w:val="both"/>
      </w:pPr>
      <w:r>
        <w:rPr>
          <w:rtl/>
        </w:rPr>
        <w:t>ב. בגינה גדלים ורדים חמניות ונרקיסים.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כתבו את המשפט מחדש עם נקודתיים ומירכאות: יואב שאל את אחותו האם את רוצה לשחק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איזה סימן מתאים?</w:t>
      </w:r>
    </w:p>
    <w:p>
      <w:pPr>
        <w:bidi/>
        <w:spacing w:before="0" w:after="20"/>
        <w:jc w:val="both"/>
      </w:pPr>
      <w:r>
        <w:rPr>
          <w:rtl/>
        </w:rPr>
        <w:t>א. «זהירות, הכביש רטוב___»</w:t>
      </w:r>
    </w:p>
    <w:p>
      <w:pPr>
        <w:bidi/>
        <w:spacing w:before="0" w:after="80"/>
        <w:jc w:val="both"/>
      </w:pPr>
      <w:r>
        <w:rPr>
          <w:rtl/>
        </w:rPr>
        <w:t xml:space="preserve">   ○ .      ○ ?      ○ !</w:t>
      </w:r>
    </w:p>
    <w:p>
      <w:pPr>
        <w:bidi/>
        <w:spacing w:before="0" w:after="20"/>
        <w:jc w:val="both"/>
      </w:pPr>
      <w:r>
        <w:rPr>
          <w:rtl/>
        </w:rPr>
        <w:t>ב. «באיזו כיתה את לומדת___»</w:t>
      </w:r>
    </w:p>
    <w:p>
      <w:pPr>
        <w:bidi/>
        <w:spacing w:before="0" w:after="80"/>
        <w:jc w:val="both"/>
      </w:pPr>
      <w:r>
        <w:rPr>
          <w:rtl/>
        </w:rPr>
        <w:t xml:space="preserve">   ○ .      ○ ?      ○ !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5. קראו על הטיול והשלימו את סימן הפיסוק החסר: נקודה, פסיק, נקודתיים, סימן שאלה או סימן קריאה.</w:t>
      </w:r>
    </w:p>
    <w:p>
      <w:pPr>
        <w:bidi/>
        <w:spacing w:before="0" w:after="60"/>
        <w:jc w:val="both"/>
      </w:pPr>
      <w:r>
        <w:rPr>
          <w:rtl/>
        </w:rPr>
        <w:t>א. לטיול צריך להביא שלושה דברים__________ כובע, מים וכריך.</w:t>
      </w:r>
    </w:p>
    <w:p>
      <w:pPr>
        <w:bidi/>
        <w:spacing w:before="0" w:after="60"/>
        <w:jc w:val="both"/>
      </w:pPr>
      <w:r>
        <w:rPr>
          <w:rtl/>
        </w:rPr>
        <w:t>ב. איזה נוף מדהים__________</w:t>
      </w:r>
    </w:p>
    <w:p>
      <w:pPr>
        <w:bidi/>
        <w:spacing w:before="0" w:after="60"/>
        <w:jc w:val="both"/>
      </w:pPr>
      <w:r>
        <w:rPr>
          <w:rtl/>
        </w:rPr>
        <w:t>ג. המדריך שאל__________ «מי רוצה להוביל את הקבוצה?»</w:t>
      </w:r>
    </w:p>
    <w:p>
      <w:pPr>
        <w:bidi/>
        <w:spacing w:before="0" w:after="60"/>
        <w:jc w:val="both"/>
      </w:pPr>
      <w:r>
        <w:rPr>
          <w:rtl/>
        </w:rPr>
        <w:t>ד. כמה זמן נשאר עד הפסגה__________</w:t>
      </w:r>
    </w:p>
    <w:p>
      <w:pPr>
        <w:bidi/>
        <w:spacing w:before="0" w:after="60"/>
        <w:jc w:val="both"/>
      </w:pPr>
      <w:r>
        <w:rPr>
          <w:rtl/>
        </w:rPr>
        <w:t>ה. בתרמיל היו תפוחים__________ בננות ואגסים.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6. באיזה משפט הפיסוק נכון?</w:t>
      </w:r>
    </w:p>
    <w:p>
      <w:pPr>
        <w:bidi/>
        <w:spacing w:before="0" w:after="20"/>
        <w:jc w:val="both"/>
      </w:pPr>
      <w:r>
        <w:rPr>
          <w:rtl/>
        </w:rPr>
        <w:t xml:space="preserve">א. </w:t>
      </w:r>
    </w:p>
    <w:p>
      <w:pPr>
        <w:bidi/>
        <w:spacing w:before="0" w:after="80"/>
        <w:jc w:val="both"/>
      </w:pPr>
      <w:r>
        <w:rPr>
          <w:rtl/>
        </w:rPr>
        <w:t xml:space="preserve">   ○ קניתי עגבניות, מלפפונים, ובצל.      ○ קניתי עגבניות, מלפפונים ובצל.      ○ קניתי, עגבניות מלפפונים ובצל.</w:t>
      </w:r>
    </w:p>
    <w:p>
      <w:pPr>
        <w:bidi/>
        <w:spacing w:before="0" w:after="20"/>
        <w:jc w:val="both"/>
      </w:pPr>
      <w:r>
        <w:rPr>
          <w:rtl/>
        </w:rPr>
        <w:t xml:space="preserve">ב. </w:t>
      </w:r>
    </w:p>
    <w:p>
      <w:pPr>
        <w:bidi/>
        <w:spacing w:before="0" w:after="80"/>
        <w:jc w:val="both"/>
      </w:pPr>
      <w:r>
        <w:rPr>
          <w:rtl/>
        </w:rPr>
        <w:t xml:space="preserve">   ○ אבא אמר: «הגיע הזמן לישון.»      ○ אבא אמר «הגיע הזמן: לישון».      ○ אבא, אמר הגיע הזמן לישון.</w:t>
      </w:r>
    </w:p>
    <w:p>
      <w:pPr>
        <w:bidi/>
        <w:spacing w:before="0" w:after="20"/>
        <w:jc w:val="both"/>
      </w:pPr>
      <w:r>
        <w:rPr>
          <w:rtl/>
        </w:rPr>
        <w:t xml:space="preserve">ג. </w:t>
      </w:r>
    </w:p>
    <w:p>
      <w:pPr>
        <w:bidi/>
        <w:spacing w:before="0" w:after="80"/>
        <w:jc w:val="both"/>
      </w:pPr>
      <w:r>
        <w:rPr>
          <w:rtl/>
        </w:rPr>
        <w:t xml:space="preserve">   ○ מתי יוצא האוטובוס?      ○ מתי יוצא האוטובוס.      ○ מתי, יוצא האוטובוס!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7. העתיקו את הדו־שיח והוסיפו נקודתיים, מירכאות וסימני סוף משפט: נגה שאלה את סבא מה היה המשחק האהוב עליך כשהיית ילד סבא צחק ואמר מחבואים כמובן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8. נכון או לא נכון?</w:t>
      </w:r>
    </w:p>
    <w:p>
      <w:pPr>
        <w:bidi/>
        <w:spacing w:before="0" w:after="60"/>
        <w:jc w:val="both"/>
      </w:pPr>
      <w:r>
        <w:rPr>
          <w:rtl/>
        </w:rPr>
        <w:t>א. לפני דברים שמישהו אמר שמים נקודתיים, ואת דבריו מקיפים במירכאות.      נכון / לא נכון</w:t>
      </w:r>
    </w:p>
    <w:p>
      <w:pPr>
        <w:bidi/>
        <w:spacing w:before="0" w:after="60"/>
        <w:jc w:val="both"/>
      </w:pPr>
      <w:r>
        <w:rPr>
          <w:rtl/>
        </w:rPr>
        <w:t>ב. סימן שאלה בא גם בסוף משפט שמוסר מידע.      נכון / לא נכון</w:t>
      </w:r>
    </w:p>
    <w:p>
      <w:pPr>
        <w:bidi/>
        <w:spacing w:before="0" w:after="60"/>
        <w:jc w:val="both"/>
      </w:pPr>
      <w:r>
        <w:rPr>
          <w:rtl/>
        </w:rPr>
        <w:t>ג. פסיק מסמן הפסקה קצרה בקריאה.      נכון / לא נכון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9. התאימו לכל סימן בטור א משפט שמדגים אותו בטור ב.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א</w:t>
            </w:r>
          </w:p>
        </w:tc>
        <w:tc>
          <w:tcPr>
            <w:tcW w:type="dxa" w:w="4989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1. סימן שאלה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כמה יפה הזריחה!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2. סימן קריאה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האם ראית את המפתחות?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3. נקודה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קניתי תפוחים, בננות ואגסים.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4. פסיק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המורה אמרה: "שבו בשקט."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5. נקודתיים ומירכאות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הספרייה נפתחת בשמונה.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10. השלימו את הסימן החסר: פסיק ( , ) או נקודתיים ( : ).</w:t>
      </w:r>
    </w:p>
    <w:p>
      <w:pPr>
        <w:bidi/>
        <w:spacing w:before="0" w:after="60"/>
        <w:jc w:val="both"/>
      </w:pPr>
      <w:r>
        <w:rPr>
          <w:rtl/>
        </w:rPr>
        <w:t>א. בתיק יש ספר__________ קלמר ומחברת.</w:t>
      </w:r>
    </w:p>
    <w:p>
      <w:pPr>
        <w:bidi/>
        <w:spacing w:before="0" w:after="60"/>
        <w:jc w:val="both"/>
      </w:pPr>
      <w:r>
        <w:rPr>
          <w:rtl/>
        </w:rPr>
        <w:t>ב. לטיול צריך להביא__________ כובע, מים וכריך.</w:t>
      </w:r>
    </w:p>
    <w:p>
      <w:pPr>
        <w:bidi/>
        <w:spacing w:before="0" w:after="60"/>
        <w:jc w:val="both"/>
      </w:pPr>
      <w:r>
        <w:rPr>
          <w:rtl/>
        </w:rPr>
        <w:t>ג. ביקרנו בחיפה__________ בעכו ובצפת.</w:t>
      </w:r>
    </w:p>
    <w:p>
      <w:pPr>
        <w:bidi/>
        <w:spacing w:before="0" w:after="60"/>
        <w:jc w:val="both"/>
      </w:pPr>
      <w:r>
        <w:rPr>
          <w:rtl/>
        </w:rPr>
        <w:t>ד. דני אמר__________ "אני מוכן."</w:t>
      </w:r>
    </w:p>
    <w:p>
      <w:pPr>
        <w:bidi/>
        <w:spacing w:before="0" w:after="60"/>
        <w:jc w:val="both"/>
      </w:pPr>
      <w:r>
        <w:rPr>
          <w:rtl/>
        </w:rPr>
        <w:t>ה. בגינה גדלים ורדים__________ חמניות וחבצלות.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11. העתיקו כל משפט והוסיפו בסופו את הסימן המתאים: נקודה, סימן שאלה או סימן קריאה.</w:t>
      </w:r>
    </w:p>
    <w:p>
      <w:pPr>
        <w:bidi/>
        <w:spacing w:before="0" w:after="100"/>
        <w:jc w:val="both"/>
      </w:pPr>
      <w:r>
        <w:rPr>
          <w:rtl/>
        </w:rPr>
        <w:t>א. איפה שמת את המטרייה</w:t>
      </w:r>
    </w:p>
    <w:p>
      <w:pPr>
        <w:bidi/>
        <w:spacing w:before="0" w:after="100"/>
        <w:jc w:val="both"/>
      </w:pPr>
      <w:r>
        <w:rPr>
          <w:rtl/>
        </w:rPr>
        <w:t>ב. איזה כיף, יש חופש</w:t>
      </w:r>
    </w:p>
    <w:p>
      <w:pPr>
        <w:bidi/>
        <w:spacing w:before="0" w:after="100"/>
        <w:jc w:val="both"/>
      </w:pPr>
      <w:r>
        <w:rPr>
          <w:rtl/>
        </w:rPr>
        <w:t>ג. הרכבת יוצאת בשעה שש</w:t>
      </w:r>
    </w:p>
    <w:p>
      <w:pPr>
        <w:bidi/>
        <w:spacing w:before="0" w:after="100"/>
        <w:jc w:val="both"/>
      </w:pPr>
      <w:r>
        <w:rPr>
          <w:rtl/>
        </w:rPr>
        <w:t>ד. מי רוצה עוד פרוסה</w:t>
      </w:r>
    </w:p>
    <w:p>
      <w:pPr>
        <w:bidi/>
        <w:spacing w:before="0" w:after="100"/>
        <w:jc w:val="both"/>
      </w:pPr>
      <w:r>
        <w:rPr>
          <w:rtl/>
        </w:rPr>
        <w:t>ה. היזהרו מהכלב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12. נכון או לא נכון? תקנו את המשפטים הלא נכונים.</w:t>
      </w:r>
    </w:p>
    <w:p>
      <w:pPr>
        <w:bidi/>
        <w:spacing w:before="0" w:after="60"/>
        <w:jc w:val="both"/>
      </w:pPr>
      <w:r>
        <w:rPr>
          <w:rtl/>
        </w:rPr>
        <w:t>א. בסוף משפט שמוסר מידע שמים סימן שאלה.      נכון / לא נכון</w:t>
      </w:r>
    </w:p>
    <w:p>
      <w:pPr>
        <w:bidi/>
        <w:spacing w:before="0" w:after="60"/>
        <w:jc w:val="both"/>
      </w:pPr>
      <w:r>
        <w:rPr>
          <w:rtl/>
        </w:rPr>
        <w:t>ב. מירכאות מקיפות את המילים המדויקות שמישהו אמר.      נכון / לא נכון</w:t>
      </w:r>
    </w:p>
    <w:p>
      <w:pPr>
        <w:bidi/>
        <w:spacing w:before="0" w:after="60"/>
        <w:jc w:val="both"/>
      </w:pPr>
      <w:r>
        <w:rPr>
          <w:rtl/>
        </w:rPr>
        <w:t>ג. במשפט «קנינו ענבים, תאנים, ורימונים» הפיסוק נכון.      נכון / לא נכון</w:t>
      </w:r>
    </w:p>
    <w:p>
      <w:pPr>
        <w:bidi/>
        <w:spacing w:before="0" w:after="60"/>
        <w:jc w:val="both"/>
      </w:pPr>
      <w:r>
        <w:rPr>
          <w:rtl/>
        </w:rPr>
        <w:t>ד. במשפט «שקט!» סימן הקריאה מתאים, כי זו בקשה חזקה.      נכון / לא נכון</w:t>
      </w:r>
    </w:p>
    <w:p>
      <w:pPr>
        <w:bidi/>
        <w:spacing w:before="0" w:after="80"/>
        <w:jc w:val="both"/>
      </w:pPr>
      <w:r>
        <w:br w:type="page"/>
      </w:r>
    </w:p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לשון · כיתה ד'   |   דף עבודה – תשובות</w:t>
      </w:r>
    </w:p>
    <w:p>
      <w:pPr>
        <w:bidi/>
        <w:spacing w:before="0" w:after="120"/>
        <w:jc w:val="both"/>
      </w:pPr>
      <w:r>
        <w:rPr>
          <w:rFonts w:ascii="Tahoma" w:hAnsi="Tahoma" w:cs="Tahoma"/>
          <w:b/>
          <w:bCs/>
          <w:color w:val="0F7A4F"/>
          <w:sz w:val="36"/>
          <w:szCs w:val="36"/>
          <w:rtl/>
        </w:rPr>
        <w:t>תשובות – סימני פיסוק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השלימו את סימן הפיסוק החסר בסוף כל משפט.</w:t>
      </w:r>
    </w:p>
    <w:p>
      <w:pPr>
        <w:bidi/>
        <w:spacing w:before="0" w:after="40"/>
        <w:jc w:val="both"/>
      </w:pPr>
      <w:r>
        <w:rPr>
          <w:rtl/>
        </w:rPr>
        <w:t>א. כמה שעות יש ביממה?</w:t>
      </w:r>
    </w:p>
    <w:p>
      <w:pPr>
        <w:bidi/>
        <w:spacing w:before="0" w:after="40"/>
        <w:jc w:val="both"/>
      </w:pPr>
      <w:r>
        <w:rPr>
          <w:rtl/>
        </w:rPr>
        <w:t>ב. איזה גול נהדר!</w:t>
      </w:r>
    </w:p>
    <w:p>
      <w:pPr>
        <w:bidi/>
        <w:spacing w:before="0" w:after="40"/>
        <w:jc w:val="both"/>
      </w:pPr>
      <w:r>
        <w:rPr>
          <w:rtl/>
        </w:rPr>
        <w:t>ג. מחר נלמד על בעלי חיים.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העתיקו את המשפטים והוסיפו פסיקים במקום הנכון.</w:t>
      </w:r>
    </w:p>
    <w:p>
      <w:pPr>
        <w:bidi/>
        <w:spacing w:before="0" w:after="100"/>
        <w:jc w:val="both"/>
      </w:pPr>
      <w:r>
        <w:rPr>
          <w:rtl/>
        </w:rPr>
        <w:t>א. בתיק שלי יש ספר מחברת קלמר וכריך.  ← ספר, מחברת, קלמר וכריך</w:t>
      </w:r>
    </w:p>
    <w:p>
      <w:pPr>
        <w:bidi/>
        <w:spacing w:before="0" w:after="100"/>
        <w:jc w:val="both"/>
      </w:pPr>
      <w:r>
        <w:rPr>
          <w:rtl/>
        </w:rPr>
        <w:t>ב. בגינה גדלים ורדים חמניות ונרקיסים.  ← ורדים, חמניות ונרקיסים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כתבו את המשפט מחדש עם נקודתיים ומירכאות: יואב שאל את אחותו האם את רוצה לשחק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יואב שאל את אחותו: "האם את רוצה לשחק?"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איזה סימן מתאים?</w:t>
      </w:r>
    </w:p>
    <w:p>
      <w:pPr>
        <w:bidi/>
        <w:spacing w:before="0" w:after="20"/>
        <w:jc w:val="both"/>
      </w:pPr>
      <w:r>
        <w:rPr>
          <w:rtl/>
        </w:rPr>
        <w:t>א. «זהירות, הכביש רטוב___»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!</w:t>
      </w:r>
    </w:p>
    <w:p>
      <w:pPr>
        <w:bidi/>
        <w:spacing w:before="0" w:after="20"/>
        <w:jc w:val="both"/>
      </w:pPr>
      <w:r>
        <w:rPr>
          <w:rtl/>
        </w:rPr>
        <w:t>ב. «באיזו כיתה את לומדת___»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?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5. קראו על הטיול והשלימו את סימן הפיסוק החסר: נקודה, פסיק, נקודתיים, סימן שאלה או סימן קריאה.</w:t>
      </w:r>
    </w:p>
    <w:p>
      <w:pPr>
        <w:bidi/>
        <w:spacing w:before="0" w:after="40"/>
        <w:jc w:val="both"/>
      </w:pPr>
      <w:r>
        <w:rPr>
          <w:rtl/>
        </w:rPr>
        <w:t>א. לטיול צריך להביא שלושה דברים: כובע, מים וכריך.</w:t>
      </w:r>
    </w:p>
    <w:p>
      <w:pPr>
        <w:bidi/>
        <w:spacing w:before="0" w:after="40"/>
        <w:jc w:val="both"/>
      </w:pPr>
      <w:r>
        <w:rPr>
          <w:rtl/>
        </w:rPr>
        <w:t>ב. איזה נוף מדהים!</w:t>
      </w:r>
    </w:p>
    <w:p>
      <w:pPr>
        <w:bidi/>
        <w:spacing w:before="0" w:after="40"/>
        <w:jc w:val="both"/>
      </w:pPr>
      <w:r>
        <w:rPr>
          <w:rtl/>
        </w:rPr>
        <w:t>ג. המדריך שאל: «מי רוצה להוביל את הקבוצה?»</w:t>
      </w:r>
    </w:p>
    <w:p>
      <w:pPr>
        <w:bidi/>
        <w:spacing w:before="0" w:after="40"/>
        <w:jc w:val="both"/>
      </w:pPr>
      <w:r>
        <w:rPr>
          <w:rtl/>
        </w:rPr>
        <w:t>ד. כמה זמן נשאר עד הפסגה?</w:t>
      </w:r>
    </w:p>
    <w:p>
      <w:pPr>
        <w:bidi/>
        <w:spacing w:before="0" w:after="40"/>
        <w:jc w:val="both"/>
      </w:pPr>
      <w:r>
        <w:rPr>
          <w:rtl/>
        </w:rPr>
        <w:t>ה. בתרמיל היו תפוחים, בננות ואגסים.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6. באיזה משפט הפיסוק נכון?</w:t>
      </w:r>
    </w:p>
    <w:p>
      <w:pPr>
        <w:bidi/>
        <w:spacing w:before="0" w:after="20"/>
        <w:jc w:val="both"/>
      </w:pPr>
      <w:r>
        <w:rPr>
          <w:rtl/>
        </w:rPr>
        <w:t xml:space="preserve">א. 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קניתי עגבניות, מלפפונים ובצל.</w:t>
      </w:r>
    </w:p>
    <w:p>
      <w:pPr>
        <w:bidi/>
        <w:spacing w:before="0" w:after="20"/>
        <w:jc w:val="both"/>
      </w:pPr>
      <w:r>
        <w:rPr>
          <w:rtl/>
        </w:rPr>
        <w:t xml:space="preserve">ב. 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אבא אמר: «הגיע הזמן לישון.»</w:t>
      </w:r>
    </w:p>
    <w:p>
      <w:pPr>
        <w:bidi/>
        <w:spacing w:before="0" w:after="20"/>
        <w:jc w:val="both"/>
      </w:pPr>
      <w:r>
        <w:rPr>
          <w:rtl/>
        </w:rPr>
        <w:t xml:space="preserve">ג. 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מתי יוצא האוטובוס?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7. העתיקו את הדו־שיח והוסיפו נקודתיים, מירכאות וסימני סוף משפט: נגה שאלה את סבא מה היה המשחק האהוב עליך כשהיית ילד סבא צחק ואמר מחבואים כמובן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נגה שאלה את סבא: «מה היה המשחק האהוב עליך כשהיית ילד?» סבא צחק ואמר: «מחבואים, כמובן!»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8. נכון או לא נכון?</w:t>
      </w:r>
    </w:p>
    <w:p>
      <w:pPr>
        <w:bidi/>
        <w:spacing w:before="0" w:after="40"/>
        <w:jc w:val="both"/>
      </w:pPr>
      <w:r>
        <w:rPr>
          <w:rtl/>
        </w:rPr>
        <w:t>א. לפני דברים שמישהו אמר שמים נקודתיים, ואת דבריו מקיפים במירכאות. – נכון</w:t>
      </w:r>
    </w:p>
    <w:p>
      <w:pPr>
        <w:bidi/>
        <w:spacing w:before="0" w:after="40"/>
        <w:jc w:val="both"/>
      </w:pPr>
      <w:r>
        <w:rPr>
          <w:rtl/>
        </w:rPr>
        <w:t>ב. סימן שאלה בא גם בסוף משפט שמוסר מידע. – לא נכון – סימן שאלה בא רק בסוף שאלה</w:t>
      </w:r>
    </w:p>
    <w:p>
      <w:pPr>
        <w:bidi/>
        <w:spacing w:before="0" w:after="40"/>
        <w:jc w:val="both"/>
      </w:pPr>
      <w:r>
        <w:rPr>
          <w:rtl/>
        </w:rPr>
        <w:t>ג. פסיק מסמן הפסקה קצרה בקריאה. – נכון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9. התאימו לכל סימן בטור א משפט שמדגים אותו בטור ב.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א</w:t>
            </w:r>
          </w:p>
        </w:tc>
        <w:tc>
          <w:tcPr>
            <w:tcW w:type="dxa" w:w="4989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1. סימן שאלה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[2] כמה יפה הזריחה!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2. סימן קריאה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[1] האם ראית את המפתחות?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3. נקודה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[4] קניתי תפוחים, בננות ואגסים.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4. פסיק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[5] המורה אמרה: "שבו בשקט."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5. נקודתיים ומירכאות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[3] הספרייה נפתחת בשמונה.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10. השלימו את הסימן החסר: פסיק ( , ) או נקודתיים ( : ).</w:t>
      </w:r>
    </w:p>
    <w:p>
      <w:pPr>
        <w:bidi/>
        <w:spacing w:before="0" w:after="40"/>
        <w:jc w:val="both"/>
      </w:pPr>
      <w:r>
        <w:rPr>
          <w:rtl/>
        </w:rPr>
        <w:t>א. בתיק יש ספר, קלמר ומחברת.</w:t>
      </w:r>
    </w:p>
    <w:p>
      <w:pPr>
        <w:bidi/>
        <w:spacing w:before="0" w:after="40"/>
        <w:jc w:val="both"/>
      </w:pPr>
      <w:r>
        <w:rPr>
          <w:rtl/>
        </w:rPr>
        <w:t>ב. לטיול צריך להביא: כובע, מים וכריך.</w:t>
      </w:r>
    </w:p>
    <w:p>
      <w:pPr>
        <w:bidi/>
        <w:spacing w:before="0" w:after="40"/>
        <w:jc w:val="both"/>
      </w:pPr>
      <w:r>
        <w:rPr>
          <w:rtl/>
        </w:rPr>
        <w:t>ג. ביקרנו בחיפה, בעכו ובצפת.</w:t>
      </w:r>
    </w:p>
    <w:p>
      <w:pPr>
        <w:bidi/>
        <w:spacing w:before="0" w:after="40"/>
        <w:jc w:val="both"/>
      </w:pPr>
      <w:r>
        <w:rPr>
          <w:rtl/>
        </w:rPr>
        <w:t>ד. דני אמר: "אני מוכן."</w:t>
      </w:r>
    </w:p>
    <w:p>
      <w:pPr>
        <w:bidi/>
        <w:spacing w:before="0" w:after="40"/>
        <w:jc w:val="both"/>
      </w:pPr>
      <w:r>
        <w:rPr>
          <w:rtl/>
        </w:rPr>
        <w:t>ה. בגינה גדלים ורדים, חמניות וחבצלות.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11. העתיקו כל משפט והוסיפו בסופו את הסימן המתאים: נקודה, סימן שאלה או סימן קריאה.</w:t>
      </w:r>
    </w:p>
    <w:p>
      <w:pPr>
        <w:bidi/>
        <w:spacing w:before="0" w:after="100"/>
        <w:jc w:val="both"/>
      </w:pPr>
      <w:r>
        <w:rPr>
          <w:rtl/>
        </w:rPr>
        <w:t>א. איפה שמת את המטרייה  ← איפה שמת את המטרייה?</w:t>
      </w:r>
    </w:p>
    <w:p>
      <w:pPr>
        <w:bidi/>
        <w:spacing w:before="0" w:after="100"/>
        <w:jc w:val="both"/>
      </w:pPr>
      <w:r>
        <w:rPr>
          <w:rtl/>
        </w:rPr>
        <w:t>ב. איזה כיף, יש חופש  ← איזה כיף, יש חופש!</w:t>
      </w:r>
    </w:p>
    <w:p>
      <w:pPr>
        <w:bidi/>
        <w:spacing w:before="0" w:after="100"/>
        <w:jc w:val="both"/>
      </w:pPr>
      <w:r>
        <w:rPr>
          <w:rtl/>
        </w:rPr>
        <w:t>ג. הרכבת יוצאת בשעה שש  ← הרכבת יוצאת בשעה שש.</w:t>
      </w:r>
    </w:p>
    <w:p>
      <w:pPr>
        <w:bidi/>
        <w:spacing w:before="0" w:after="100"/>
        <w:jc w:val="both"/>
      </w:pPr>
      <w:r>
        <w:rPr>
          <w:rtl/>
        </w:rPr>
        <w:t>ד. מי רוצה עוד פרוסה  ← מי רוצה עוד פרוסה?</w:t>
      </w:r>
    </w:p>
    <w:p>
      <w:pPr>
        <w:bidi/>
        <w:spacing w:before="0" w:after="100"/>
        <w:jc w:val="both"/>
      </w:pPr>
      <w:r>
        <w:rPr>
          <w:rtl/>
        </w:rPr>
        <w:t>ה. היזהרו מהכלב  ← היזהרו מהכלב!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12. נכון או לא נכון? תקנו את המשפטים הלא נכונים.</w:t>
      </w:r>
    </w:p>
    <w:p>
      <w:pPr>
        <w:bidi/>
        <w:spacing w:before="0" w:after="40"/>
        <w:jc w:val="both"/>
      </w:pPr>
      <w:r>
        <w:rPr>
          <w:rtl/>
        </w:rPr>
        <w:t>א. בסוף משפט שמוסר מידע שמים סימן שאלה. – לא נכון – בסוף משפט שמוסר מידע שמים נקודה</w:t>
      </w:r>
    </w:p>
    <w:p>
      <w:pPr>
        <w:bidi/>
        <w:spacing w:before="0" w:after="40"/>
        <w:jc w:val="both"/>
      </w:pPr>
      <w:r>
        <w:rPr>
          <w:rtl/>
        </w:rPr>
        <w:t>ב. מירכאות מקיפות את המילים המדויקות שמישהו אמר. – נכון</w:t>
      </w:r>
    </w:p>
    <w:p>
      <w:pPr>
        <w:bidi/>
        <w:spacing w:before="0" w:after="40"/>
        <w:jc w:val="both"/>
      </w:pPr>
      <w:r>
        <w:rPr>
          <w:rtl/>
        </w:rPr>
        <w:t>ג. במשפט «קנינו ענבים, תאנים, ורימונים» הפיסוק נכון. – לא נכון – לא שמים פסיק לפני «ו» האחרונה: ענבים, תאנים ורימונים</w:t>
      </w:r>
    </w:p>
    <w:p>
      <w:pPr>
        <w:bidi/>
        <w:spacing w:before="0" w:after="40"/>
        <w:jc w:val="both"/>
      </w:pPr>
      <w:r>
        <w:rPr>
          <w:rtl/>
        </w:rPr>
        <w:t>ד. במשפט «שקט!» סימן הקריאה מתאים, כי זו בקשה חזקה. – נכון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  <w:jc w:val="center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FrankRuehl" w:hAnsi="FrankRuehl" w:cs="FrankRuehl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