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טקסט מידעי: רעיון מרכזי ופרטים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מהו טקסט מידעי, ואיך מוצאים בו את הרעיון המרכזי ואת הפרטים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מהו טקסט מידעי?</w:t>
      </w:r>
    </w:p>
    <w:p>
      <w:pPr>
        <w:bidi/>
        <w:spacing w:before="0" w:after="40"/>
        <w:jc w:val="both"/>
      </w:pPr>
      <w:r>
        <w:rPr>
          <w:rtl/>
        </w:rPr>
        <w:t>טקסט שמלמד משהו חדש על נושא. יש בו בדרך כלל כותרת, פתיחה, פסקאות של פרטים וסיום.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לטקסטים מידעיים: כתבה בעיתון ילדים · ערך באנציקלופדיה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חלקי הטקסט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(נושא: דבורים)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רעיון מרכזי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הדבר החשוב ביותר שהפסקה אומרת, לרוב במשפט הראשון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דבורים חשובות מאוד לטבע.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פרטים תומכים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עובדות, דוגמאות ומספרים שמסבירים את הרעיון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הן מאביקות פרחים ומייצרות דבש.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קצרה, ומתאימה לכל הטקסט ולא לפרט אחד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הדבורה – חרק קטן עם תפקיד גדול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שתי שאלות שעוזרות</w:t>
      </w:r>
    </w:p>
    <w:p>
      <w:pPr>
        <w:bidi/>
        <w:spacing w:before="0" w:after="20"/>
        <w:jc w:val="both"/>
      </w:pPr>
      <w:r>
        <w:rPr>
          <w:rtl/>
        </w:rPr>
        <w:t>1. על מה מדבר כל הקטע? זה הנושא.</w:t>
      </w:r>
    </w:p>
    <w:p>
      <w:pPr>
        <w:bidi/>
        <w:spacing w:before="0" w:after="20"/>
        <w:jc w:val="both"/>
      </w:pPr>
      <w:r>
        <w:rPr>
          <w:rtl/>
        </w:rPr>
        <w:t>2. מה הקטע אומר על הנושא? זה הרעיון המרכזי.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שואלים: על מה מדבר כל הקטע? התשובה היא הנושא. מה הוא אומר על הנושא? זה הרעיון המרכזי.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«לנמלה יש לסת חזקה» הוא ___ (רעיון מרכזי / פרט תומך).</w:t>
      </w:r>
    </w:p>
    <w:p>
      <w:pPr>
        <w:bidi/>
        <w:spacing w:before="0" w:after="20"/>
        <w:jc w:val="both"/>
      </w:pPr>
      <w:r>
        <w:rPr>
          <w:rtl/>
        </w:rPr>
        <w:t>1. הפסקה עוסקת בכוח של הנמלים. שואלים: זה הרעיון הכללי, או עובדה אחת שמסבירה אותו?</w:t>
      </w:r>
    </w:p>
    <w:p>
      <w:pPr>
        <w:bidi/>
        <w:spacing w:before="0" w:after="20"/>
        <w:jc w:val="both"/>
      </w:pPr>
      <w:r>
        <w:rPr>
          <w:rtl/>
        </w:rPr>
        <w:t>2. זו עובדה אחת שמסבירה את הרעיון – פרט תומך.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פרט תומך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את המונח החסר:</w:t>
      </w:r>
    </w:p>
    <w:p>
      <w:pPr>
        <w:bidi/>
        <w:spacing w:before="0" w:after="60"/>
        <w:jc w:val="both"/>
      </w:pPr>
      <w:r>
        <w:rPr>
          <w:rtl/>
        </w:rPr>
        <w:t>א. הדבר החשוב ביותר שהפסקה אומרת נקרא הרעיון ה__________.</w:t>
      </w:r>
    </w:p>
    <w:p>
      <w:pPr>
        <w:bidi/>
        <w:spacing w:before="0" w:after="60"/>
        <w:jc w:val="both"/>
      </w:pPr>
      <w:r>
        <w:rPr>
          <w:rtl/>
        </w:rPr>
        <w:t>ב. עובדות ודוגמאות שמסבירות את הרעיון נקראות פרטים __________.</w:t>
      </w:r>
    </w:p>
    <w:p>
      <w:pPr>
        <w:bidi/>
        <w:spacing w:before="0" w:after="60"/>
        <w:jc w:val="both"/>
      </w:pPr>
      <w:r>
        <w:rPr>
          <w:rtl/>
        </w:rPr>
        <w:t>ג. כותרת טובה מתאימה ל__________ הטקסט, ולא רק לפרט אחד.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מרכזי · ב. תומכים · ג. כל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