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טקסט מידעי: רעיון מרכזי ופרטים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הגמל – ספינת המדבר*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הגמל מותאם היטב לחיים במדבר. הוא יכול ללכת ימים רבים בלי לשתות, ולכן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אנשים השתמשו בו במסעות ארוכים.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בדבשת של הגמל יש שומן. כשאין מזון, הגוף שלו משתמש בשומן הזה כמקור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אנרגיה. לגמל יש גם ריסים ארוכים שמגינים על עיניו מפני חול, וכפות רגליים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רחבות שאינן שוקעות בחול.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בזכות התכונות האלה הגמל נקרא «ספינת המדבר».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רועי שושני, 2019.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ענו על השאלות לפי הקטע.</w:t>
      </w:r>
    </w:p>
    <w:p>
      <w:pPr>
        <w:bidi/>
        <w:spacing w:before="0" w:after="20"/>
        <w:jc w:val="both"/>
      </w:pPr>
      <w:r>
        <w:rPr>
          <w:rtl/>
        </w:rPr>
        <w:t>א. מהו הרעיון המרכזי של הקטע?</w:t>
      </w:r>
    </w:p>
    <w:p>
      <w:pPr>
        <w:bidi/>
        <w:spacing w:before="0" w:after="80"/>
        <w:jc w:val="both"/>
      </w:pPr>
      <w:r>
        <w:rPr>
          <w:rtl/>
        </w:rPr>
        <w:t xml:space="preserve">   ○ לגמל יש ריסים ארוכים      ○ הגמל מותאם היטב לחיים במדבר      ○ אנשים רוכבים על גמלים</w:t>
      </w:r>
    </w:p>
    <w:p>
      <w:pPr>
        <w:bidi/>
        <w:spacing w:before="0" w:after="20"/>
        <w:jc w:val="both"/>
      </w:pPr>
      <w:r>
        <w:rPr>
          <w:rtl/>
        </w:rPr>
        <w:t>ב. מה יש בדבשת?</w:t>
      </w:r>
    </w:p>
    <w:p>
      <w:pPr>
        <w:bidi/>
        <w:spacing w:before="0" w:after="80"/>
        <w:jc w:val="both"/>
      </w:pPr>
      <w:r>
        <w:rPr>
          <w:rtl/>
        </w:rPr>
        <w:t xml:space="preserve">   ○ מים      ○ שומן      ○ חול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השלימו: איזו תכונה עוזרת לגמל ובמה?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היא עוזרת?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ריסים ארוכים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אינן שוקעות בחול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שומן בדבשת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למה לדעתכם קוראים לגמל «ספינת המדבר»? הסבירו במשפט.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הדבורה – עובדת קטנה ומועילה*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הדבורים הן חרקים שחיים בקבוצות גדולות בתוך כוורת. בכוורת אחת יכולות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לחיות עשרות אלפי דבורים, ולכל אחת מהן יש תפקיד.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הדבורים עוזרות מאוד לצמחים. כשדבורה עוברת מפרח לפרח כדי לאסוף צוף,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נדבקים לגופה גרגירי אבקה, והיא מעבירה אותם לפרח הבא. כך הפרחים יכולים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להפוך לפירות. בזכות הדבורים יש לנו תפוחים, שקדים, אבטיחים ופירות רבים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אחרים.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מן הצוף שהן אוספות, הדבורים מייצרות דבש, והוא משמש להן מזון בחורף.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אנשים אוספים חלק מן הדבש ונהנים ממנו.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9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בשנים האחרונות מספר הדבורים בעולם הולך וקטן. חומרי הדברה, מחלות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ומחסור בפרחי בר פוגעים בהן. אפשר לעזור להן אם שותלים בגינה ובמרפסת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צמחים פורחים.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ליאת ליבנה, 2016.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ענו לפי הקטע «הדבורה – עובדת קטנה ומועילה».</w:t>
      </w:r>
    </w:p>
    <w:p>
      <w:pPr>
        <w:bidi/>
        <w:spacing w:before="0" w:after="20"/>
        <w:jc w:val="both"/>
      </w:pPr>
      <w:r>
        <w:rPr>
          <w:rtl/>
        </w:rPr>
        <w:t>א. מהו הרעיון המרכזי של הפסקה השנייה?</w:t>
      </w:r>
    </w:p>
    <w:p>
      <w:pPr>
        <w:bidi/>
        <w:spacing w:before="0" w:after="80"/>
        <w:jc w:val="both"/>
      </w:pPr>
      <w:r>
        <w:rPr>
          <w:rtl/>
        </w:rPr>
        <w:t xml:space="preserve">   ○ הדבורים מייצרות דבש      ○ הדבורים עוזרות לפרחים להפוך לפירות      ○ בכוורת חיות עשרות אלפי דבורים</w:t>
      </w:r>
    </w:p>
    <w:p>
      <w:pPr>
        <w:bidi/>
        <w:spacing w:before="0" w:after="20"/>
        <w:jc w:val="both"/>
      </w:pPr>
      <w:r>
        <w:rPr>
          <w:rtl/>
        </w:rPr>
        <w:t>ב. איזו כותרת נוספת מתאימה לכל הקטע?</w:t>
      </w:r>
    </w:p>
    <w:p>
      <w:pPr>
        <w:bidi/>
        <w:spacing w:before="0" w:after="80"/>
        <w:jc w:val="both"/>
      </w:pPr>
      <w:r>
        <w:rPr>
          <w:rtl/>
        </w:rPr>
        <w:t xml:space="preserve">   ○ איך מכינים עוגת דבש      ○ הדבורים וחשיבותן לטבע ולאדם      ○ פרחי הבר בישראל</w:t>
      </w:r>
    </w:p>
    <w:p>
      <w:pPr>
        <w:bidi/>
        <w:spacing w:before="0" w:after="20"/>
        <w:jc w:val="both"/>
      </w:pPr>
      <w:r>
        <w:rPr>
          <w:rtl/>
        </w:rPr>
        <w:t>ג. מה פירוש המילה «מחסור» (פסקה 4)?</w:t>
      </w:r>
    </w:p>
    <w:p>
      <w:pPr>
        <w:bidi/>
        <w:spacing w:before="0" w:after="80"/>
        <w:jc w:val="both"/>
      </w:pPr>
      <w:r>
        <w:rPr>
          <w:rtl/>
        </w:rPr>
        <w:t xml:space="preserve">   ○ מצב שאין מספיק ממשהו      ○ מצב שיש הרבה ממשהו      ○ מצב שמשהו נשבר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לכל פסקה רעיון מרכזי ופרט אחד שתומך 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פסקה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 מרכזי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 תומך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האם לדעתכם כדאי לשתול צמחים פורחים בחצר בית הספר? כתבו את דעתכם ונמקו בעזרת שני פרטים מן הקטע.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הקיפוד – קטן ודוקרני*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הקיפוד הוא יונק קטן שגופו מכוסה בקוצים. הקוצים מגינים עליו מפני אויבים.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כשהקיפוד מרגיש סכנה, הוא מתכנס ונעשה לכדור דוקרני.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הקיפוד פעיל בעיקר בלילה. בשעות החושך הוא יוצא לחפש מזון: חרקים, תולעים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ושבלולים. בזכות חוש הריח החזק שלו הוא מוצא אותם גם בחושך.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אפשר לפגוש קיפודים גם בגינות ליד הבית. הם עוזרים לגננים, כי הם אוכלים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חרקים ושבלולים שפוגעים בצמחים.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יואב פינטו, 2023. מתוך: «עלים» – ירחון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 לפי הקטע «הקיפוד – קטן ודוקרני»?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הקוצים של הקיפוד עוזרים לו להגן על עצמו.      נכון / לא נכון</w:t>
      </w:r>
    </w:p>
    <w:p>
      <w:pPr>
        <w:bidi/>
        <w:spacing w:before="0" w:after="60"/>
        <w:jc w:val="both"/>
      </w:pPr>
      <w:r>
        <w:rPr>
          <w:rtl/>
        </w:rPr>
        <w:t>ב. הקיפוד מחפש מזון בעיקר בצוהריים.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הקיפוד מוצא מזון בחושך בעזרת חוש הריח.      נכון / לא נכון</w:t>
      </w:r>
    </w:p>
    <w:p>
      <w:pPr>
        <w:bidi/>
        <w:spacing w:before="0" w:after="60"/>
        <w:jc w:val="both"/>
      </w:pPr>
      <w:r>
        <w:rPr>
          <w:rtl/>
        </w:rPr>
        <w:t>ד. הקיפוד מזיק לגינה.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התאימו לכל פסקה בקטע את כותרת המשנה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פסקה 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צייד של לילה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פסקה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מגן עם קוצים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פסקה 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חבר של הגננים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הציעו כותרת אחרת לקטע כולו, והסבירו למה היא מתאימה לכל הקטע ולא רק לפסקה אחת.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טקסט מידעי: רעיון מרכזי ופרטים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ענו על השאלות לפי הקטע.</w:t>
      </w:r>
    </w:p>
    <w:p>
      <w:pPr>
        <w:bidi/>
        <w:spacing w:before="0" w:after="20"/>
        <w:jc w:val="both"/>
      </w:pPr>
      <w:r>
        <w:rPr>
          <w:rtl/>
        </w:rPr>
        <w:t>א. מהו הרעיון המרכזי של הקטע?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הגמל מותאם היטב לחיים במדבר</w:t>
      </w:r>
    </w:p>
    <w:p>
      <w:pPr>
        <w:bidi/>
        <w:spacing w:before="0" w:after="20"/>
        <w:jc w:val="both"/>
      </w:pPr>
      <w:r>
        <w:rPr>
          <w:rtl/>
        </w:rPr>
        <w:t>ב. מה יש בדבשת?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שומן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השלימו: איזו תכונה עוזרת לגמל ובמה?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היא עוזרת?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ריסים ארוכים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מגינים על העיניים מפני חול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כפות רגליים רחבות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אינן שוקעות בחול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שומן בדבשת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מקור אנרגיה כשאין מזון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למה לדעתכם קוראים לגמל «ספינת המדבר»? הסבירו במשפט.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הוא נושא אנשים ומשאות במדבר, כמו שספינה נושאת אותם 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ענו לפי הקטע «הדבורה – עובדת קטנה ומועילה».</w:t>
      </w:r>
    </w:p>
    <w:p>
      <w:pPr>
        <w:bidi/>
        <w:spacing w:before="0" w:after="20"/>
        <w:jc w:val="both"/>
      </w:pPr>
      <w:r>
        <w:rPr>
          <w:rtl/>
        </w:rPr>
        <w:t>א. מהו הרעיון המרכזי של הפסקה השנייה?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הדבורים עוזרות לפרחים להפוך לפירות</w:t>
      </w:r>
    </w:p>
    <w:p>
      <w:pPr>
        <w:bidi/>
        <w:spacing w:before="0" w:after="20"/>
        <w:jc w:val="both"/>
      </w:pPr>
      <w:r>
        <w:rPr>
          <w:rtl/>
        </w:rPr>
        <w:t>ב. איזו כותרת נוספת מתאימה לכל הקטע?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הדבורים וחשיבותן לטבע ולאדם</w:t>
      </w:r>
    </w:p>
    <w:p>
      <w:pPr>
        <w:bidi/>
        <w:spacing w:before="0" w:after="20"/>
        <w:jc w:val="both"/>
      </w:pPr>
      <w:r>
        <w:rPr>
          <w:rtl/>
        </w:rPr>
        <w:t>ג. מה פירוש המילה «מחסור» (פסקה 4)?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מצב שאין מספיק ממשהו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לכל פסקה רעיון מרכזי ופרט אחד שתומך 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פסקה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 מרכזי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 תומך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הדבורים חיות בקבוצות בכוורת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בכוורת אחת חיות עשרות אלפי דבורים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הדבורים מייצרות דבש מן הצוף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הדבש משמש להן מזון בחורף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מספר הדבורים קטן, ואפשר לעזור להן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שותלים צמחים פורחים בגינה ובמרפסת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האם לדעתכם כדאי לשתול צמחים פורחים בחצר בית הספר? כתבו את דעתכם ונמקו בעזרת שני פרטים מן הקטע.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כן. מספר הדבורים בעולם הולך וקטן, וצמחים פורחים עוזרים להן. בזכות הדבורים הפרחים הופכים לפירות, ולכן גם אנחנו מרוויחים.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 לפי הקטע «הקיפוד – קטן ודוקרני»?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הקוצים של הקיפוד עוזרים לו להגן על עצמו. – נכון</w:t>
      </w:r>
    </w:p>
    <w:p>
      <w:pPr>
        <w:bidi/>
        <w:spacing w:before="0" w:after="40"/>
        <w:jc w:val="both"/>
      </w:pPr>
      <w:r>
        <w:rPr>
          <w:rtl/>
        </w:rPr>
        <w:t>ב. הקיפוד מחפש מזון בעיקר בצוהריים. – לא נכון – הקיפוד פעיל ומחפש מזון בעיקר בלילה</w:t>
      </w:r>
    </w:p>
    <w:p>
      <w:pPr>
        <w:bidi/>
        <w:spacing w:before="0" w:after="40"/>
        <w:jc w:val="both"/>
      </w:pPr>
      <w:r>
        <w:rPr>
          <w:rtl/>
        </w:rPr>
        <w:t>ג. הקיפוד מוצא מזון בחושך בעזרת חוש הריח. – נכון</w:t>
      </w:r>
    </w:p>
    <w:p>
      <w:pPr>
        <w:bidi/>
        <w:spacing w:before="0" w:after="40"/>
        <w:jc w:val="both"/>
      </w:pPr>
      <w:r>
        <w:rPr>
          <w:rtl/>
        </w:rPr>
        <w:t>ד. הקיפוד מזיק לגינה. – לא נכון – הקיפוד עוזר לגננים, כי הוא אוכל חרקים ושבלולים שפוגעים בצמחים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התאימו לכל פסקה בקטע את כותרת המשנה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פסקה 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צייד של לילה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פסקה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מגן עם קוצים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פסקה 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חבר של הגננים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הציעו כותרת אחרת לקטע כולו, והסבירו למה היא מתאימה לכל הקטע ולא רק לפסקה אחת.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«הקיפוד – שומר הגינה הדוקרני». הכותרת מזכירה גם את הקוצים, גם את המזון שהוא אוכל וגם את העזרה שלו לגינה.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