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lashon_g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4338CA"/>
          <w:sz w:val="36"/>
          <w:szCs w:val="36"/>
          <w:rtl/>
        </w:rPr>
        <w:t>חוברת עבודה</w:t>
      </w:r>
    </w:p>
    <w:p>
      <w:pPr>
        <w:bidi/>
        <w:spacing w:before="0" w:after="80"/>
        <w:jc w:val="center"/>
      </w:pPr>
      <w:r>
        <w:rPr>
          <w:rFonts w:ascii="Tahoma" w:hAnsi="Tahoma" w:cs="Tahoma"/>
          <w:b/>
          <w:bCs/>
          <w:color w:val="4338CA"/>
          <w:sz w:val="88"/>
          <w:szCs w:val="88"/>
          <w:rtl/>
        </w:rPr>
        <w:t>לשון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כיתה ד'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שם עצם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שם תואר והתאמה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הפועל: זמנים וגופים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שורש ומשפחת מילים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מילות קישור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סימני פיסוק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טקסט מידעי: רעיון מרכזי ופרטים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לכם, תלמידות ותלמידי כיתה ד'!</w:t>
      </w:r>
    </w:p>
    <w:p>
      <w:pPr>
        <w:bidi/>
        <w:spacing w:before="0" w:after="120"/>
        <w:jc w:val="both"/>
      </w:pPr>
      <w:r>
        <w:rPr>
          <w:rtl/>
        </w:rPr>
        <w:t>בחוברת הזאת נלמד ונתרגל את הנושאים המרכזיים בלשון לכיתה ד': שם עצם, שם תואר, פועל, שורש ומשפחת מילים, מילות קישור, סימני פיסוק והבנת טקסט מידעי.</w:t>
      </w:r>
    </w:p>
    <w:p>
      <w:pPr>
        <w:bidi/>
        <w:spacing w:before="0" w:after="120"/>
        <w:jc w:val="both"/>
      </w:pPr>
      <w:r>
        <w:rPr>
          <w:rtl/>
        </w:rPr>
        <w:t>כל פרק פותח בהסבר קצר עם דוגמאות, ובמסגרת «זכרו!» מופיע הכלל החשוב ביותר. אחר כך באים תרגילים מגוונים: השלמה, מיון, התאמה, בחירה וכתיבה.</w:t>
      </w:r>
    </w:p>
    <w:p>
      <w:pPr>
        <w:bidi/>
        <w:spacing w:before="0" w:after="120"/>
        <w:jc w:val="both"/>
      </w:pPr>
      <w:r>
        <w:rPr>
          <w:rtl/>
        </w:rPr>
        <w:t>בסוף החוברת יש פרק חזרה ותעודת סיום, ואחריהם דפי תשובות – כדי שתוכלו לבדוק את עצמכם. כדאי לפתור קודם לבד, ורק אחר כך לבדוק.</w:t>
      </w:r>
    </w:p>
    <w:p>
      <w:pPr>
        <w:bidi/>
        <w:spacing w:before="0" w:after="120"/>
        <w:jc w:val="both"/>
      </w:pPr>
      <w:r>
        <w:rPr>
          <w:rtl/>
        </w:rPr>
        <w:t>בהצלחה ובהנאה!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1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1: שם עצם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מהו שם עצם?</w:t>
      </w:r>
    </w:p>
    <w:p>
      <w:pPr>
        <w:bidi/>
        <w:spacing w:before="0" w:after="40"/>
        <w:jc w:val="both"/>
      </w:pPr>
      <w:r>
        <w:rPr>
          <w:rtl/>
        </w:rPr>
        <w:t>שם עצם נותן שם לאנשים, לבעלי חיים, לחפצים, למקומות, וגם לרגשות ולרעיונות. שואלים עליו «מי?» או «מה?».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לשמות עצם: ילד · חתול · מגדל · עיר · שמחה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שם פרטי ושם כללי</w:t>
      </w:r>
    </w:p>
    <w:p>
      <w:pPr>
        <w:bidi/>
        <w:spacing w:before="0" w:after="40"/>
        <w:jc w:val="both"/>
      </w:pPr>
      <w:r>
        <w:rPr>
          <w:rtl/>
        </w:rPr>
        <w:t>שם פרטי שייך לדבר אחד מסוים, ובדרך כלל אין לו ה' הידיעה. שם כללי הוא השם של כל הסוג.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פרטי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כללי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יחיד ורבים</w:t>
      </w:r>
    </w:p>
    <w:p>
      <w:pPr>
        <w:bidi/>
        <w:spacing w:before="0" w:after="40"/>
        <w:jc w:val="both"/>
      </w:pPr>
      <w:r>
        <w:rPr>
          <w:rtl/>
        </w:rPr>
        <w:t>ברוב המילים מוסיפים ברבים ־ים או ־ות.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זכר ונקבה – הבדיקה הבטוחה</w:t>
      </w:r>
    </w:p>
    <w:p>
      <w:pPr>
        <w:bidi/>
        <w:spacing w:before="0" w:after="20"/>
        <w:jc w:val="both"/>
      </w:pPr>
      <w:r>
        <w:rPr>
          <w:rtl/>
        </w:rPr>
        <w:t>1. אומרים «אחד» או «אחת» אחרי המילה: «עיפרון אחד» – זכר, «כוס אחת» – נקבה.</w:t>
      </w:r>
    </w:p>
    <w:p>
      <w:pPr>
        <w:bidi/>
        <w:spacing w:before="0" w:after="20"/>
        <w:jc w:val="both"/>
      </w:pPr>
      <w:r>
        <w:rPr>
          <w:rtl/>
        </w:rPr>
        <w:t>2. לא סומכים על הסיומת: «חלונות» – זכר, «ביצים» – נקבה.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שם כללי מתאים לכל שם פרטי.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מחסן מילים: עיר  |  אגם  |  הר  |  כלב</w:t>
      </w:r>
    </w:p>
    <w:p>
      <w:pPr>
        <w:bidi/>
        <w:spacing w:before="0" w:after="60"/>
        <w:jc w:val="both"/>
      </w:pPr>
      <w:r>
        <w:rPr>
          <w:rtl/>
        </w:rPr>
        <w:t>א. חיפה היא __________ בצפון הארץ.</w:t>
      </w:r>
    </w:p>
    <w:p>
      <w:pPr>
        <w:bidi/>
        <w:spacing w:before="0" w:after="60"/>
        <w:jc w:val="both"/>
      </w:pPr>
      <w:r>
        <w:rPr>
          <w:rtl/>
        </w:rPr>
        <w:t>ב. הכנרת היא __________ גדול.</w:t>
      </w:r>
    </w:p>
    <w:p>
      <w:pPr>
        <w:bidi/>
        <w:spacing w:before="0" w:after="60"/>
        <w:jc w:val="both"/>
      </w:pPr>
      <w:r>
        <w:rPr>
          <w:rtl/>
        </w:rPr>
        <w:t>ג. החרמון הוא __________ גבוה.</w:t>
      </w:r>
    </w:p>
    <w:p>
      <w:pPr>
        <w:bidi/>
        <w:spacing w:before="0" w:after="60"/>
        <w:jc w:val="both"/>
      </w:pPr>
      <w:r>
        <w:rPr>
          <w:rtl/>
        </w:rPr>
        <w:t>ד. רקסי הוא __________ של השכנים.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צורת הרבים.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עפיפון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לזכר ולנקבה. בדקו בעזרת «אחד» / «אחת».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דלת  |  קיר  |  עין  |  אוזן  |  כדור  |  שמש  |  ספר  |  רגל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60"/>
        <w:jc w:val="both"/>
      </w:pPr>
      <w:r>
        <w:rPr>
          <w:rtl/>
        </w:rPr>
        <w:t>א. «ירדן» יכול להיות שם פרטי של ילד וגם של נהר.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המילה «חלומות» היא בלשון נקבה כי היא מסתיימת ב־ות.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«שמחה» היא שם עצם.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שלושה שמות עצם שאתם רואים עכשיו בכיתה, וליד כל אחד – זכר או נקבה.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צורת הרבים.</w:t>
      </w:r>
    </w:p>
    <w:p>
      <w:pPr>
        <w:bidi/>
        <w:spacing w:before="0" w:after="60"/>
        <w:jc w:val="both"/>
      </w:pPr>
      <w:r>
        <w:rPr>
          <w:rtl/>
        </w:rPr>
        <w:t>א. סוס אחד – שלושה __________</w:t>
      </w:r>
    </w:p>
    <w:p>
      <w:pPr>
        <w:bidi/>
        <w:spacing w:before="0" w:after="60"/>
        <w:jc w:val="both"/>
      </w:pPr>
      <w:r>
        <w:rPr>
          <w:rtl/>
        </w:rPr>
        <w:t>ב. גינה אחת – שתי __________</w:t>
      </w:r>
    </w:p>
    <w:p>
      <w:pPr>
        <w:bidi/>
        <w:spacing w:before="0" w:after="60"/>
        <w:jc w:val="both"/>
      </w:pPr>
      <w:r>
        <w:rPr>
          <w:rtl/>
        </w:rPr>
        <w:t>ג. שקית אחת – הרבה __________</w:t>
      </w:r>
    </w:p>
    <w:p>
      <w:pPr>
        <w:bidi/>
        <w:spacing w:before="0" w:after="60"/>
        <w:jc w:val="both"/>
      </w:pPr>
      <w:r>
        <w:rPr>
          <w:rtl/>
        </w:rPr>
        <w:t>ד. ענן אחד – שמיים מלאי __________</w:t>
      </w:r>
    </w:p>
    <w:p>
      <w:pPr>
        <w:bidi/>
        <w:spacing w:before="0" w:after="60"/>
        <w:jc w:val="both"/>
      </w:pPr>
      <w:r>
        <w:rPr>
          <w:rtl/>
        </w:rPr>
        <w:t>ה. שיר אחד – חמישה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מיינו את שמות העצם: שמות שאפשר לגעת בהם ושמות מופשטים (רגש או רעיון).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תפוח  |  פחד  |  מגבת  |  תקווה  |  אבן  |  ידידות  |  מטרייה  |  סקרנות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לגעת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מופשט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יחיד, רבים ומין. היזהרו – הסיומת לא תמיד מגלה את המין!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דלתות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מקומות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העתיקו מכל משפט את שמות העצם, וכתבו ליד כל אחד: פרטי או כללי.</w:t>
      </w:r>
    </w:p>
    <w:p>
      <w:pPr>
        <w:bidi/>
        <w:spacing w:before="0" w:after="100"/>
        <w:jc w:val="both"/>
      </w:pPr>
      <w:r>
        <w:rPr>
          <w:rtl/>
        </w:rPr>
        <w:t>א. דנה נסעה לאילת באוטובוס.</w:t>
      </w:r>
    </w:p>
    <w:p>
      <w:pPr>
        <w:bidi/>
        <w:spacing w:before="0" w:after="100"/>
        <w:jc w:val="both"/>
      </w:pPr>
      <w:r>
        <w:rPr>
          <w:rtl/>
        </w:rPr>
        <w:t>ב. בירושלים יש חומה עתיקה.</w:t>
      </w:r>
    </w:p>
    <w:p>
      <w:pPr>
        <w:bidi/>
        <w:spacing w:before="0" w:after="100"/>
        <w:jc w:val="both"/>
      </w:pPr>
      <w:r>
        <w:rPr>
          <w:rtl/>
        </w:rPr>
        <w:t>ג. הכלב של אורי נובח על החתול.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הספרייה השכונתית*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בשכונה שלנו יש ספרייה קטנה ושקטה. על המדפים עומדים מאות ספרים, ובפינה יש כורסה רכה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ליד חלון גדול.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בכל יום שני מגיעה רותי, הספרנית, ומקריאה לילדים סיפור. הילדים מקשיבים בסקרנות, ובסוף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הסיפור כל אחד מצייר ציור.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גיא חזן,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לפי הקטע «הספרייה השכונתית».</w:t>
      </w:r>
    </w:p>
    <w:p>
      <w:pPr>
        <w:bidi/>
        <w:spacing w:before="0" w:after="60"/>
        <w:jc w:val="both"/>
      </w:pPr>
      <w:r>
        <w:rPr>
          <w:rtl/>
        </w:rPr>
        <w:t>א. על המדפים עומדים מאות __________.</w:t>
      </w:r>
    </w:p>
    <w:p>
      <w:pPr>
        <w:bidi/>
        <w:spacing w:before="0" w:after="60"/>
        <w:jc w:val="both"/>
      </w:pPr>
      <w:r>
        <w:rPr>
          <w:rtl/>
        </w:rPr>
        <w:t>ב. בפינת הספרייה יש __________ רכה.</w:t>
      </w:r>
    </w:p>
    <w:p>
      <w:pPr>
        <w:bidi/>
        <w:spacing w:before="0" w:after="60"/>
        <w:jc w:val="both"/>
      </w:pPr>
      <w:r>
        <w:rPr>
          <w:rtl/>
        </w:rPr>
        <w:t>ג. השם של הספרנית הוא __________.</w:t>
      </w:r>
    </w:p>
    <w:p>
      <w:pPr>
        <w:bidi/>
        <w:spacing w:before="0" w:after="60"/>
        <w:jc w:val="both"/>
      </w:pPr>
      <w:r>
        <w:rPr>
          <w:rtl/>
        </w:rPr>
        <w:t>ד. הילדים מקשיבים לסיפור ב__________.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בקטע «הספרייה השכונתית» דוגמה לכל סוג של שם 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מן הקטע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פרטי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כללי ביחיד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כללי ברבים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עצם מופשט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מקום בשכונה שלכם. השתמשו לפחות בשם פרטי אחד, בשני שמות עצם ברבים ובשם עצם מופשט אחד, ומתחו קו מתחתיהם.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2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2: שם תואר והתאמה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מהו שם תואר?</w:t>
      </w:r>
    </w:p>
    <w:p>
      <w:pPr>
        <w:bidi/>
        <w:spacing w:before="0" w:after="40"/>
        <w:jc w:val="both"/>
      </w:pPr>
      <w:r>
        <w:rPr>
          <w:rtl/>
        </w:rPr>
        <w:t>שם תואר מוסיף מידע על שם העצם: מראה, גודל, צבע, אופי או הרגשה. הוא עונה על «איזה?», «איזו?» או «אילו?» ובא בדרך כלל אחרי שם העצם.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שם עצם ואחריו שם תואר: בית גדול · שמלה כחולה · ילד אמיץ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שלוש התאמות</w:t>
      </w:r>
    </w:p>
    <w:p>
      <w:pPr>
        <w:bidi/>
        <w:spacing w:before="0" w:after="40"/>
        <w:jc w:val="both"/>
      </w:pPr>
      <w:r>
        <w:rPr>
          <w:rtl/>
        </w:rPr>
        <w:t>שם התואר מתאים לשם העצם במין, במספר וביידוע.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התאמה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בודקים?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זכר או נקבה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קטן / חתולה קטנה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 או רבים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פרח יפה / פרחים יפים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יידוע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ה' הידיעה או אין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 החדש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איך בודקים?</w:t>
      </w:r>
    </w:p>
    <w:p>
      <w:pPr>
        <w:bidi/>
        <w:spacing w:before="0" w:after="20"/>
        <w:jc w:val="both"/>
      </w:pPr>
      <w:r>
        <w:rPr>
          <w:rtl/>
        </w:rPr>
        <w:t>1. מוצאים את שם העצם.</w:t>
      </w:r>
    </w:p>
    <w:p>
      <w:pPr>
        <w:bidi/>
        <w:spacing w:before="0" w:after="20"/>
        <w:jc w:val="both"/>
      </w:pPr>
      <w:r>
        <w:rPr>
          <w:rtl/>
        </w:rPr>
        <w:t>2. שואלים: זכר או נקבה? יחיד או רבים? יש לו ה'?</w:t>
      </w:r>
    </w:p>
    <w:p>
      <w:pPr>
        <w:bidi/>
        <w:spacing w:before="0" w:after="20"/>
        <w:jc w:val="both"/>
      </w:pPr>
      <w:r>
        <w:rPr>
          <w:rtl/>
        </w:rPr>
        <w:t>3. כותבים את שם התואר באותה צורה.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שם תואר מתאים מן המחסן והשלימו בצורה הנכונה.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מחסן מילים: רך  |  מתוק  |  עמוק  |  רועש</w:t>
      </w:r>
    </w:p>
    <w:p>
      <w:pPr>
        <w:bidi/>
        <w:spacing w:before="0" w:after="60"/>
        <w:jc w:val="both"/>
      </w:pPr>
      <w:r>
        <w:rPr>
          <w:rtl/>
        </w:rPr>
        <w:t>א. האבטיח היה __________.</w:t>
      </w:r>
    </w:p>
    <w:p>
      <w:pPr>
        <w:bidi/>
        <w:spacing w:before="0" w:after="60"/>
        <w:jc w:val="both"/>
      </w:pPr>
      <w:r>
        <w:rPr>
          <w:rtl/>
        </w:rPr>
        <w:t>ב. הכרית שלי __________.</w:t>
      </w:r>
    </w:p>
    <w:p>
      <w:pPr>
        <w:bidi/>
        <w:spacing w:before="0" w:after="60"/>
        <w:jc w:val="both"/>
      </w:pPr>
      <w:r>
        <w:rPr>
          <w:rtl/>
        </w:rPr>
        <w:t>ג. בחצר שמענו ילדים __________.</w:t>
      </w:r>
    </w:p>
    <w:p>
      <w:pPr>
        <w:bidi/>
        <w:spacing w:before="0" w:after="60"/>
        <w:jc w:val="both"/>
      </w:pPr>
      <w:r>
        <w:rPr>
          <w:rtl/>
        </w:rPr>
        <w:t>ד. שחינו רק במקום שאינו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הצירוף הנכון.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הכיתה הנקייה      ○ הכיתה נקייה הזאת      ○ כיתה הנקייה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ספרים מעניינות      ○ ספרים מעניינים      ○ ספרים מעניין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הדרך הארוך      ○ הדרך הארוכה      ○ דרך הארוכה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שם עצם בטור א שם תואר מתאים בטור ב. כתבו את המספר בריבוע.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בהירים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עוגייה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פריכה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נחל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אהובה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מכוניות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זורם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סבתא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על מזג האוויר היום, ובו שני שמות תואר.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שם תואר בטור א את ההפך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ישן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הצירוף ביחיד או 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חולצה לבנה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נאמן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מגדלים גבוהים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ערים גדולות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הוסיפו ה' הידיעה: השלימו את שם התואר.</w:t>
      </w:r>
    </w:p>
    <w:p>
      <w:pPr>
        <w:bidi/>
        <w:spacing w:before="0" w:after="60"/>
        <w:jc w:val="both"/>
      </w:pPr>
      <w:r>
        <w:rPr>
          <w:rtl/>
        </w:rPr>
        <w:t>א. ספר עבה – הספר __________</w:t>
      </w:r>
    </w:p>
    <w:p>
      <w:pPr>
        <w:bidi/>
        <w:spacing w:before="0" w:after="60"/>
        <w:jc w:val="both"/>
      </w:pPr>
      <w:r>
        <w:rPr>
          <w:rtl/>
        </w:rPr>
        <w:t>ב. ילדות שמחות – הילדות __________</w:t>
      </w:r>
    </w:p>
    <w:p>
      <w:pPr>
        <w:bidi/>
        <w:spacing w:before="0" w:after="60"/>
        <w:jc w:val="both"/>
      </w:pPr>
      <w:r>
        <w:rPr>
          <w:rtl/>
        </w:rPr>
        <w:t>ג. בית ישן – הבית __________</w:t>
      </w:r>
    </w:p>
    <w:p>
      <w:pPr>
        <w:bidi/>
        <w:spacing w:before="0" w:after="60"/>
        <w:jc w:val="both"/>
      </w:pPr>
      <w:r>
        <w:rPr>
          <w:rtl/>
        </w:rPr>
        <w:t>ד. עננים אפורים – העננים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בצירוף «הים השקט» יש התאמה ביידוע.      נכון / לא נכון</w:t>
      </w:r>
    </w:p>
    <w:p>
      <w:pPr>
        <w:bidi/>
        <w:spacing w:before="0" w:after="60"/>
        <w:jc w:val="both"/>
      </w:pPr>
      <w:r>
        <w:rPr>
          <w:rtl/>
        </w:rPr>
        <w:t>ב. «ארץ יפה» – ההתאמה נכונה.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«עיניים כחולים» – ההתאמה נכונה.      נכון / לא נכון</w:t>
      </w:r>
    </w:p>
    <w:p>
      <w:pPr>
        <w:bidi/>
        <w:spacing w:before="0" w:after="60"/>
        <w:jc w:val="both"/>
      </w:pPr>
      <w:r>
        <w:rPr>
          <w:rtl/>
        </w:rPr>
        <w:t>ד. בעברית שם התואר בא בדרך כלל לפני שם העצם.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במשפט «הכלבה הקטנה רצה מהר» שם התואר הוא «קטנה».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שמות התואר לפי המין והמספר.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אמיץ  |  שקטה  |  חזקים  |  נקיות  |  עגול  |  רכה  |  ירוקים  |  עייפות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הפינה הירוקה*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בחצר בית הספר יש פינה ירוקה ונעימה. בפינה עומד עץ זית ישן, ולידו ספסל ארוך מעץ.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באביב פורחים שם פרחים צהובים וסגולים, ופרפרים קטנים עפים ביניהם. בהפסקה הארוכה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התלמידים יושבים בצל הקריר וקוראים ספרים מעניינים.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אורית גבאי, 2023.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העתיקו מן הקטע «הפינה הירוקה» את שם התואר שמתאר כל שם עצם, וכתבו את המין והמספר.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 ומספר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 זית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ספסל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ענו לפי הקטע «הפינה הירוקה».</w:t>
      </w:r>
    </w:p>
    <w:p>
      <w:pPr>
        <w:bidi/>
        <w:spacing w:before="0" w:after="20"/>
        <w:jc w:val="both"/>
      </w:pPr>
      <w:r>
        <w:rPr>
          <w:rtl/>
        </w:rPr>
        <w:t>א. איזה צבע של פרחים אינו מופיע בקטע?</w:t>
      </w:r>
    </w:p>
    <w:p>
      <w:pPr>
        <w:bidi/>
        <w:spacing w:before="0" w:after="80"/>
        <w:jc w:val="both"/>
      </w:pPr>
      <w:r>
        <w:rPr>
          <w:rtl/>
        </w:rPr>
        <w:t xml:space="preserve">   ○ צהוב      ○ סגול      ○ אדום</w:t>
      </w:r>
    </w:p>
    <w:p>
      <w:pPr>
        <w:bidi/>
        <w:spacing w:before="0" w:after="20"/>
        <w:jc w:val="both"/>
      </w:pPr>
      <w:r>
        <w:rPr>
          <w:rtl/>
        </w:rPr>
        <w:t>ב. למה, לדעתכם, התלמידים יושבים דווקא בצל?</w:t>
      </w:r>
    </w:p>
    <w:p>
      <w:pPr>
        <w:bidi/>
        <w:spacing w:before="0" w:after="80"/>
        <w:jc w:val="both"/>
      </w:pPr>
      <w:r>
        <w:rPr>
          <w:rtl/>
        </w:rPr>
        <w:t xml:space="preserve">   ○ כי שם קריר ונעים      ○ כי שם יש שולחנות      ○ כי שם אין פרחים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פינה שאתם אוהבים. השתמשו לפחות בארבעה שמות תואר: אחד בזכר יחיד, אחד בנקבה יחידה ושניים ברבים.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3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3: הפועל: זמנים וגופים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מהו פועל?</w:t>
      </w:r>
    </w:p>
    <w:p>
      <w:pPr>
        <w:bidi/>
        <w:spacing w:before="0" w:after="40"/>
        <w:jc w:val="both"/>
      </w:pPr>
      <w:r>
        <w:rPr>
          <w:rtl/>
        </w:rPr>
        <w:t>פועל מספר מה קורה במשפט: פעולה או מצב. הוא גם מגלה מתי זה קרה ומי עשה את זה.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פעולה ומצב: רץ · כתבה · ישן · שמח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שלושה זמנים ורמזי זמן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רמז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אתמול, בשבוע שעבר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 שיחקתי.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עכשיו, כרגע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 אני משחק.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מחר, בשבוע הבא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אשחק.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מי עשה? הפועל מגלה</w:t>
      </w:r>
    </w:p>
    <w:p>
      <w:pPr>
        <w:bidi/>
        <w:spacing w:before="0" w:after="40"/>
        <w:jc w:val="both"/>
      </w:pPr>
      <w:r>
        <w:rPr>
          <w:rtl/>
        </w:rPr>
        <w:t>בעבר הסוף של הפועל מגלה מי עשה. בעתיד האות הראשונה מגלה את זה.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תכתוב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 את הפועל וכתבו את הזמן שלו.</w:t>
      </w:r>
    </w:p>
    <w:p>
      <w:pPr>
        <w:bidi/>
        <w:spacing w:before="0" w:after="100"/>
        <w:jc w:val="both"/>
      </w:pPr>
      <w:r>
        <w:rPr>
          <w:rtl/>
        </w:rPr>
        <w:t>א. הציפור עפה אל הקן.</w:t>
      </w:r>
    </w:p>
    <w:p>
      <w:pPr>
        <w:bidi/>
        <w:spacing w:before="0" w:after="100"/>
        <w:jc w:val="both"/>
      </w:pPr>
      <w:r>
        <w:rPr>
          <w:rtl/>
        </w:rPr>
        <w:t>ב. סבא ישתול עץ בחצר.</w:t>
      </w:r>
    </w:p>
    <w:p>
      <w:pPr>
        <w:bidi/>
        <w:spacing w:before="0" w:after="100"/>
        <w:jc w:val="both"/>
      </w:pPr>
      <w:r>
        <w:rPr>
          <w:rtl/>
        </w:rPr>
        <w:t>ג. אני אוהבת לצייר.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בעבר (ש־מ־ר)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שנו את המשפט לזמן עתיד.</w:t>
      </w:r>
    </w:p>
    <w:p>
      <w:pPr>
        <w:bidi/>
        <w:spacing w:before="0" w:after="60"/>
        <w:jc w:val="both"/>
      </w:pPr>
      <w:r>
        <w:rPr>
          <w:rtl/>
        </w:rPr>
        <w:t>א. דני אכל תפוח. ← מחר דני __________ תפוח.</w:t>
      </w:r>
    </w:p>
    <w:p>
      <w:pPr>
        <w:bidi/>
        <w:spacing w:before="0" w:after="60"/>
        <w:jc w:val="both"/>
      </w:pPr>
      <w:r>
        <w:rPr>
          <w:rtl/>
        </w:rPr>
        <w:t>ב. אנחנו ציירנו פרח. ← מחר אנחנו __________ פרח.</w:t>
      </w:r>
    </w:p>
    <w:p>
      <w:pPr>
        <w:bidi/>
        <w:spacing w:before="0" w:after="60"/>
        <w:jc w:val="both"/>
      </w:pPr>
      <w:r>
        <w:rPr>
          <w:rtl/>
        </w:rPr>
        <w:t>ג. היא כתבה שיר. ← מחר היא __________ שיר.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60"/>
        <w:jc w:val="both"/>
      </w:pPr>
      <w:r>
        <w:rPr>
          <w:rtl/>
        </w:rPr>
        <w:t>א. «נלך» הוא פועל בעתיד בגוף אנחנו.      נכון / לא נכון</w:t>
      </w:r>
    </w:p>
    <w:p>
      <w:pPr>
        <w:bidi/>
        <w:spacing w:before="0" w:after="60"/>
        <w:jc w:val="both"/>
      </w:pPr>
      <w:r>
        <w:rPr>
          <w:rtl/>
        </w:rPr>
        <w:t>ב. «הלכו» הוא פועל בהווה.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«ישנה» יכול להיות פועל בהווה: היא ישנה עכשיו.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את הפועל מכל משפט.</w:t>
      </w:r>
    </w:p>
    <w:p>
      <w:pPr>
        <w:bidi/>
        <w:spacing w:before="0" w:after="100"/>
        <w:jc w:val="both"/>
      </w:pPr>
      <w:r>
        <w:rPr>
          <w:rtl/>
        </w:rPr>
        <w:t>א. התינוק בוכה בלילה.</w:t>
      </w:r>
    </w:p>
    <w:p>
      <w:pPr>
        <w:bidi/>
        <w:spacing w:before="0" w:after="100"/>
        <w:jc w:val="both"/>
      </w:pPr>
      <w:r>
        <w:rPr>
          <w:rtl/>
        </w:rPr>
        <w:t>ב. הרוח הפילה את העציץ.</w:t>
      </w:r>
    </w:p>
    <w:p>
      <w:pPr>
        <w:bidi/>
        <w:spacing w:before="0" w:after="100"/>
        <w:jc w:val="both"/>
      </w:pPr>
      <w:r>
        <w:rPr>
          <w:rtl/>
        </w:rPr>
        <w:t>ג. בערב נדליק נרות.</w:t>
      </w:r>
    </w:p>
    <w:p>
      <w:pPr>
        <w:bidi/>
        <w:spacing w:before="0" w:after="100"/>
        <w:jc w:val="both"/>
      </w:pPr>
      <w:r>
        <w:rPr>
          <w:rtl/>
        </w:rPr>
        <w:t>ד. השכנים צבעו את הגדר.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הפועל «כתב» בשלושת הזמנים.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שנו את הפועל לזמן עבר.</w:t>
      </w:r>
    </w:p>
    <w:p>
      <w:pPr>
        <w:bidi/>
        <w:spacing w:before="0" w:after="60"/>
        <w:jc w:val="both"/>
      </w:pPr>
      <w:r>
        <w:rPr>
          <w:rtl/>
        </w:rPr>
        <w:t>א. היום אני מבשלת מרק. – אתמול __________ מרק.</w:t>
      </w:r>
    </w:p>
    <w:p>
      <w:pPr>
        <w:bidi/>
        <w:spacing w:before="0" w:after="60"/>
        <w:jc w:val="both"/>
      </w:pPr>
      <w:r>
        <w:rPr>
          <w:rtl/>
        </w:rPr>
        <w:t>ב. הילדים צוחקים בהצגה. – אתמול הילדים __________ בהצגה.</w:t>
      </w:r>
    </w:p>
    <w:p>
      <w:pPr>
        <w:bidi/>
        <w:spacing w:before="0" w:after="60"/>
        <w:jc w:val="both"/>
      </w:pPr>
      <w:r>
        <w:rPr>
          <w:rtl/>
        </w:rPr>
        <w:t>ג. אתה שותה מיץ. – אתמול __________ מיץ.</w:t>
      </w:r>
    </w:p>
    <w:p>
      <w:pPr>
        <w:bidi/>
        <w:spacing w:before="0" w:after="60"/>
        <w:jc w:val="both"/>
      </w:pPr>
      <w:r>
        <w:rPr>
          <w:rtl/>
        </w:rPr>
        <w:t>ד. אנחנו רצים בפארק. – אתמול __________ בפארק.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באיזה גוף הפועל?</w:t>
      </w:r>
    </w:p>
    <w:p>
      <w:pPr>
        <w:bidi/>
        <w:spacing w:before="0" w:after="20"/>
        <w:jc w:val="both"/>
      </w:pPr>
      <w:r>
        <w:rPr>
          <w:rtl/>
        </w:rPr>
        <w:t>א. אצלם</w:t>
      </w:r>
    </w:p>
    <w:p>
      <w:pPr>
        <w:bidi/>
        <w:spacing w:before="0" w:after="80"/>
        <w:jc w:val="both"/>
      </w:pPr>
      <w:r>
        <w:rPr>
          <w:rtl/>
        </w:rPr>
        <w:t xml:space="preserve">   ○ אני      ○ הוא      ○ אנחנו</w:t>
      </w:r>
    </w:p>
    <w:p>
      <w:pPr>
        <w:bidi/>
        <w:spacing w:before="0" w:after="20"/>
        <w:jc w:val="both"/>
      </w:pPr>
      <w:r>
        <w:rPr>
          <w:rtl/>
        </w:rPr>
        <w:t>ב. תלכי</w:t>
      </w:r>
    </w:p>
    <w:p>
      <w:pPr>
        <w:bidi/>
        <w:spacing w:before="0" w:after="80"/>
        <w:jc w:val="both"/>
      </w:pPr>
      <w:r>
        <w:rPr>
          <w:rtl/>
        </w:rPr>
        <w:t xml:space="preserve">   ○ את      ○ אתה      ○ היא</w:t>
      </w:r>
    </w:p>
    <w:p>
      <w:pPr>
        <w:bidi/>
        <w:spacing w:before="0" w:after="20"/>
        <w:jc w:val="both"/>
      </w:pPr>
      <w:r>
        <w:rPr>
          <w:rtl/>
        </w:rPr>
        <w:t>ג. ישבתן</w:t>
      </w:r>
    </w:p>
    <w:p>
      <w:pPr>
        <w:bidi/>
        <w:spacing w:before="0" w:after="80"/>
        <w:jc w:val="both"/>
      </w:pPr>
      <w:r>
        <w:rPr>
          <w:rtl/>
        </w:rPr>
        <w:t xml:space="preserve">   ○ אתם      ○ אתן      ○ הן</w:t>
      </w:r>
    </w:p>
    <w:p>
      <w:pPr>
        <w:bidi/>
        <w:spacing w:before="0" w:after="20"/>
        <w:jc w:val="both"/>
      </w:pPr>
      <w:r>
        <w:rPr>
          <w:rtl/>
        </w:rPr>
        <w:t>ד. יקפצו</w:t>
      </w:r>
    </w:p>
    <w:p>
      <w:pPr>
        <w:bidi/>
        <w:spacing w:before="0" w:after="80"/>
        <w:jc w:val="both"/>
      </w:pPr>
      <w:r>
        <w:rPr>
          <w:rtl/>
        </w:rPr>
        <w:t xml:space="preserve">   ○ אנחנו      ○ הם / הן      ○ אתם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רמז זמן לפועל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אתמול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נקטוף תפוזים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עכשיו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אנחנו קוטפים תפוזים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קטפנו תפוזים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מכתב מהמחנה*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שלום אימא ואבא, אתמול הגענו למחנה בצפון. בערב ישבנו סביב המדורה ושרנו שירים.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עכשיו אני יושב באוהל וכותב לכם. החברים שלי משחקים כדורגל בחוץ.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מחר נטפס על הר גבוה, ובסוף השבוע אחזור הביתה. מתגעגע, יונתן.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סיגל בן-עמי, 2017.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מצאו בקטע «מכתב מהמחנה» שני פעלים בכל 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1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מחדש את הפסקה השנייה של המכתב בזמן עבר. התחילו במילים «אתמול בערב».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מכתב קצר (3–4 משפטים) לחבר על חופשה: מה עשיתם, מה אתם עושים עכשיו ומה תעשו מחר. מתחו קו מתחת לפעלים.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4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4: שורש ומשפחת מילים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שורש ומשפחת מילים</w:t>
      </w:r>
    </w:p>
    <w:p>
      <w:pPr>
        <w:bidi/>
        <w:spacing w:before="0" w:after="40"/>
        <w:jc w:val="both"/>
      </w:pPr>
      <w:r>
        <w:rPr>
          <w:rtl/>
        </w:rPr>
        <w:t>השורש הוא הגרעין של המילה, בדרך כלל שלוש אותיות. מילים עם אותו שורש הן משפחה אחת, והמשמעות שלהן קרובה.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מהמשפחה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כ־ת־ב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מכתב, כתובת, כתיבה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ל־מ־ד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לומד, תלמיד, מלמד, לימודים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איך מוצאים שורש?</w:t>
      </w:r>
    </w:p>
    <w:p>
      <w:pPr>
        <w:bidi/>
        <w:spacing w:before="0" w:after="20"/>
        <w:jc w:val="both"/>
      </w:pPr>
      <w:r>
        <w:rPr>
          <w:rtl/>
        </w:rPr>
        <w:t>1. מורידים אותיות בתחילת המילה (מ, ת, ה, י, נ).</w:t>
      </w:r>
    </w:p>
    <w:p>
      <w:pPr>
        <w:bidi/>
        <w:spacing w:before="0" w:after="20"/>
        <w:jc w:val="both"/>
      </w:pPr>
      <w:r>
        <w:rPr>
          <w:rtl/>
        </w:rPr>
        <w:t>2. מורידים סיומות (ים, ות, ה, ת).</w:t>
      </w:r>
    </w:p>
    <w:p>
      <w:pPr>
        <w:bidi/>
        <w:spacing w:before="0" w:after="20"/>
        <w:jc w:val="both"/>
      </w:pPr>
      <w:r>
        <w:rPr>
          <w:rtl/>
        </w:rPr>
        <w:t>3. מורידים ו או י שנוספו באמצע.</w:t>
      </w:r>
    </w:p>
    <w:p>
      <w:pPr>
        <w:bidi/>
        <w:spacing w:before="0" w:after="20"/>
        <w:jc w:val="both"/>
      </w:pPr>
      <w:r>
        <w:rPr>
          <w:rtl/>
        </w:rPr>
        <w:t>4. בודקים: אפשר ליצור מהשורש עוד מילה קרובה במשמעות?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דוגמאות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ג־ד־ל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תספורת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מילה מאותו שורש.</w:t>
      </w:r>
    </w:p>
    <w:p>
      <w:pPr>
        <w:bidi/>
        <w:spacing w:before="0" w:after="60"/>
        <w:jc w:val="both"/>
      </w:pPr>
      <w:r>
        <w:rPr>
          <w:rtl/>
        </w:rPr>
        <w:t>א. הילד __________ (ר־ק־ד) בהופעה.</w:t>
      </w:r>
    </w:p>
    <w:p>
      <w:pPr>
        <w:bidi/>
        <w:spacing w:before="0" w:after="60"/>
        <w:jc w:val="both"/>
      </w:pPr>
      <w:r>
        <w:rPr>
          <w:rtl/>
        </w:rPr>
        <w:t>ב. קנינו __________ (ש־ל־ח) חדש לסלון.</w:t>
      </w:r>
    </w:p>
    <w:p>
      <w:pPr>
        <w:bidi/>
        <w:spacing w:before="0" w:after="60"/>
        <w:jc w:val="both"/>
      </w:pPr>
      <w:r>
        <w:rPr>
          <w:rtl/>
        </w:rPr>
        <w:t>ג. יצאנו ל__________ (ט־י־ל) בצפון.</w:t>
      </w:r>
    </w:p>
    <w:p>
      <w:pPr>
        <w:bidi/>
        <w:spacing w:before="0" w:after="60"/>
        <w:jc w:val="both"/>
      </w:pPr>
      <w:r>
        <w:rPr>
          <w:rtl/>
        </w:rPr>
        <w:t>ד. הגננת __________ (ס־פ־ר) לנו סיפור.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מילים נוספות מכל שורש.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ל־ב־ש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ס־ג־ר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כל מילה לשורש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מטבח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ט־ב־ח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מכנסיים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ג־ה־ץ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מברשת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ב־ר־ש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מגהץ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כ־נ־ס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מנגינה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נ־ג־ן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60"/>
        <w:jc w:val="both"/>
      </w:pPr>
      <w:r>
        <w:rPr>
          <w:rtl/>
        </w:rPr>
        <w:t>א. «כתבה» ו«כתובת» הן מאותו שורש.      נכון / לא נכון</w:t>
      </w:r>
    </w:p>
    <w:p>
      <w:pPr>
        <w:bidi/>
        <w:spacing w:before="0" w:after="60"/>
        <w:jc w:val="both"/>
      </w:pPr>
      <w:r>
        <w:rPr>
          <w:rtl/>
        </w:rPr>
        <w:t>ב. השורש של «תלמיד» הוא ת־ל־מ.      נכון / לא נכון</w:t>
      </w:r>
    </w:p>
    <w:p>
      <w:pPr>
        <w:bidi/>
        <w:spacing w:before="0" w:after="60"/>
        <w:jc w:val="both"/>
      </w:pPr>
      <w:r>
        <w:rPr>
          <w:rtl/>
        </w:rPr>
        <w:t>ג. למילים מאותו שורש יש משמעות קרובה.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מן המחסן.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מחסן מילים: זריקה  |  צילם  |  רוכב  |  מקלחת</w:t>
      </w:r>
    </w:p>
    <w:p>
      <w:pPr>
        <w:bidi/>
        <w:spacing w:before="0" w:after="60"/>
        <w:jc w:val="both"/>
      </w:pPr>
      <w:r>
        <w:rPr>
          <w:rtl/>
        </w:rPr>
        <w:t>א. הרופאה נתנה לי __________ נגד שפעת.</w:t>
      </w:r>
    </w:p>
    <w:p>
      <w:pPr>
        <w:bidi/>
        <w:spacing w:before="0" w:after="60"/>
        <w:jc w:val="both"/>
      </w:pPr>
      <w:r>
        <w:rPr>
          <w:rtl/>
        </w:rPr>
        <w:t>ב. סבא __________ אותנו ליד הים.</w:t>
      </w:r>
    </w:p>
    <w:p>
      <w:pPr>
        <w:bidi/>
        <w:spacing w:before="0" w:after="60"/>
        <w:jc w:val="both"/>
      </w:pPr>
      <w:r>
        <w:rPr>
          <w:rtl/>
        </w:rPr>
        <w:t>ג. אחי __________ על אופניים כל בוקר.</w:t>
      </w:r>
    </w:p>
    <w:p>
      <w:pPr>
        <w:bidi/>
        <w:spacing w:before="0" w:after="60"/>
        <w:jc w:val="both"/>
      </w:pPr>
      <w:r>
        <w:rPr>
          <w:rtl/>
        </w:rPr>
        <w:t>ד. אחרי הטיול נכנסתי ל__________.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פרקו כל מילה: כתבו את השורש ואת האותיות הנוספות.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אותיות נוספות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נסיעות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מפתחות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מהו השורש של המילה?</w:t>
      </w:r>
    </w:p>
    <w:p>
      <w:pPr>
        <w:bidi/>
        <w:spacing w:before="0" w:after="20"/>
        <w:jc w:val="both"/>
      </w:pPr>
      <w:r>
        <w:rPr>
          <w:rtl/>
        </w:rPr>
        <w:t>א. מגרפה</w:t>
      </w:r>
    </w:p>
    <w:p>
      <w:pPr>
        <w:bidi/>
        <w:spacing w:before="0" w:after="80"/>
        <w:jc w:val="both"/>
      </w:pPr>
      <w:r>
        <w:rPr>
          <w:rtl/>
        </w:rPr>
        <w:t xml:space="preserve">   ○ ג־ר־פ      ○ מ־ג־ר      ○ ג־פ־ה</w:t>
      </w:r>
    </w:p>
    <w:p>
      <w:pPr>
        <w:bidi/>
        <w:spacing w:before="0" w:after="20"/>
        <w:jc w:val="both"/>
      </w:pPr>
      <w:r>
        <w:rPr>
          <w:rtl/>
        </w:rPr>
        <w:t>ב. הקשבה</w:t>
      </w:r>
    </w:p>
    <w:p>
      <w:pPr>
        <w:bidi/>
        <w:spacing w:before="0" w:after="80"/>
        <w:jc w:val="both"/>
      </w:pPr>
      <w:r>
        <w:rPr>
          <w:rtl/>
        </w:rPr>
        <w:t xml:space="preserve">   ○ ה־ק־ש      ○ ק־ש־ב      ○ ש־ב־ה</w:t>
      </w:r>
    </w:p>
    <w:p>
      <w:pPr>
        <w:bidi/>
        <w:spacing w:before="0" w:after="20"/>
        <w:jc w:val="both"/>
      </w:pPr>
      <w:r>
        <w:rPr>
          <w:rtl/>
        </w:rPr>
        <w:t>ג. מטבע</w:t>
      </w:r>
    </w:p>
    <w:p>
      <w:pPr>
        <w:bidi/>
        <w:spacing w:before="0" w:after="80"/>
        <w:jc w:val="both"/>
      </w:pPr>
      <w:r>
        <w:rPr>
          <w:rtl/>
        </w:rPr>
        <w:t xml:space="preserve">   ○ ט־ב־ע      ○ מ־ט־ב      ○ ט־ב־ח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העתיקו מכל משפט את כל המילים מן השורש שבסוגריים.</w:t>
      </w:r>
    </w:p>
    <w:p>
      <w:pPr>
        <w:bidi/>
        <w:spacing w:before="0" w:after="100"/>
        <w:jc w:val="both"/>
      </w:pPr>
      <w:r>
        <w:rPr>
          <w:rtl/>
        </w:rPr>
        <w:t>א. הסופר כתב ספר על ספרייה קסומה. (ס־פ־ר)</w:t>
      </w:r>
    </w:p>
    <w:p>
      <w:pPr>
        <w:bidi/>
        <w:spacing w:before="0" w:after="100"/>
        <w:jc w:val="both"/>
      </w:pPr>
      <w:r>
        <w:rPr>
          <w:rtl/>
        </w:rPr>
        <w:t>ב. בזמן הרכיבה ראינו רוכב על סוס לבן. (ר־כ־ב)</w:t>
      </w:r>
    </w:p>
    <w:p>
      <w:pPr>
        <w:bidi/>
        <w:spacing w:before="0" w:after="100"/>
        <w:jc w:val="both"/>
      </w:pPr>
      <w:r>
        <w:rPr>
          <w:rtl/>
        </w:rPr>
        <w:t>ג. הטקס נפתח בפתיחה חגיגית, והשערים היו פתוחים. (פ־ת־ח)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הסדנה של סבא*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לסבא שלי יש סדנה קטנה בחצר. שם הוא מתקן רהיטים ישנים ובונה מדפים. על הקיר תלויים כלי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עבודה: מסור, פטיש ומברג.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בשבוע שעבר עבדנו יחד. סבא ניסר קרשים במסור, ואני הברגתי את הברגים במברג. בסוף היה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לנו מדף חדש, וסבא אמר: "עבדת כמו נגר אמיתי!"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אריה קרני, 2022. מתוך הקובץ «סיפורים מן החצר».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מצאו בקטע «הסדנה של סבא» את המילים מכל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מן הקטע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ע־ב־ד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נ־ס־ר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ב־ר־ג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מה בנו סבא והנכד, ובאיזה כלי עבד כל אחד מהם? ענו במשפט אחד או שניים.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לפחות ארבע מילים ממשפחת השורש פ־ת־ח, וליד כל אחת – הסבר קצר.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כלי שימושי בבית (למשל מצלמה, מגהץ או מברשת). השתמשו לפחות בשלוש מילים מן השורש של שם הכלי, ומתחו קו מתחתיהן.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5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5: מילות קישור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מה עושות מילות קישור?</w:t>
      </w:r>
    </w:p>
    <w:p>
      <w:pPr>
        <w:bidi/>
        <w:spacing w:before="0" w:after="40"/>
        <w:jc w:val="both"/>
      </w:pPr>
      <w:r>
        <w:rPr>
          <w:rtl/>
        </w:rPr>
        <w:t>מילות קישור מחברות בין מילים, בין חלקי משפט ובין משפטים, ומראות מה הקשר בין הרעיונות.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ארבעה סוגי קשר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הקשר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ו, גם, וכן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 וגם חלב.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אך, אולם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רציתי לצאת, אבל ירד גשם.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 ותוצאה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לכן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יצאנו כי ירד גשם.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ברירה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תרצה תה או קפה?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«כי» או «לכן»?</w:t>
      </w:r>
    </w:p>
    <w:p>
      <w:pPr>
        <w:bidi/>
        <w:spacing w:before="0" w:after="20"/>
        <w:jc w:val="both"/>
      </w:pPr>
      <w:r>
        <w:rPr>
          <w:rtl/>
        </w:rPr>
        <w:t>1. «כי» באה לפני הסיבה – עונה על «למה?».</w:t>
      </w:r>
    </w:p>
    <w:p>
      <w:pPr>
        <w:bidi/>
        <w:spacing w:before="0" w:after="20"/>
        <w:jc w:val="both"/>
      </w:pPr>
      <w:r>
        <w:rPr>
          <w:rtl/>
        </w:rPr>
        <w:t>2. «לכן» באה לפני התוצאה – מה קרה בגלל זה.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אותו רעיון בשתי דרכים: לא יצאנו כי ירד גשם. · ירד גשם, לכן לא יצאנו.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כל משפט בדרך משלכם: (1) «אני אוהב/ת חורף כי...» (2) «רציתי ללכת לים, אבל...»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«כי» או «לכן».</w:t>
      </w:r>
    </w:p>
    <w:p>
      <w:pPr>
        <w:bidi/>
        <w:spacing w:before="0" w:after="60"/>
        <w:jc w:val="both"/>
      </w:pPr>
      <w:r>
        <w:rPr>
          <w:rtl/>
        </w:rPr>
        <w:t>א. הכלב נבח __________ שמע רעש.</w:t>
      </w:r>
    </w:p>
    <w:p>
      <w:pPr>
        <w:bidi/>
        <w:spacing w:before="0" w:after="60"/>
        <w:jc w:val="both"/>
      </w:pPr>
      <w:r>
        <w:rPr>
          <w:rtl/>
        </w:rPr>
        <w:t>ב. הכביש היה רטוב, __________ נהגנו לאט.</w:t>
      </w:r>
    </w:p>
    <w:p>
      <w:pPr>
        <w:bidi/>
        <w:spacing w:before="0" w:after="60"/>
        <w:jc w:val="both"/>
      </w:pPr>
      <w:r>
        <w:rPr>
          <w:rtl/>
        </w:rPr>
        <w:t>ג. דנה צחקה __________ הבדיחה הייתה מצחיקה.</w:t>
      </w:r>
    </w:p>
    <w:p>
      <w:pPr>
        <w:bidi/>
        <w:spacing w:before="0" w:after="60"/>
        <w:jc w:val="both"/>
      </w:pPr>
      <w:r>
        <w:rPr>
          <w:rtl/>
        </w:rPr>
        <w:t>ד. קמתי מוקדם, __________ הספקתי לאכול ארוחת 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את תחילת המשפט לסופו.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רציתי לקנות גלידה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אבל לא היה לי כסף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השקינו את העציץ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לכן נרדמתי באמצע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הסרט היה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 בעיפרון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אפשר לכתוב בעט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כי הוא התייבש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60"/>
        <w:jc w:val="both"/>
      </w:pPr>
      <w:r>
        <w:rPr>
          <w:rtl/>
        </w:rPr>
        <w:t>א. במשפט «ירד שלג, לכן הלימודים בוטלו» – «לכן» באה לפני התוצאה.      נכון / לא נכון</w:t>
      </w:r>
    </w:p>
    <w:p>
      <w:pPr>
        <w:bidi/>
        <w:spacing w:before="0" w:after="60"/>
        <w:jc w:val="both"/>
      </w:pPr>
      <w:r>
        <w:rPr>
          <w:rtl/>
        </w:rPr>
        <w:t>ב. «אבל» היא מילת קישור של הוספה.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המשפטים: משפטים עם קשר של סיבה ומשפטים עם קשר של ניגוד.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שתיתי מים כי הייתי צמא.  |  הבית קטן אבל נעים.  |  לבשתי מעיל כי היה קר.  |  הסרט ארוך אך מעניין.  |  מיהרנו כי האוטובוס הגיע.  |  התאמנתי, אולם הפסדתי.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מילת קישור מן המחסן. כל מילה – פעם אחת.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מחסן מילים: וגם  |  אבל  |  כי  |  לכן  |  או</w:t>
      </w:r>
    </w:p>
    <w:p>
      <w:pPr>
        <w:bidi/>
        <w:spacing w:before="0" w:after="60"/>
        <w:jc w:val="both"/>
      </w:pPr>
      <w:r>
        <w:rPr>
          <w:rtl/>
        </w:rPr>
        <w:t>א. בטיול לקחנו כובע __________ בקבוק מים.</w:t>
      </w:r>
    </w:p>
    <w:p>
      <w:pPr>
        <w:bidi/>
        <w:spacing w:before="0" w:after="60"/>
        <w:jc w:val="both"/>
      </w:pPr>
      <w:r>
        <w:rPr>
          <w:rtl/>
        </w:rPr>
        <w:t>ב. רצינו לקטוף תותים, __________ השדה היה סגור.</w:t>
      </w:r>
    </w:p>
    <w:p>
      <w:pPr>
        <w:bidi/>
        <w:spacing w:before="0" w:after="60"/>
        <w:jc w:val="both"/>
      </w:pPr>
      <w:r>
        <w:rPr>
          <w:rtl/>
        </w:rPr>
        <w:t>ג. הצמח נבל __________ לא השקינו אותו.</w:t>
      </w:r>
    </w:p>
    <w:p>
      <w:pPr>
        <w:bidi/>
        <w:spacing w:before="0" w:after="60"/>
        <w:jc w:val="both"/>
      </w:pPr>
      <w:r>
        <w:rPr>
          <w:rtl/>
        </w:rPr>
        <w:t>ד. ירד גשם חזק, __________ המשחק נדחה.</w:t>
      </w:r>
    </w:p>
    <w:p>
      <w:pPr>
        <w:bidi/>
        <w:spacing w:before="0" w:after="60"/>
        <w:jc w:val="both"/>
      </w:pPr>
      <w:r>
        <w:rPr>
          <w:rtl/>
        </w:rPr>
        <w:t>ה. תרצו לשבת בפנים __________ בחוץ?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הסיבה ומה התוצאה?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נרטבתי כי שכחתי מטרייה.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הכביש היה חלק, לכן נסענו לאט.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החנות נסגרה כי היה חג.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איזו מילה אפשר לכתוב במקום מילת הקישור שבמשפט, בלי לשנות את המשמעות?</w:t>
      </w:r>
    </w:p>
    <w:p>
      <w:pPr>
        <w:bidi/>
        <w:spacing w:before="0" w:after="20"/>
        <w:jc w:val="both"/>
      </w:pPr>
      <w:r>
        <w:rPr>
          <w:rtl/>
        </w:rPr>
        <w:t>א. התעייפנו, אבל המשכנו ללכת.</w:t>
      </w:r>
    </w:p>
    <w:p>
      <w:pPr>
        <w:bidi/>
        <w:spacing w:before="0" w:after="80"/>
        <w:jc w:val="both"/>
      </w:pPr>
      <w:r>
        <w:rPr>
          <w:rtl/>
        </w:rPr>
        <w:t xml:space="preserve">   ○ אך      ○ לכן      ○ או</w:t>
      </w:r>
    </w:p>
    <w:p>
      <w:pPr>
        <w:bidi/>
        <w:spacing w:before="0" w:after="20"/>
        <w:jc w:val="both"/>
      </w:pPr>
      <w:r>
        <w:rPr>
          <w:rtl/>
        </w:rPr>
        <w:t>ב. קנינו לחם וגם חלב.</w:t>
      </w:r>
    </w:p>
    <w:p>
      <w:pPr>
        <w:bidi/>
        <w:spacing w:before="0" w:after="80"/>
        <w:jc w:val="both"/>
      </w:pPr>
      <w:r>
        <w:rPr>
          <w:rtl/>
        </w:rPr>
        <w:t xml:space="preserve">   ○ וכן      ○ כי      ○ אולם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הגינה של כיתה ד'*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השנה החלטנו לשתול גינה ליד הכיתה. בהתחלה האדמה הייתה קשה ויבשה, לכן הוספנו לה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קומפוסט והשקינו אותה הרבה.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שתלנו עגבניות, חסה וגם נענע. העגבניות גדלו מהר, אבל החסה לא הצליחה, כי השמש הייתה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חזקה מדי בשבילה.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בפעם הבאה נשתול את החסה בפינה מוצלת, או נבנה לה גג קטן מבד.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מרים נווה, 2024.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מצאו בקטע «הגינה של כיתה ד'» מילת קישור לכל סוג 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הקשר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 בקטע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תוצאה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ברירה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למה החסה לא הצליחה, ומה התלמידים מתכננים לעשות? כתבו משפט אחד עם «כי» ומשפט אחד עם «או».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«כי», «לכן», «אבל» או «או» – הפעם בלי מחסן.</w:t>
      </w:r>
    </w:p>
    <w:p>
      <w:pPr>
        <w:bidi/>
        <w:spacing w:before="0" w:after="60"/>
        <w:jc w:val="both"/>
      </w:pPr>
      <w:r>
        <w:rPr>
          <w:rtl/>
        </w:rPr>
        <w:t>א. רציתי לישון, __________ השכנים עשו רעש.</w:t>
      </w:r>
    </w:p>
    <w:p>
      <w:pPr>
        <w:bidi/>
        <w:spacing w:before="0" w:after="60"/>
        <w:jc w:val="both"/>
      </w:pPr>
      <w:r>
        <w:rPr>
          <w:rtl/>
        </w:rPr>
        <w:t>ב. לא הלכתי לחוג __________ כאב לי הראש.</w:t>
      </w:r>
    </w:p>
    <w:p>
      <w:pPr>
        <w:bidi/>
        <w:spacing w:before="0" w:after="60"/>
        <w:jc w:val="both"/>
      </w:pPr>
      <w:r>
        <w:rPr>
          <w:rtl/>
        </w:rPr>
        <w:t>ג. אפשר לבוא ברגל __________ באופניים.</w:t>
      </w:r>
    </w:p>
    <w:p>
      <w:pPr>
        <w:bidi/>
        <w:spacing w:before="0" w:after="60"/>
        <w:jc w:val="both"/>
      </w:pPr>
      <w:r>
        <w:rPr>
          <w:rtl/>
        </w:rPr>
        <w:t>ד. התאמנו כל השבוע, __________ ניצחנו במשחק.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פסקה (3–4 משפטים) שמשכנעת את חבריכם לכיתה לשתול גינה. השתמשו ב«כי», ב«לכן» וב«אבל».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6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6: סימני פיסוק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הסימנים ומתי כותבים אותם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נקודה 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שמוסר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יום ראשון.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שאלה 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נצא?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קריאה 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התרגשות, הפתעה, בקשה חזקה או ציווי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היזהרו!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פסיק 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בין פריטים ברשימה ובין חלקי משפט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לחם, חלב וגבינה.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נקודתיים 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רשימה או לפני דברים שמישהו 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אמרה: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מירכאות " "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סביב המילים המדויקות שנאמרו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"הארוחה מוכנה."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שני כללים חשובים</w:t>
      </w:r>
    </w:p>
    <w:p>
      <w:pPr>
        <w:bidi/>
        <w:spacing w:before="0" w:after="20"/>
        <w:jc w:val="both"/>
      </w:pPr>
      <w:r>
        <w:rPr>
          <w:rtl/>
        </w:rPr>
        <w:t>1. ברשימה רגילה בדרך כלל לא שמים פסיק לפני ה־ו האחרונה: תפוח, בננה ואגס.</w:t>
      </w:r>
    </w:p>
    <w:p>
      <w:pPr>
        <w:bidi/>
        <w:spacing w:before="0" w:after="20"/>
        <w:jc w:val="both"/>
      </w:pPr>
      <w:r>
        <w:rPr>
          <w:rtl/>
        </w:rPr>
        <w:t>2. כשמצטטים: נקודתיים, ואחריהם המילים בתוך מירכאות.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היום הראשון בחוג*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ביום שלישי הלכתי בפעם הראשונה לחוג קרמיקה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המדריכה אמרה ברוכים הבאים היום נכין קערה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היו שם חימר מים מגבות וסכינים קטנות מעץ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איזה כיף היה מתי יהיה המפגש הבא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גלעד אלמוג, 2017.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העתיקו את הקטע «היום הראשון בחוג» והוסיפו את כל סימני הפיסוק החסרים.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סימן לתפקידו.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נקודה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מקיפות דברים שנאמרו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סימן שאלה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בסוף משפט שמוסר מידע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מפריד בין פריטים ברשימה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מירכאות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לפני רשימה או ציטוט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נקודתיים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בסוף שאלה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</w:t>
      </w:r>
    </w:p>
    <w:p>
      <w:pPr>
        <w:bidi/>
        <w:spacing w:before="0" w:after="60"/>
        <w:jc w:val="both"/>
      </w:pPr>
      <w:r>
        <w:rPr>
          <w:rtl/>
        </w:rPr>
        <w:t>א. שמים פסיק לפני «ו» האחרונה ברשימה.      נכון / לא נכון</w:t>
      </w:r>
    </w:p>
    <w:p>
      <w:pPr>
        <w:bidi/>
        <w:spacing w:before="0" w:after="60"/>
        <w:jc w:val="both"/>
      </w:pPr>
      <w:r>
        <w:rPr>
          <w:rtl/>
        </w:rPr>
        <w:t>ב. סימן קריאה יכול לבטא התרגשות.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 לפי הסימן שצריך לבוא בסופם.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מתי מתחיל השיעור  |  איזה מזל  |  אנחנו גרים בקומה שלישית  |  למה הכלב נובח  |  כל הכבוד לך  |  החתול ישן על הספה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?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!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הסימן החסר.</w:t>
      </w:r>
    </w:p>
    <w:p>
      <w:pPr>
        <w:bidi/>
        <w:spacing w:before="0" w:after="60"/>
        <w:jc w:val="both"/>
      </w:pPr>
      <w:r>
        <w:rPr>
          <w:rtl/>
        </w:rPr>
        <w:t>א. סבתא שאלה__________ "מי רוצה תה?"</w:t>
      </w:r>
    </w:p>
    <w:p>
      <w:pPr>
        <w:bidi/>
        <w:spacing w:before="0" w:after="60"/>
        <w:jc w:val="both"/>
      </w:pPr>
      <w:r>
        <w:rPr>
          <w:rtl/>
        </w:rPr>
        <w:t>ב. אבא קרא: "בואו לאכול__________"</w:t>
      </w:r>
    </w:p>
    <w:p>
      <w:pPr>
        <w:bidi/>
        <w:spacing w:before="0" w:after="60"/>
        <w:jc w:val="both"/>
      </w:pPr>
      <w:r>
        <w:rPr>
          <w:rtl/>
        </w:rPr>
        <w:t>ג. נועה אמרה: "אני כבר באה__________"</w:t>
      </w:r>
    </w:p>
    <w:p>
      <w:pPr>
        <w:bidi/>
        <w:spacing w:before="0" w:after="60"/>
        <w:jc w:val="both"/>
      </w:pPr>
      <w:r>
        <w:rPr>
          <w:rtl/>
        </w:rPr>
        <w:t>ד. יואב שאל: "איפה הנעליים שלי__________"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לכל סימן כתבו מתי משתמשים בו, וכתבו דוגמה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 משתמשים בו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משלי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משפט יש טעות בפיסוק. העתיקו אותו בצורה הנכונה.</w:t>
      </w:r>
    </w:p>
    <w:p>
      <w:pPr>
        <w:bidi/>
        <w:spacing w:before="0" w:after="100"/>
        <w:jc w:val="both"/>
      </w:pPr>
      <w:r>
        <w:rPr>
          <w:rtl/>
        </w:rPr>
        <w:t>א. מה שמך.</w:t>
      </w:r>
    </w:p>
    <w:p>
      <w:pPr>
        <w:bidi/>
        <w:spacing w:before="0" w:after="100"/>
        <w:jc w:val="both"/>
      </w:pPr>
      <w:r>
        <w:rPr>
          <w:rtl/>
        </w:rPr>
        <w:t>ב. איזה יום יפה?</w:t>
      </w:r>
    </w:p>
    <w:p>
      <w:pPr>
        <w:bidi/>
        <w:spacing w:before="0" w:after="100"/>
        <w:jc w:val="both"/>
      </w:pPr>
      <w:r>
        <w:rPr>
          <w:rtl/>
        </w:rPr>
        <w:t>ג. המורה אמרה "פתחו את הספרים."</w:t>
      </w:r>
    </w:p>
    <w:p>
      <w:pPr>
        <w:bidi/>
        <w:spacing w:before="0" w:after="100"/>
        <w:jc w:val="both"/>
      </w:pPr>
      <w:r>
        <w:rPr>
          <w:rtl/>
        </w:rPr>
        <w:t>ד. בקופסה יש, עפרונות.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הפתעה ליום ההולדת*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ביום שישי חזרה מאיה מבית הספר. בבית היה חשוך ושקט. "מה קרה כאן?" שאלה בפליאה.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פתאום נדלק האור, וכולם צעקו: "הפתעה!" על השולחן היו עוגה, בלונים, מתנות ופרחים.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"איזו מסיבה נהדרת!" קראה מאיה בשמחה.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מרים הרפז, 2016. מתוך: «מסלולים» – כתב עת לילדים.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בקטע «הפתעה ליום ההולדת» דוגמה לכל סימן, והסבירו למה הוא שם.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מן הקטע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 הוא שם?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הקטע: מה בדיוק אמרה כל דמות? כתבו גם את סימן הסוף.</w:t>
      </w:r>
    </w:p>
    <w:p>
      <w:pPr>
        <w:bidi/>
        <w:spacing w:before="0" w:after="60"/>
        <w:jc w:val="both"/>
      </w:pPr>
      <w:r>
        <w:rPr>
          <w:rtl/>
        </w:rPr>
        <w:t>א. מאיה שאלה: "__________"</w:t>
      </w:r>
    </w:p>
    <w:p>
      <w:pPr>
        <w:bidi/>
        <w:spacing w:before="0" w:after="60"/>
        <w:jc w:val="both"/>
      </w:pPr>
      <w:r>
        <w:rPr>
          <w:rtl/>
        </w:rPr>
        <w:t>ב. כולם צעקו: "__________"</w:t>
      </w:r>
    </w:p>
    <w:p>
      <w:pPr>
        <w:bidi/>
        <w:spacing w:before="0" w:after="60"/>
        <w:jc w:val="both"/>
      </w:pPr>
      <w:r>
        <w:rPr>
          <w:rtl/>
        </w:rPr>
        <w:t>ג. מאיה קראה: "__________"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שאלה אחת וקריאה אחת שמאיה יכלה לומר כשראתה את המתנות. כתבו אותן בתוך מירכאות.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3–4 משפטים על הפתעה שקיבלתם. השתמשו לפחות בפסיק ברשימה, בסימן שאלה, בסימן קריאה ובנקודתיים עם מירכאות.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פרק 7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7: טקסט מידעי: רעיון מרכזי ופרטים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מהו טקסט מידעי?</w:t>
      </w:r>
    </w:p>
    <w:p>
      <w:pPr>
        <w:bidi/>
        <w:spacing w:before="0" w:after="40"/>
        <w:jc w:val="both"/>
      </w:pPr>
      <w:r>
        <w:rPr>
          <w:rtl/>
        </w:rPr>
        <w:t>טקסט שמלמד משהו חדש על נושא. יש בו בדרך כלל כותרת, פתיחה, פסקאות של פרטים וסיום.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לטקסטים מידעיים: כתבה בעיתון ילדים · ערך באנציקלופדיה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חלקי הטקסט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הוא?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(נושא: דבורים)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רעיון מרכזי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הדבר החשוב ביותר שהפסקה אומרת, לרוב במשפט הראשון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דבורים חשובות מאוד לטבע.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פרטים תומכים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עובדות, דוגמאות ומספרים שמסבירים את הרעיון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 מאביקות פרחים ומייצרות דבש.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קצרה, ומתאימה לכל הטקסט ולא לפרט אחד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הדבורה – חרק קטן עם תפקיד גדול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שתי שאלות שעוזרות</w:t>
      </w:r>
    </w:p>
    <w:p>
      <w:pPr>
        <w:bidi/>
        <w:spacing w:before="0" w:after="20"/>
        <w:jc w:val="both"/>
      </w:pPr>
      <w:r>
        <w:rPr>
          <w:rtl/>
        </w:rPr>
        <w:t>1. על מה מדבר כל הקטע? זה הנושא.</w:t>
      </w:r>
    </w:p>
    <w:p>
      <w:pPr>
        <w:bidi/>
        <w:spacing w:before="0" w:after="20"/>
        <w:jc w:val="both"/>
      </w:pPr>
      <w:r>
        <w:rPr>
          <w:rtl/>
        </w:rPr>
        <w:t>2. מה הקטע אומר על הנושא? זה הרעיון המרכזי.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הזית*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עץ הזית הוא אחד העצים הנפוצים בארץ ישראל. הוא יכול לחיות מאות שנים, ויש בארץ עצי זית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עתיקים מאוד.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מפרי הזית מכינים שמן. בעבר השתמשו בשמן זית לא רק לאוכל אלא גם להדלקת נרות ומנורות.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גם היום שמן זית הוא חלק חשוב מהמטבח הישראלי.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הזית צריך מעט מים ומתאים לאקלים החם והיבש של הארץ. בסתיו מתקיים מסיק הזיתים –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קוטפים את הפרי מהעצים.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יעל אדלר, 2017. מתוך: «מסלולים» – כתב עת לילדים.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כותרת נוספת מתאימה לקטע?</w:t>
      </w:r>
    </w:p>
    <w:p>
      <w:pPr>
        <w:bidi/>
        <w:spacing w:before="0" w:after="80"/>
        <w:jc w:val="both"/>
      </w:pPr>
      <w:r>
        <w:rPr>
          <w:rtl/>
        </w:rPr>
        <w:t xml:space="preserve">   ○ איך מדליקים נרות      ○ עץ הזית ופירותיו      ○ הסתיו בארץ ישראל</w:t>
      </w:r>
    </w:p>
    <w:p>
      <w:pPr>
        <w:bidi/>
        <w:spacing w:before="0" w:after="20"/>
        <w:jc w:val="both"/>
      </w:pPr>
      <w:r>
        <w:rPr>
          <w:rtl/>
        </w:rPr>
        <w:t>ב. מתי מתקיים מסיק הזיתים?</w:t>
      </w:r>
    </w:p>
    <w:p>
      <w:pPr>
        <w:bidi/>
        <w:spacing w:before="0" w:after="80"/>
        <w:jc w:val="both"/>
      </w:pPr>
      <w:r>
        <w:rPr>
          <w:rtl/>
        </w:rPr>
        <w:t xml:space="preserve">   ○ באביב      ○ בקיץ      ○ בסתיו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הקטע.</w:t>
      </w:r>
    </w:p>
    <w:p>
      <w:pPr>
        <w:bidi/>
        <w:spacing w:before="0" w:after="60"/>
        <w:jc w:val="both"/>
      </w:pPr>
      <w:r>
        <w:rPr>
          <w:rtl/>
        </w:rPr>
        <w:t>א. עץ הזית יכול לחיות __________ שנים.</w:t>
      </w:r>
    </w:p>
    <w:p>
      <w:pPr>
        <w:bidi/>
        <w:spacing w:before="0" w:after="60"/>
        <w:jc w:val="both"/>
      </w:pPr>
      <w:r>
        <w:rPr>
          <w:rtl/>
        </w:rPr>
        <w:t>ב. בעבר השתמשו בשמן זית גם להדלקת __________.</w:t>
      </w:r>
    </w:p>
    <w:p>
      <w:pPr>
        <w:bidi/>
        <w:spacing w:before="0" w:after="60"/>
        <w:jc w:val="both"/>
      </w:pPr>
      <w:r>
        <w:rPr>
          <w:rtl/>
        </w:rPr>
        <w:t>ג. הזית מתאים לאקלים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הרעיון המרכזי של הפסקה השנייה במשפט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המשפטים: איזה משפט הוא הרעיון המרכזי ואילו הם פרטים תומכים?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ים המלח הוא מקום מיוחד מאוד.  |  הוא המקום הנמוך ביותר על פני כדור הארץ.  |  המים בו מלוחים מאוד.  |  קל מאוד לצוף בו.  |  אין בו דגים.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תומך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מכל פסקה קצרה את המשפט שמבטא את הרעיון המרכזי. שימו לב: הוא לא תמיד ראשון!</w:t>
      </w:r>
    </w:p>
    <w:p>
      <w:pPr>
        <w:bidi/>
        <w:spacing w:before="0" w:after="100"/>
        <w:jc w:val="both"/>
      </w:pPr>
      <w:r>
        <w:rPr>
          <w:rtl/>
        </w:rPr>
        <w:t>א. לנמלים יש חיים חברתיים מסודרים. כל נמלה בקן ממלאת תפקיד. יש נמלים שאוספות מזון, ויש כאלה ששומרות על הקן.</w:t>
      </w:r>
    </w:p>
    <w:p>
      <w:pPr>
        <w:bidi/>
        <w:spacing w:before="0" w:after="100"/>
        <w:jc w:val="both"/>
      </w:pPr>
      <w:r>
        <w:rPr>
          <w:rtl/>
        </w:rPr>
        <w:t>ב. האופניים הם כלי תחבורה שימושי. הם לא מזהמים את האוויר. הם גם עוזרים לשמור על הכושר.</w:t>
      </w:r>
    </w:p>
    <w:p>
      <w:pPr>
        <w:bidi/>
        <w:spacing w:before="0" w:after="100"/>
        <w:jc w:val="both"/>
      </w:pPr>
      <w:r>
        <w:rPr>
          <w:rtl/>
        </w:rPr>
        <w:t>ג. אחרי גשם השבילים בוציים. בקיץ השמש חמה מאוד. בחורף קר מאוד בלילה. לכן כדאי להתכונן היטב לפני כל טיול.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שעון השמש*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לפני אלפי שנים לא היו לאנשים שעונים כמו שלנו. כדי לדעת מה השעה, הם נעזרו בשמש.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שעון שמש בנוי ממקל שעומד על משטח שטוח. כשהשמש נעה בשמיים במשך היום, הצל של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המקל זז על המשטח. על המשטח סימנו קווים, וכל קו הראה שעה אחרת.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לשעון השמש היו גם חסרונות: הוא לא עבד בלילה, וגם לא ביום מעונן. לכן המציאו אנשים גם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שעוני מים ושעוני חול, שעבדו בכל שעה.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חן זילברמן, 2023.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לפי הקטע «שעון השמש».</w:t>
      </w:r>
    </w:p>
    <w:p>
      <w:pPr>
        <w:bidi/>
        <w:spacing w:before="0" w:after="60"/>
        <w:jc w:val="both"/>
      </w:pPr>
      <w:r>
        <w:rPr>
          <w:rtl/>
        </w:rPr>
        <w:t>א. שעון שמש בנוי ממקל שעומד על משטח __________.</w:t>
      </w:r>
    </w:p>
    <w:p>
      <w:pPr>
        <w:bidi/>
        <w:spacing w:before="0" w:after="60"/>
        <w:jc w:val="both"/>
      </w:pPr>
      <w:r>
        <w:rPr>
          <w:rtl/>
        </w:rPr>
        <w:t>ב. כשהשמש נעה, ה__________ של המקל זז.</w:t>
      </w:r>
    </w:p>
    <w:p>
      <w:pPr>
        <w:bidi/>
        <w:spacing w:before="0" w:after="60"/>
        <w:jc w:val="both"/>
      </w:pPr>
      <w:r>
        <w:rPr>
          <w:rtl/>
        </w:rPr>
        <w:t>ג. שעון השמש לא עבד ב__________ וגם לא ביום מעונן.</w:t>
      </w:r>
    </w:p>
    <w:p>
      <w:pPr>
        <w:bidi/>
        <w:spacing w:before="0" w:after="60"/>
        <w:jc w:val="both"/>
      </w:pPr>
      <w:r>
        <w:rPr>
          <w:rtl/>
        </w:rPr>
        <w:t>ד. אנשים המציאו גם שעוני מים ושעוני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בקצרה על מה מספרת כל פסקה בקטע «שעון השמש».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על מה היא מספרת?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לפי הקטע «שעון השמש».</w:t>
      </w:r>
    </w:p>
    <w:p>
      <w:pPr>
        <w:bidi/>
        <w:spacing w:before="0" w:after="20"/>
        <w:jc w:val="both"/>
      </w:pPr>
      <w:r>
        <w:rPr>
          <w:rtl/>
        </w:rPr>
        <w:t>א. איזו כותרת מתאימה לפסקה השלישית?</w:t>
      </w:r>
    </w:p>
    <w:p>
      <w:pPr>
        <w:bidi/>
        <w:spacing w:before="0" w:after="80"/>
        <w:jc w:val="both"/>
      </w:pPr>
      <w:r>
        <w:rPr>
          <w:rtl/>
        </w:rPr>
        <w:t xml:space="preserve">   ○ מקל וצל      ○ כשהשמש לא עוזרת      ○ שעון יד חדש</w:t>
      </w:r>
    </w:p>
    <w:p>
      <w:pPr>
        <w:bidi/>
        <w:spacing w:before="0" w:after="20"/>
        <w:jc w:val="both"/>
      </w:pPr>
      <w:r>
        <w:rPr>
          <w:rtl/>
        </w:rPr>
        <w:t>ב. למה המציאו שעוני מים ושעוני חול?</w:t>
      </w:r>
    </w:p>
    <w:p>
      <w:pPr>
        <w:bidi/>
        <w:spacing w:before="0" w:after="80"/>
        <w:jc w:val="both"/>
      </w:pPr>
      <w:r>
        <w:rPr>
          <w:rtl/>
        </w:rPr>
        <w:t xml:space="preserve">   ○ כי הם יפים יותר      ○ כי הם עבדו גם בלילה וביום מעונן      ○ כי פעם לא הייתה שמש</w:t>
      </w:r>
    </w:p>
    <w:p>
      <w:pPr>
        <w:bidi/>
        <w:spacing w:before="0" w:after="20"/>
        <w:jc w:val="both"/>
      </w:pPr>
      <w:r>
        <w:rPr>
          <w:rtl/>
        </w:rPr>
        <w:t>ג. מה המטרה של הקטע?</w:t>
      </w:r>
    </w:p>
    <w:p>
      <w:pPr>
        <w:bidi/>
        <w:spacing w:before="0" w:after="80"/>
        <w:jc w:val="both"/>
      </w:pPr>
      <w:r>
        <w:rPr>
          <w:rtl/>
        </w:rPr>
        <w:t xml:space="preserve">   ○ לספר סיפור מצחיק      ○ ללמד איך מדדו זמן בעבר      ○ לשכנע לקנות שעון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מן הקטע את ההסבר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משטח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דברים לא טובים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חסרונות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מלא עננים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המציאו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שטח ישר וחלק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מעונן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יצרו דבר 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יתרון אחד של השעון שלנו היום לעומת שעון השמש? נמקו בעזרת פרט מן הקטע.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טקסט מידעי קצר (3–4 משפטים) על בעל חיים שאתם מכירים: כותרת, משפט ראשון עם הרעיון המרכזי ושניים–שלושה פרטים תומכים.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במשפט הבא מצאו: שם עצם, שם תואר, פועל ומילת קישור.</w:t>
      </w:r>
    </w:p>
    <w:p>
      <w:pPr>
        <w:bidi/>
        <w:spacing w:before="0" w:after="100"/>
        <w:jc w:val="both"/>
      </w:pPr>
      <w:r>
        <w:rPr>
          <w:rtl/>
        </w:rPr>
        <w:t>א. הילדה הקטנה רצה מהר, כי האוטובוס הגיע.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בצורה הנכונה.</w:t>
      </w:r>
    </w:p>
    <w:p>
      <w:pPr>
        <w:bidi/>
        <w:spacing w:before="0" w:after="60"/>
        <w:jc w:val="both"/>
      </w:pPr>
      <w:r>
        <w:rPr>
          <w:rtl/>
        </w:rPr>
        <w:t>א. קטפנו תפוזים __________ (מתוק).</w:t>
      </w:r>
    </w:p>
    <w:p>
      <w:pPr>
        <w:bidi/>
        <w:spacing w:before="0" w:after="60"/>
        <w:jc w:val="both"/>
      </w:pPr>
      <w:r>
        <w:rPr>
          <w:rtl/>
        </w:rPr>
        <w:t>ב. מחר הן __________ (כתב) עבודה.</w:t>
      </w:r>
    </w:p>
    <w:p>
      <w:pPr>
        <w:bidi/>
        <w:spacing w:before="0" w:after="60"/>
        <w:jc w:val="both"/>
      </w:pPr>
      <w:r>
        <w:rPr>
          <w:rtl/>
        </w:rPr>
        <w:t>ג. השורש של «מספרה» הוא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שלושה משפטים על החופשה האחרונה שלכם. השתמשו בפועל בעבר, בשם תואר, במילת קישור ובסימני פיסוק נכונים.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ahoma" w:hAnsi="Tahoma" w:cs="Tahoma"/>
          <w:b/>
          <w:bCs/>
          <w:color w:val="4338CA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בלשון לכיתה ד'.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1: שם עצם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שם כללי מתאים לכל שם פרטי.</w:t>
      </w:r>
    </w:p>
    <w:p>
      <w:pPr>
        <w:bidi/>
        <w:spacing w:before="0" w:after="40"/>
        <w:jc w:val="both"/>
      </w:pPr>
      <w:r>
        <w:rPr>
          <w:rtl/>
        </w:rPr>
        <w:t>א. חיפה היא עיר בצפון הארץ.</w:t>
      </w:r>
    </w:p>
    <w:p>
      <w:pPr>
        <w:bidi/>
        <w:spacing w:before="0" w:after="40"/>
        <w:jc w:val="both"/>
      </w:pPr>
      <w:r>
        <w:rPr>
          <w:rtl/>
        </w:rPr>
        <w:t>ב. הכנרת היא אגם גדול.</w:t>
      </w:r>
    </w:p>
    <w:p>
      <w:pPr>
        <w:bidi/>
        <w:spacing w:before="0" w:after="40"/>
        <w:jc w:val="both"/>
      </w:pPr>
      <w:r>
        <w:rPr>
          <w:rtl/>
        </w:rPr>
        <w:t>ג. החרמון הוא הר גבוה.</w:t>
      </w:r>
    </w:p>
    <w:p>
      <w:pPr>
        <w:bidi/>
        <w:spacing w:before="0" w:after="40"/>
        <w:jc w:val="both"/>
      </w:pPr>
      <w:r>
        <w:rPr>
          <w:rtl/>
        </w:rPr>
        <w:t>ד. רקסי הוא כלב של השכנים.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צורת הרבים.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שמלות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מכתבים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כוכבים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תמונות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עפיפון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עפיפונים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לזכר ולנקבה. בדקו בעזרת «אחד» / «אחת».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קיר, כדור, 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דלת, עין, אוזן, שמש, רגל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40"/>
        <w:jc w:val="both"/>
      </w:pPr>
      <w:r>
        <w:rPr>
          <w:rtl/>
        </w:rPr>
        <w:t>א. «ירדן» יכול להיות שם פרטי של ילד וגם של נהר. – נכון</w:t>
      </w:r>
    </w:p>
    <w:p>
      <w:pPr>
        <w:bidi/>
        <w:spacing w:before="0" w:after="40"/>
        <w:jc w:val="both"/>
      </w:pPr>
      <w:r>
        <w:rPr>
          <w:rtl/>
        </w:rPr>
        <w:t>ב. המילה «חלומות» היא בלשון נקבה כי היא מסתיימת ב־ות. – לא נכון – «חלום» הוא זכר: חלום אחד</w:t>
      </w:r>
    </w:p>
    <w:p>
      <w:pPr>
        <w:bidi/>
        <w:spacing w:before="0" w:after="40"/>
        <w:jc w:val="both"/>
      </w:pPr>
      <w:r>
        <w:rPr>
          <w:rtl/>
        </w:rPr>
        <w:t>ג. «שמחה» היא שם עצם.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שלושה שמות עצם שאתם רואים עכשיו בכיתה, וליד כל אחד – זכר או נקבה.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לוח – זכר; מחברת – נקבה; חלון – זכר.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צורת הרבים.</w:t>
      </w:r>
    </w:p>
    <w:p>
      <w:pPr>
        <w:bidi/>
        <w:spacing w:before="0" w:after="40"/>
        <w:jc w:val="both"/>
      </w:pPr>
      <w:r>
        <w:rPr>
          <w:rtl/>
        </w:rPr>
        <w:t>א. סוס אחד – שלושה סוסים</w:t>
      </w:r>
    </w:p>
    <w:p>
      <w:pPr>
        <w:bidi/>
        <w:spacing w:before="0" w:after="40"/>
        <w:jc w:val="both"/>
      </w:pPr>
      <w:r>
        <w:rPr>
          <w:rtl/>
        </w:rPr>
        <w:t>ב. גינה אחת – שתי גינות</w:t>
      </w:r>
    </w:p>
    <w:p>
      <w:pPr>
        <w:bidi/>
        <w:spacing w:before="0" w:after="40"/>
        <w:jc w:val="both"/>
      </w:pPr>
      <w:r>
        <w:rPr>
          <w:rtl/>
        </w:rPr>
        <w:t>ג. שקית אחת – הרבה שקיות</w:t>
      </w:r>
    </w:p>
    <w:p>
      <w:pPr>
        <w:bidi/>
        <w:spacing w:before="0" w:after="40"/>
        <w:jc w:val="both"/>
      </w:pPr>
      <w:r>
        <w:rPr>
          <w:rtl/>
        </w:rPr>
        <w:t>ד. ענן אחד – שמיים מלאי עננים</w:t>
      </w:r>
    </w:p>
    <w:p>
      <w:pPr>
        <w:bidi/>
        <w:spacing w:before="0" w:after="40"/>
        <w:jc w:val="both"/>
      </w:pPr>
      <w:r>
        <w:rPr>
          <w:rtl/>
        </w:rPr>
        <w:t>ה. שיר אחד – חמישה שירים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מיינו את שמות העצם: שמות שאפשר לגעת בהם ושמות מופשטים (רגש או רעיון).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לגעת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מופשט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תפוח, מגבת, אבן, מטרייה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פחד, תקווה, ידידות, סקרנות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יחיד, רבים ומין. היזהרו – הסיומת לא תמיד מגלה את המין!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דלתות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מקומות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העתיקו מכל משפט את שמות העצם, וכתבו ליד כל אחד: פרטי או כללי.</w:t>
      </w:r>
    </w:p>
    <w:p>
      <w:pPr>
        <w:bidi/>
        <w:spacing w:before="0" w:after="100"/>
        <w:jc w:val="both"/>
      </w:pPr>
      <w:r>
        <w:rPr>
          <w:rtl/>
        </w:rPr>
        <w:t>א. דנה נסעה לאילת באוטובוס.  ← דנה – פרטי, אילת – פרטי, אוטובוס – כללי</w:t>
      </w:r>
    </w:p>
    <w:p>
      <w:pPr>
        <w:bidi/>
        <w:spacing w:before="0" w:after="100"/>
        <w:jc w:val="both"/>
      </w:pPr>
      <w:r>
        <w:rPr>
          <w:rtl/>
        </w:rPr>
        <w:t>ב. בירושלים יש חומה עתיקה.  ← ירושלים – פרטי, חומה – כללי</w:t>
      </w:r>
    </w:p>
    <w:p>
      <w:pPr>
        <w:bidi/>
        <w:spacing w:before="0" w:after="100"/>
        <w:jc w:val="both"/>
      </w:pPr>
      <w:r>
        <w:rPr>
          <w:rtl/>
        </w:rPr>
        <w:t>ג. הכלב של אורי נובח על החתול.  ← כלב – כללי, אורי – פרטי, חתול – כללי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לפי הקטע «הספרייה השכונתית».</w:t>
      </w:r>
    </w:p>
    <w:p>
      <w:pPr>
        <w:bidi/>
        <w:spacing w:before="0" w:after="40"/>
        <w:jc w:val="both"/>
      </w:pPr>
      <w:r>
        <w:rPr>
          <w:rtl/>
        </w:rPr>
        <w:t>א. על המדפים עומדים מאות ספרים.</w:t>
      </w:r>
    </w:p>
    <w:p>
      <w:pPr>
        <w:bidi/>
        <w:spacing w:before="0" w:after="40"/>
        <w:jc w:val="both"/>
      </w:pPr>
      <w:r>
        <w:rPr>
          <w:rtl/>
        </w:rPr>
        <w:t>ב. בפינת הספרייה יש כורסה רכה.</w:t>
      </w:r>
    </w:p>
    <w:p>
      <w:pPr>
        <w:bidi/>
        <w:spacing w:before="0" w:after="40"/>
        <w:jc w:val="both"/>
      </w:pPr>
      <w:r>
        <w:rPr>
          <w:rtl/>
        </w:rPr>
        <w:t>ג. השם של הספרנית הוא רותי.</w:t>
      </w:r>
    </w:p>
    <w:p>
      <w:pPr>
        <w:bidi/>
        <w:spacing w:before="0" w:after="40"/>
        <w:jc w:val="both"/>
      </w:pPr>
      <w:r>
        <w:rPr>
          <w:rtl/>
        </w:rPr>
        <w:t>ד. הילדים מקשיבים לסיפור בסקרנות.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בקטע «הספרייה השכונתית» דוגמה לכל סוג של שם 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מן הקטע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פרטי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כללי ביחיד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ספרייה / כורסה / חלון / סיפור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כללי ברבים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ספרים / מדפים / 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עצם מופשט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סקרנות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מקום בשכונה שלכם. השתמשו לפחות בשם פרטי אחד, בשני שמות עצם ברבים ובשם עצם מופשט אחד, ומתחו קו מתחתיהם.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ליד הבית שלי יש גן שעשועים בשם «גן הדקלים». יש בו נדנדות ומגלשות צבעוניות. אחרי הצוהריים ילדים רבים משחקים שם בשמחה.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2: שם תואר והתאמה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שם תואר מתאים מן המחסן והשלימו בצורה הנכונה.</w:t>
      </w:r>
    </w:p>
    <w:p>
      <w:pPr>
        <w:bidi/>
        <w:spacing w:before="0" w:after="40"/>
        <w:jc w:val="both"/>
      </w:pPr>
      <w:r>
        <w:rPr>
          <w:rtl/>
        </w:rPr>
        <w:t>א. האבטיח היה מתוק.</w:t>
      </w:r>
    </w:p>
    <w:p>
      <w:pPr>
        <w:bidi/>
        <w:spacing w:before="0" w:after="40"/>
        <w:jc w:val="both"/>
      </w:pPr>
      <w:r>
        <w:rPr>
          <w:rtl/>
        </w:rPr>
        <w:t>ב. הכרית שלי רכה.</w:t>
      </w:r>
    </w:p>
    <w:p>
      <w:pPr>
        <w:bidi/>
        <w:spacing w:before="0" w:after="40"/>
        <w:jc w:val="both"/>
      </w:pPr>
      <w:r>
        <w:rPr>
          <w:rtl/>
        </w:rPr>
        <w:t>ג. בחצר שמענו ילדים רועשים.</w:t>
      </w:r>
    </w:p>
    <w:p>
      <w:pPr>
        <w:bidi/>
        <w:spacing w:before="0" w:after="40"/>
        <w:jc w:val="both"/>
      </w:pPr>
      <w:r>
        <w:rPr>
          <w:rtl/>
        </w:rPr>
        <w:t>ד. שחינו רק במקום שאינו עמוק.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הצירוף הנכון.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הכיתה הנקייה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ספרים מעניינים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הדרך הארוכה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שם עצם בטור א שם תואר מתאים בטור ב. כתבו את המספר בריבוע.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בהירים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עוגייה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פריכה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נחל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אהובה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מכוניות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זורם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סבתא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על מזג האוויר היום, ובו שני שמות תואר.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היום יום קר וגשום.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שם תואר בטור א את ההפך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ישן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הצירוף ביחיד או 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חולצה לבנה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חולצות לבנות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נאמן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כלבים נאמנים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מגדל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מגדלים גבוהים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עיר גדולה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ערים גדולות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הוסיפו ה' הידיעה: השלימו את שם התואר.</w:t>
      </w:r>
    </w:p>
    <w:p>
      <w:pPr>
        <w:bidi/>
        <w:spacing w:before="0" w:after="40"/>
        <w:jc w:val="both"/>
      </w:pPr>
      <w:r>
        <w:rPr>
          <w:rtl/>
        </w:rPr>
        <w:t>א. ספר עבה – הספר העבה</w:t>
      </w:r>
    </w:p>
    <w:p>
      <w:pPr>
        <w:bidi/>
        <w:spacing w:before="0" w:after="40"/>
        <w:jc w:val="both"/>
      </w:pPr>
      <w:r>
        <w:rPr>
          <w:rtl/>
        </w:rPr>
        <w:t>ב. ילדות שמחות – הילדות השמחות</w:t>
      </w:r>
    </w:p>
    <w:p>
      <w:pPr>
        <w:bidi/>
        <w:spacing w:before="0" w:after="40"/>
        <w:jc w:val="both"/>
      </w:pPr>
      <w:r>
        <w:rPr>
          <w:rtl/>
        </w:rPr>
        <w:t>ג. בית ישן – הבית הישן</w:t>
      </w:r>
    </w:p>
    <w:p>
      <w:pPr>
        <w:bidi/>
        <w:spacing w:before="0" w:after="40"/>
        <w:jc w:val="both"/>
      </w:pPr>
      <w:r>
        <w:rPr>
          <w:rtl/>
        </w:rPr>
        <w:t>ד. עננים אפורים – העננים האפורים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בצירוף «הים השקט» יש התאמה ביידוע. – נכון</w:t>
      </w:r>
    </w:p>
    <w:p>
      <w:pPr>
        <w:bidi/>
        <w:spacing w:before="0" w:after="40"/>
        <w:jc w:val="both"/>
      </w:pPr>
      <w:r>
        <w:rPr>
          <w:rtl/>
        </w:rPr>
        <w:t>ב. «ארץ יפה» – ההתאמה נכונה. – נכון</w:t>
      </w:r>
    </w:p>
    <w:p>
      <w:pPr>
        <w:bidi/>
        <w:spacing w:before="0" w:after="40"/>
        <w:jc w:val="both"/>
      </w:pPr>
      <w:r>
        <w:rPr>
          <w:rtl/>
        </w:rPr>
        <w:t>ג. «עיניים כחולים» – ההתאמה נכונה. – לא נכון – עיניים כחולות – «עין» היא נקבה</w:t>
      </w:r>
    </w:p>
    <w:p>
      <w:pPr>
        <w:bidi/>
        <w:spacing w:before="0" w:after="40"/>
        <w:jc w:val="both"/>
      </w:pPr>
      <w:r>
        <w:rPr>
          <w:rtl/>
        </w:rPr>
        <w:t>ד. בעברית שם התואר בא בדרך כלל לפני שם העצם. – לא נכון – שם התואר בא בדרך כלל אחרי שם העצם</w:t>
      </w:r>
    </w:p>
    <w:p>
      <w:pPr>
        <w:bidi/>
        <w:spacing w:before="0" w:after="40"/>
        <w:jc w:val="both"/>
      </w:pPr>
      <w:r>
        <w:rPr>
          <w:rtl/>
        </w:rPr>
        <w:t>ה. במשפט «הכלבה הקטנה רצה מהר» שם התואר הוא «קטנה».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שמות התואר לפי המין והמספר.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אמיץ, עגול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שקטה, רכה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חזקים, ירוקים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נקיות, עייפות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העתיקו מן הקטע «הפינה הירוקה» את שם התואר שמתאר כל שם עצם, וכתבו את המין והמספר.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 ומספר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ירוקה / נעימה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 יחידה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 זית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 יחיד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ספסל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ארוך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 יחיד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קטנים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 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מעניינים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 רבים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ענו לפי הקטע «הפינה הירוקה».</w:t>
      </w:r>
    </w:p>
    <w:p>
      <w:pPr>
        <w:bidi/>
        <w:spacing w:before="0" w:after="20"/>
        <w:jc w:val="both"/>
      </w:pPr>
      <w:r>
        <w:rPr>
          <w:rtl/>
        </w:rPr>
        <w:t>א. איזה צבע של פרחים אינו מופיע בקטע?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אדום</w:t>
      </w:r>
    </w:p>
    <w:p>
      <w:pPr>
        <w:bidi/>
        <w:spacing w:before="0" w:after="20"/>
        <w:jc w:val="both"/>
      </w:pPr>
      <w:r>
        <w:rPr>
          <w:rtl/>
        </w:rPr>
        <w:t>ב. למה, לדעתכם, התלמידים יושבים דווקא בצל?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שם קריר ונעים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פינה שאתם אוהבים. השתמשו לפחות בארבעה שמות תואר: אחד בזכר יחיד, אחד בנקבה יחידה ושניים ברבים.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בבית שלי יש מרפסת קטנה. עליה עומד כיסא נוח ועציצים ירוקים. בערב נושבת שם רוח קרירה, ואני קוראת ספרים מצחיקים.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3: הפועל: זמנים וגופים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 את הפועל וכתבו את הזמן שלו.</w:t>
      </w:r>
    </w:p>
    <w:p>
      <w:pPr>
        <w:bidi/>
        <w:spacing w:before="0" w:after="100"/>
        <w:jc w:val="both"/>
      </w:pPr>
      <w:r>
        <w:rPr>
          <w:rtl/>
        </w:rPr>
        <w:t>א. הציפור עפה אל הקן.  ← עפה – עבר</w:t>
      </w:r>
    </w:p>
    <w:p>
      <w:pPr>
        <w:bidi/>
        <w:spacing w:before="0" w:after="100"/>
        <w:jc w:val="both"/>
      </w:pPr>
      <w:r>
        <w:rPr>
          <w:rtl/>
        </w:rPr>
        <w:t>ב. סבא ישתול עץ בחצר.  ← ישתול – עתיד</w:t>
      </w:r>
    </w:p>
    <w:p>
      <w:pPr>
        <w:bidi/>
        <w:spacing w:before="0" w:after="100"/>
        <w:jc w:val="both"/>
      </w:pPr>
      <w:r>
        <w:rPr>
          <w:rtl/>
        </w:rPr>
        <w:t>ג. אני אוהבת לצייר.  ← אוהבת – הווה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בעבר (ש־מ־ר)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שנו את המשפט לזמן עתיד.</w:t>
      </w:r>
    </w:p>
    <w:p>
      <w:pPr>
        <w:bidi/>
        <w:spacing w:before="0" w:after="40"/>
        <w:jc w:val="both"/>
      </w:pPr>
      <w:r>
        <w:rPr>
          <w:rtl/>
        </w:rPr>
        <w:t>א. דני אכל תפוח. ← מחר דני יאכל תפוח.</w:t>
      </w:r>
    </w:p>
    <w:p>
      <w:pPr>
        <w:bidi/>
        <w:spacing w:before="0" w:after="40"/>
        <w:jc w:val="both"/>
      </w:pPr>
      <w:r>
        <w:rPr>
          <w:rtl/>
        </w:rPr>
        <w:t>ב. אנחנו ציירנו פרח. ← מחר אנחנו נצייר פרח.</w:t>
      </w:r>
    </w:p>
    <w:p>
      <w:pPr>
        <w:bidi/>
        <w:spacing w:before="0" w:after="40"/>
        <w:jc w:val="both"/>
      </w:pPr>
      <w:r>
        <w:rPr>
          <w:rtl/>
        </w:rPr>
        <w:t>ג. היא כתבה שיר. ← מחר היא תכתוב שיר.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40"/>
        <w:jc w:val="both"/>
      </w:pPr>
      <w:r>
        <w:rPr>
          <w:rtl/>
        </w:rPr>
        <w:t>א. «נלך» הוא פועל בעתיד בגוף אנחנו. – נכון</w:t>
      </w:r>
    </w:p>
    <w:p>
      <w:pPr>
        <w:bidi/>
        <w:spacing w:before="0" w:after="40"/>
        <w:jc w:val="both"/>
      </w:pPr>
      <w:r>
        <w:rPr>
          <w:rtl/>
        </w:rPr>
        <w:t>ב. «הלכו» הוא פועל בהווה. – לא נכון – «הלכו» הוא בעבר</w:t>
      </w:r>
    </w:p>
    <w:p>
      <w:pPr>
        <w:bidi/>
        <w:spacing w:before="0" w:after="40"/>
        <w:jc w:val="both"/>
      </w:pPr>
      <w:r>
        <w:rPr>
          <w:rtl/>
        </w:rPr>
        <w:t>ג. «ישנה» יכול להיות פועל בהווה: היא ישנה עכשיו.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את הפועל מכל משפט.</w:t>
      </w:r>
    </w:p>
    <w:p>
      <w:pPr>
        <w:bidi/>
        <w:spacing w:before="0" w:after="100"/>
        <w:jc w:val="both"/>
      </w:pPr>
      <w:r>
        <w:rPr>
          <w:rtl/>
        </w:rPr>
        <w:t>א. התינוק בוכה בלילה.  ← בוכה</w:t>
      </w:r>
    </w:p>
    <w:p>
      <w:pPr>
        <w:bidi/>
        <w:spacing w:before="0" w:after="100"/>
        <w:jc w:val="both"/>
      </w:pPr>
      <w:r>
        <w:rPr>
          <w:rtl/>
        </w:rPr>
        <w:t>ב. הרוח הפילה את העציץ.  ← הפילה</w:t>
      </w:r>
    </w:p>
    <w:p>
      <w:pPr>
        <w:bidi/>
        <w:spacing w:before="0" w:after="100"/>
        <w:jc w:val="both"/>
      </w:pPr>
      <w:r>
        <w:rPr>
          <w:rtl/>
        </w:rPr>
        <w:t>ג. בערב נדליק נרות.  ← נדליק</w:t>
      </w:r>
    </w:p>
    <w:p>
      <w:pPr>
        <w:bidi/>
        <w:spacing w:before="0" w:after="100"/>
        <w:jc w:val="both"/>
      </w:pPr>
      <w:r>
        <w:rPr>
          <w:rtl/>
        </w:rPr>
        <w:t>ד. השכנים צבעו את הגדר.  ← צבעו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הפועל «כתב» בשלושת הזמנים.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 / כותבת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כותבים / כותבות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שנו את הפועל לזמן עבר.</w:t>
      </w:r>
    </w:p>
    <w:p>
      <w:pPr>
        <w:bidi/>
        <w:spacing w:before="0" w:after="40"/>
        <w:jc w:val="both"/>
      </w:pPr>
      <w:r>
        <w:rPr>
          <w:rtl/>
        </w:rPr>
        <w:t>א. היום אני מבשלת מרק. – אתמול בישלתי מרק.</w:t>
      </w:r>
    </w:p>
    <w:p>
      <w:pPr>
        <w:bidi/>
        <w:spacing w:before="0" w:after="40"/>
        <w:jc w:val="both"/>
      </w:pPr>
      <w:r>
        <w:rPr>
          <w:rtl/>
        </w:rPr>
        <w:t>ב. הילדים צוחקים בהצגה. – אתמול הילדים צחקו בהצגה.</w:t>
      </w:r>
    </w:p>
    <w:p>
      <w:pPr>
        <w:bidi/>
        <w:spacing w:before="0" w:after="40"/>
        <w:jc w:val="both"/>
      </w:pPr>
      <w:r>
        <w:rPr>
          <w:rtl/>
        </w:rPr>
        <w:t>ג. אתה שותה מיץ. – אתמול שתית מיץ.</w:t>
      </w:r>
    </w:p>
    <w:p>
      <w:pPr>
        <w:bidi/>
        <w:spacing w:before="0" w:after="40"/>
        <w:jc w:val="both"/>
      </w:pPr>
      <w:r>
        <w:rPr>
          <w:rtl/>
        </w:rPr>
        <w:t>ד. אנחנו רצים בפארק. – אתמול רצנו בפארק.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באיזה גוף הפועל?</w:t>
      </w:r>
    </w:p>
    <w:p>
      <w:pPr>
        <w:bidi/>
        <w:spacing w:before="0" w:after="20"/>
        <w:jc w:val="both"/>
      </w:pPr>
      <w:r>
        <w:rPr>
          <w:rtl/>
        </w:rPr>
        <w:t>א. אצלם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אני</w:t>
      </w:r>
    </w:p>
    <w:p>
      <w:pPr>
        <w:bidi/>
        <w:spacing w:before="0" w:after="20"/>
        <w:jc w:val="both"/>
      </w:pPr>
      <w:r>
        <w:rPr>
          <w:rtl/>
        </w:rPr>
        <w:t>ב. תלכי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</w:t>
      </w:r>
    </w:p>
    <w:p>
      <w:pPr>
        <w:bidi/>
        <w:spacing w:before="0" w:after="20"/>
        <w:jc w:val="both"/>
      </w:pPr>
      <w:r>
        <w:rPr>
          <w:rtl/>
        </w:rPr>
        <w:t>ג. ישבתן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אתן</w:t>
      </w:r>
    </w:p>
    <w:p>
      <w:pPr>
        <w:bidi/>
        <w:spacing w:before="0" w:after="20"/>
        <w:jc w:val="both"/>
      </w:pPr>
      <w:r>
        <w:rPr>
          <w:rtl/>
        </w:rPr>
        <w:t>ד. יקפצו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הם / הן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רמז זמן לפועל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אתמול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נקטוף תפוזים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עכשיו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אנחנו קוטפים תפוזים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קטפנו תפוזים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מצאו בקטע «מכתב מהמחנה» שני פעלים בכל 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1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הגענו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ישבנו / שרנו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יושב / כותב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משחקים / מתגעגע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נטפס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אחזור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מחדש את הפסקה השנייה של המכתב בזמן עבר. התחילו במילים «אתמול בערב».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אתמול בערב ישבתי באוהל וכתבתי לכם. החברים שלי שיחקו כדורגל בחוץ.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מכתב קצר (3–4 משפטים) לחבר על חופשה: מה עשיתם, מה אתם עושים עכשיו ומה תעשו מחר. מתחו קו מתחת לפעלים.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שלום נועם, אתמול טיילנו בירושלים וראינו את החומה. עכשיו אני יושבת במלון ונחה. מחר נבקר במוזיאון.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4: שורש ומשפחת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מילה מאותו שורש.</w:t>
      </w:r>
    </w:p>
    <w:p>
      <w:pPr>
        <w:bidi/>
        <w:spacing w:before="0" w:after="40"/>
        <w:jc w:val="both"/>
      </w:pPr>
      <w:r>
        <w:rPr>
          <w:rtl/>
        </w:rPr>
        <w:t>א. הילד רקד (ר־ק־ד) בהופעה.</w:t>
      </w:r>
    </w:p>
    <w:p>
      <w:pPr>
        <w:bidi/>
        <w:spacing w:before="0" w:after="40"/>
        <w:jc w:val="both"/>
      </w:pPr>
      <w:r>
        <w:rPr>
          <w:rtl/>
        </w:rPr>
        <w:t>ב. קנינו שולחן (ש־ל־ח) חדש לסלון.</w:t>
      </w:r>
    </w:p>
    <w:p>
      <w:pPr>
        <w:bidi/>
        <w:spacing w:before="0" w:after="40"/>
        <w:jc w:val="both"/>
      </w:pPr>
      <w:r>
        <w:rPr>
          <w:rtl/>
        </w:rPr>
        <w:t>ג. יצאנו לטיול (ט־י־ל) בצפון.</w:t>
      </w:r>
    </w:p>
    <w:p>
      <w:pPr>
        <w:bidi/>
        <w:spacing w:before="0" w:after="40"/>
        <w:jc w:val="both"/>
      </w:pPr>
      <w:r>
        <w:rPr>
          <w:rtl/>
        </w:rPr>
        <w:t>ד. הגננת סיפרה (ס־פ־ר) לנו סיפור.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מילים נוספות מכל שורש.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ל־ב־ש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מלבוש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ס־ג־ר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מסגרת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חשבון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כל מילה לשורש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מטבח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ט־ב־ח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מכנסיים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ג־ה־ץ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מברשת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ב־ר־ש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מגהץ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כ־נ־ס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מנגינה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נ־ג־ן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40"/>
        <w:jc w:val="both"/>
      </w:pPr>
      <w:r>
        <w:rPr>
          <w:rtl/>
        </w:rPr>
        <w:t>א. «כתבה» ו«כתובת» הן מאותו שורש. – נכון</w:t>
      </w:r>
    </w:p>
    <w:p>
      <w:pPr>
        <w:bidi/>
        <w:spacing w:before="0" w:after="40"/>
        <w:jc w:val="both"/>
      </w:pPr>
      <w:r>
        <w:rPr>
          <w:rtl/>
        </w:rPr>
        <w:t>ב. השורש של «תלמיד» הוא ת־ל־מ. – לא נכון – השורש הוא ל־מ־ד</w:t>
      </w:r>
    </w:p>
    <w:p>
      <w:pPr>
        <w:bidi/>
        <w:spacing w:before="0" w:after="40"/>
        <w:jc w:val="both"/>
      </w:pPr>
      <w:r>
        <w:rPr>
          <w:rtl/>
        </w:rPr>
        <w:t>ג. למילים מאותו שורש יש משמעות קרובה.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מן המחסן.</w:t>
      </w:r>
    </w:p>
    <w:p>
      <w:pPr>
        <w:bidi/>
        <w:spacing w:before="0" w:after="40"/>
        <w:jc w:val="both"/>
      </w:pPr>
      <w:r>
        <w:rPr>
          <w:rtl/>
        </w:rPr>
        <w:t>א. הרופאה נתנה לי זריקה נגד שפעת.</w:t>
      </w:r>
    </w:p>
    <w:p>
      <w:pPr>
        <w:bidi/>
        <w:spacing w:before="0" w:after="40"/>
        <w:jc w:val="both"/>
      </w:pPr>
      <w:r>
        <w:rPr>
          <w:rtl/>
        </w:rPr>
        <w:t>ב. סבא צילם אותנו ליד הים.</w:t>
      </w:r>
    </w:p>
    <w:p>
      <w:pPr>
        <w:bidi/>
        <w:spacing w:before="0" w:after="40"/>
        <w:jc w:val="both"/>
      </w:pPr>
      <w:r>
        <w:rPr>
          <w:rtl/>
        </w:rPr>
        <w:t>ג. אחי רוכב על אופניים כל בוקר.</w:t>
      </w:r>
    </w:p>
    <w:p>
      <w:pPr>
        <w:bidi/>
        <w:spacing w:before="0" w:after="40"/>
        <w:jc w:val="both"/>
      </w:pPr>
      <w:r>
        <w:rPr>
          <w:rtl/>
        </w:rPr>
        <w:t>ד. אחרי הטיול נכנסתי למקלחת.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פרקו כל מילה: כתבו את השורש ואת האותיות הנוספות.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אותיות נוספות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כ־ת־ב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מ, 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נסיעות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נ־ס־ע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י, 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מפתחות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פ־ת־ח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מ, 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מ, 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מהו השורש של המילה?</w:t>
      </w:r>
    </w:p>
    <w:p>
      <w:pPr>
        <w:bidi/>
        <w:spacing w:before="0" w:after="20"/>
        <w:jc w:val="both"/>
      </w:pPr>
      <w:r>
        <w:rPr>
          <w:rtl/>
        </w:rPr>
        <w:t>א. מגרפה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ג־ר־פ</w:t>
      </w:r>
    </w:p>
    <w:p>
      <w:pPr>
        <w:bidi/>
        <w:spacing w:before="0" w:after="20"/>
        <w:jc w:val="both"/>
      </w:pPr>
      <w:r>
        <w:rPr>
          <w:rtl/>
        </w:rPr>
        <w:t>ב. הקשבה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ק־ש־ב</w:t>
      </w:r>
    </w:p>
    <w:p>
      <w:pPr>
        <w:bidi/>
        <w:spacing w:before="0" w:after="20"/>
        <w:jc w:val="both"/>
      </w:pPr>
      <w:r>
        <w:rPr>
          <w:rtl/>
        </w:rPr>
        <w:t>ג. מטבע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ט־ב־ע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העתיקו מכל משפט את כל המילים מן השורש שבסוגריים.</w:t>
      </w:r>
    </w:p>
    <w:p>
      <w:pPr>
        <w:bidi/>
        <w:spacing w:before="0" w:after="100"/>
        <w:jc w:val="both"/>
      </w:pPr>
      <w:r>
        <w:rPr>
          <w:rtl/>
        </w:rPr>
        <w:t>א. הסופר כתב ספר על ספרייה קסומה. (ס־פ־ר)  ← סופר, ספר, ספרייה</w:t>
      </w:r>
    </w:p>
    <w:p>
      <w:pPr>
        <w:bidi/>
        <w:spacing w:before="0" w:after="100"/>
        <w:jc w:val="both"/>
      </w:pPr>
      <w:r>
        <w:rPr>
          <w:rtl/>
        </w:rPr>
        <w:t>ב. בזמן הרכיבה ראינו רוכב על סוס לבן. (ר־כ־ב)  ← רכיבה, רוכב</w:t>
      </w:r>
    </w:p>
    <w:p>
      <w:pPr>
        <w:bidi/>
        <w:spacing w:before="0" w:after="100"/>
        <w:jc w:val="both"/>
      </w:pPr>
      <w:r>
        <w:rPr>
          <w:rtl/>
        </w:rPr>
        <w:t>ג. הטקס נפתח בפתיחה חגיגית, והשערים היו פתוחים. (פ־ת־ח)  ← נפתח, פתיחה, פתוחים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מצאו בקטע «הסדנה של סבא» את המילים מכל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מן הקטע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ע־ב־ד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עבודה, עבדנו, עבדת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נ־ס־ר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מסור, ניסר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ב־ר־ג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מברג, הברגתי, ברגים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מה בנו סבא והנכד, ובאיזה כלי עבד כל אחד מהם? ענו במשפט אחד או שניים.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הם בנו מדף חדש. סבא ניסר קרשים במסור, והנכד הבריג ברגים במברג.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לפחות ארבע מילים ממשפחת השורש פ־ת־ח, וליד כל אחת – הסבר קצר.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מפתח – כלי לפתיחת מנעול; פתיחה – התחלה; פתוח – לא סגור; פותחן – כלי לפתיחת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3–4 משפטים על כלי שימושי בבית (למשל מצלמה, מגהץ או מברשת). השתמשו לפחות בשלוש מילים מן השורש של שם הכלי, ומתחו קו מתחתיהן.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לאבא יש מצלמה חדשה. בטיול הוא צילם אותנו ליד המפל. בערב ראינו יחד את כל הצילומים.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5: מילות קישור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כל משפט בדרך משלכם: (1) «אני אוהב/ת חורף כי...» (2) «רציתי ללכת לים, אבל...»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אוהב חורף כי יורד גשם. / רציתי ללכת לים, אבל היה סוער.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«כי» או «לכן».</w:t>
      </w:r>
    </w:p>
    <w:p>
      <w:pPr>
        <w:bidi/>
        <w:spacing w:before="0" w:after="40"/>
        <w:jc w:val="both"/>
      </w:pPr>
      <w:r>
        <w:rPr>
          <w:rtl/>
        </w:rPr>
        <w:t>א. הכלב נבח כי שמע רעש.</w:t>
      </w:r>
    </w:p>
    <w:p>
      <w:pPr>
        <w:bidi/>
        <w:spacing w:before="0" w:after="40"/>
        <w:jc w:val="both"/>
      </w:pPr>
      <w:r>
        <w:rPr>
          <w:rtl/>
        </w:rPr>
        <w:t>ב. הכביש היה רטוב, לכן נהגנו לאט.</w:t>
      </w:r>
    </w:p>
    <w:p>
      <w:pPr>
        <w:bidi/>
        <w:spacing w:before="0" w:after="40"/>
        <w:jc w:val="both"/>
      </w:pPr>
      <w:r>
        <w:rPr>
          <w:rtl/>
        </w:rPr>
        <w:t>ג. דנה צחקה כי הבדיחה הייתה מצחיקה.</w:t>
      </w:r>
    </w:p>
    <w:p>
      <w:pPr>
        <w:bidi/>
        <w:spacing w:before="0" w:after="40"/>
        <w:jc w:val="both"/>
      </w:pPr>
      <w:r>
        <w:rPr>
          <w:rtl/>
        </w:rPr>
        <w:t>ד. קמתי מוקדם, לכן הספקתי לאכול ארוחת 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את תחילת המשפט לסופו.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רציתי לקנות גלידה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אבל לא היה לי כסף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השקינו את העציץ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לכן נרדמתי באמצע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הסרט היה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או בעיפרון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אפשר לכתוב בעט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כי הוא התייבש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</w:t>
      </w:r>
    </w:p>
    <w:p>
      <w:pPr>
        <w:bidi/>
        <w:spacing w:before="0" w:after="40"/>
        <w:jc w:val="both"/>
      </w:pPr>
      <w:r>
        <w:rPr>
          <w:rtl/>
        </w:rPr>
        <w:t>א. במשפט «ירד שלג, לכן הלימודים בוטלו» – «לכן» באה לפני התוצאה. – נכון</w:t>
      </w:r>
    </w:p>
    <w:p>
      <w:pPr>
        <w:bidi/>
        <w:spacing w:before="0" w:after="40"/>
        <w:jc w:val="both"/>
      </w:pPr>
      <w:r>
        <w:rPr>
          <w:rtl/>
        </w:rPr>
        <w:t>ב. «אבל» היא מילת קישור של הוספה. – לא נכון – «אבל» מבטאת ניגוד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המשפטים: משפטים עם קשר של סיבה ומשפטים עם קשר של ניגוד.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שתיתי מים כי הייתי צמא., לבשתי מעיל כי היה קר., מיהרנו כי האוטובוס הגיע.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הבית קטן אבל נעים., הסרט ארוך אך מעניין., התאמנתי, אולם הפסדתי.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מילת קישור מן המחסן. כל מילה – פעם אחת.</w:t>
      </w:r>
    </w:p>
    <w:p>
      <w:pPr>
        <w:bidi/>
        <w:spacing w:before="0" w:after="40"/>
        <w:jc w:val="both"/>
      </w:pPr>
      <w:r>
        <w:rPr>
          <w:rtl/>
        </w:rPr>
        <w:t>א. בטיול לקחנו כובע וגם בקבוק מים.</w:t>
      </w:r>
    </w:p>
    <w:p>
      <w:pPr>
        <w:bidi/>
        <w:spacing w:before="0" w:after="40"/>
        <w:jc w:val="both"/>
      </w:pPr>
      <w:r>
        <w:rPr>
          <w:rtl/>
        </w:rPr>
        <w:t>ב. רצינו לקטוף תותים, אבל השדה היה סגור.</w:t>
      </w:r>
    </w:p>
    <w:p>
      <w:pPr>
        <w:bidi/>
        <w:spacing w:before="0" w:after="40"/>
        <w:jc w:val="both"/>
      </w:pPr>
      <w:r>
        <w:rPr>
          <w:rtl/>
        </w:rPr>
        <w:t>ג. הצמח נבל כי לא השקינו אותו.</w:t>
      </w:r>
    </w:p>
    <w:p>
      <w:pPr>
        <w:bidi/>
        <w:spacing w:before="0" w:after="40"/>
        <w:jc w:val="both"/>
      </w:pPr>
      <w:r>
        <w:rPr>
          <w:rtl/>
        </w:rPr>
        <w:t>ד. ירד גשם חזק, לכן המשחק נדחה.</w:t>
      </w:r>
    </w:p>
    <w:p>
      <w:pPr>
        <w:bidi/>
        <w:spacing w:before="0" w:after="40"/>
        <w:jc w:val="both"/>
      </w:pPr>
      <w:r>
        <w:rPr>
          <w:rtl/>
        </w:rPr>
        <w:t>ה. תרצו לשבת בפנים או בחוץ?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הסיבה ומה התוצאה?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נרטבתי כי שכחתי מטרייה.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שכחתי מטרייה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נרטבתי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הכביש היה חלק, לכן נסענו לאט.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הכביש היה חלק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נסענו לאט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החנות נסגרה כי היה חג.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היה חג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החנות נסגרה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איזו מילה אפשר לכתוב במקום מילת הקישור שבמשפט, בלי לשנות את המשמעות?</w:t>
      </w:r>
    </w:p>
    <w:p>
      <w:pPr>
        <w:bidi/>
        <w:spacing w:before="0" w:after="20"/>
        <w:jc w:val="both"/>
      </w:pPr>
      <w:r>
        <w:rPr>
          <w:rtl/>
        </w:rPr>
        <w:t>א. התעייפנו, אבל המשכנו ללכת.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אך</w:t>
      </w:r>
    </w:p>
    <w:p>
      <w:pPr>
        <w:bidi/>
        <w:spacing w:before="0" w:after="20"/>
        <w:jc w:val="both"/>
      </w:pPr>
      <w:r>
        <w:rPr>
          <w:rtl/>
        </w:rPr>
        <w:t>ב. קנינו לחם וגם חלב.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וכן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מצאו בקטע «הגינה של כיתה ד'» מילת קישור לכל סוג 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הקשר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 בקטע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וגם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תוצאה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ברירה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למה החסה לא הצליחה, ומה התלמידים מתכננים לעשות? כתבו משפט אחד עם «כי» ומשפט אחד עם «או».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החסה לא הצליחה כי השמש הייתה חזקה מדי. בפעם הבאה הם ישתלו אותה בפינה מוצלת או יבנו לה גג מבד.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«כי», «לכן», «אבל» או «או» – הפעם בלי מחסן.</w:t>
      </w:r>
    </w:p>
    <w:p>
      <w:pPr>
        <w:bidi/>
        <w:spacing w:before="0" w:after="40"/>
        <w:jc w:val="both"/>
      </w:pPr>
      <w:r>
        <w:rPr>
          <w:rtl/>
        </w:rPr>
        <w:t>א. רציתי לישון, אבל השכנים עשו רעש.</w:t>
      </w:r>
    </w:p>
    <w:p>
      <w:pPr>
        <w:bidi/>
        <w:spacing w:before="0" w:after="40"/>
        <w:jc w:val="both"/>
      </w:pPr>
      <w:r>
        <w:rPr>
          <w:rtl/>
        </w:rPr>
        <w:t>ב. לא הלכתי לחוג כי כאב לי הראש.</w:t>
      </w:r>
    </w:p>
    <w:p>
      <w:pPr>
        <w:bidi/>
        <w:spacing w:before="0" w:after="40"/>
        <w:jc w:val="both"/>
      </w:pPr>
      <w:r>
        <w:rPr>
          <w:rtl/>
        </w:rPr>
        <w:t>ג. אפשר לבוא ברגל או באופניים.</w:t>
      </w:r>
    </w:p>
    <w:p>
      <w:pPr>
        <w:bidi/>
        <w:spacing w:before="0" w:after="40"/>
        <w:jc w:val="both"/>
      </w:pPr>
      <w:r>
        <w:rPr>
          <w:rtl/>
        </w:rPr>
        <w:t>ד. התאמנו כל השבוע, לכן ניצחנו במשחק.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פסקה (3–4 משפטים) שמשכנעת את חבריכם לכיתה לשתול גינה. השתמשו ב«כי», ב«לכן» וב«אבל».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כדאי לנו לשתול גינה, כי היא תקשט את החצר. אמנם זו עבודה קשה, אבל נעשה אותה יחד. הצמחים יזדקקו למים, לכן נקבע תורנות השקיה.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6: 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העתיקו את הקטע «היום הראשון בחוג» והוסיפו את כל סימני הפיסוק החסרים.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ביום שלישי הלכתי בפעם הראשונה לחוג קרמיקה. המדריכה אמרה: "ברוכים הבאים! היום נכין קערה." היו שם חימר, מים, מגבות וסכינים קטנות מעץ. איזה כיף היה! מתי יהיה המפגש הבא?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סימן לתפקידו.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נקודה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מקיפות דברים שנאמרו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סימן שאלה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בסוף משפט שמוסר מידע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מפריד בין פריטים ברשימה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מירכאות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לפני רשימה או ציטוט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נקודתיים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בסוף שאלה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</w:t>
      </w:r>
    </w:p>
    <w:p>
      <w:pPr>
        <w:bidi/>
        <w:spacing w:before="0" w:after="40"/>
        <w:jc w:val="both"/>
      </w:pPr>
      <w:r>
        <w:rPr>
          <w:rtl/>
        </w:rPr>
        <w:t>א. שמים פסיק לפני «ו» האחרונה ברשימה. – לא נכון – לפני «ו» האחרונה לא שמים פסיק</w:t>
      </w:r>
    </w:p>
    <w:p>
      <w:pPr>
        <w:bidi/>
        <w:spacing w:before="0" w:after="40"/>
        <w:jc w:val="both"/>
      </w:pPr>
      <w:r>
        <w:rPr>
          <w:rtl/>
        </w:rPr>
        <w:t>ב. סימן קריאה יכול לבטא התרגשות.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 לפי הסימן שצריך לבוא בסופם.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?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!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מתחיל השיעור, למה הכלב נובח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מזל, כל הכבוד לך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 גרים בקומה שלישית, החתול ישן על הספה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הסימן החסר.</w:t>
      </w:r>
    </w:p>
    <w:p>
      <w:pPr>
        <w:bidi/>
        <w:spacing w:before="0" w:after="40"/>
        <w:jc w:val="both"/>
      </w:pPr>
      <w:r>
        <w:rPr>
          <w:rtl/>
        </w:rPr>
        <w:t>א. סבתא שאלה: "מי רוצה תה?"</w:t>
      </w:r>
    </w:p>
    <w:p>
      <w:pPr>
        <w:bidi/>
        <w:spacing w:before="0" w:after="40"/>
        <w:jc w:val="both"/>
      </w:pPr>
      <w:r>
        <w:rPr>
          <w:rtl/>
        </w:rPr>
        <w:t>ב. אבא קרא: "בואו לאכול!"</w:t>
      </w:r>
    </w:p>
    <w:p>
      <w:pPr>
        <w:bidi/>
        <w:spacing w:before="0" w:after="40"/>
        <w:jc w:val="both"/>
      </w:pPr>
      <w:r>
        <w:rPr>
          <w:rtl/>
        </w:rPr>
        <w:t>ג. נועה אמרה: "אני כבר באה."</w:t>
      </w:r>
    </w:p>
    <w:p>
      <w:pPr>
        <w:bidi/>
        <w:spacing w:before="0" w:after="40"/>
        <w:jc w:val="both"/>
      </w:pPr>
      <w:r>
        <w:rPr>
          <w:rtl/>
        </w:rPr>
        <w:t>ד. יואב שאל: "איפה הנעליים שלי?"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לכל סימן כתבו מתי משתמשים בו, וכתבו דוגמה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 משתמשים בו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משלי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מתי נצא לטיול?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בסוף משפט של התרגשות, הפתעה או בקשה חזקה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איזה יום נפלא!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לפני רשימה או לפני דברים שמישהו 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אחי אמר: "אני רעב."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משפט יש טעות בפיסוק. העתיקו אותו בצורה הנכונה.</w:t>
      </w:r>
    </w:p>
    <w:p>
      <w:pPr>
        <w:bidi/>
        <w:spacing w:before="0" w:after="100"/>
        <w:jc w:val="both"/>
      </w:pPr>
      <w:r>
        <w:rPr>
          <w:rtl/>
        </w:rPr>
        <w:t>א. מה שמך.  ← מה שמך?</w:t>
      </w:r>
    </w:p>
    <w:p>
      <w:pPr>
        <w:bidi/>
        <w:spacing w:before="0" w:after="100"/>
        <w:jc w:val="both"/>
      </w:pPr>
      <w:r>
        <w:rPr>
          <w:rtl/>
        </w:rPr>
        <w:t>ב. איזה יום יפה?  ← איזה יום יפה!</w:t>
      </w:r>
    </w:p>
    <w:p>
      <w:pPr>
        <w:bidi/>
        <w:spacing w:before="0" w:after="100"/>
        <w:jc w:val="both"/>
      </w:pPr>
      <w:r>
        <w:rPr>
          <w:rtl/>
        </w:rPr>
        <w:t>ג. המורה אמרה "פתחו את הספרים."  ← המורה אמרה: "פתחו את הספרים."</w:t>
      </w:r>
    </w:p>
    <w:p>
      <w:pPr>
        <w:bidi/>
        <w:spacing w:before="0" w:after="100"/>
        <w:jc w:val="both"/>
      </w:pPr>
      <w:r>
        <w:rPr>
          <w:rtl/>
        </w:rPr>
        <w:t>ד. בקופסה יש, עפרונות.  ← בקופסה יש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בקטע «הפתעה ליום ההולדת» דוגמה לכל סימן, והסבירו למה הוא שם.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מן הקטע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 הוא שם?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"מה קרה כאן?"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זו שאלה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"הפתעה!" / "איזו מסיבה נהדרת!"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מביע התרגשות והפתעה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עוגה, בלונים, מתנות ופרחים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מפריד בין פריטים ברשימה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וכולם צעקו: "הפתעה!"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בא לפני דברים שמישהו אמר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הקטע: מה בדיוק אמרה כל דמות? כתבו גם את סימן הסוף.</w:t>
      </w:r>
    </w:p>
    <w:p>
      <w:pPr>
        <w:bidi/>
        <w:spacing w:before="0" w:after="40"/>
        <w:jc w:val="both"/>
      </w:pPr>
      <w:r>
        <w:rPr>
          <w:rtl/>
        </w:rPr>
        <w:t>א. מאיה שאלה: "מה קרה כאן?"</w:t>
      </w:r>
    </w:p>
    <w:p>
      <w:pPr>
        <w:bidi/>
        <w:spacing w:before="0" w:after="40"/>
        <w:jc w:val="both"/>
      </w:pPr>
      <w:r>
        <w:rPr>
          <w:rtl/>
        </w:rPr>
        <w:t>ב. כולם צעקו: "הפתעה!"</w:t>
      </w:r>
    </w:p>
    <w:p>
      <w:pPr>
        <w:bidi/>
        <w:spacing w:before="0" w:after="40"/>
        <w:jc w:val="both"/>
      </w:pPr>
      <w:r>
        <w:rPr>
          <w:rtl/>
        </w:rPr>
        <w:t>ג. מאיה קראה: "איזו מסיבה נהדרת!"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שאלה אחת וקריאה אחת שמאיה יכלה לומר כשראתה את המתנות. כתבו אותן בתוך מירכאות.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"למי כל המתנות האלה?" "תודה רבה לכולכם!"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3–4 משפטים על הפתעה שקיבלתם. השתמשו לפחות בפסיק ברשימה, בסימן שאלה, בסימן קריאה ובנקודתיים עם מירכאות.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בחנוכה קיבלתי ספר, משחק וצעיף. אחותי שאלה: "מי קנה לך את כל זה?" עניתי שסבא וסבתא. איזה כיף היה!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7: טקסט מידעי: רעיון מרכזי ופרטים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כותרת נוספת מתאימה לקטע?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עץ הזית ופירותיו</w:t>
      </w:r>
    </w:p>
    <w:p>
      <w:pPr>
        <w:bidi/>
        <w:spacing w:before="0" w:after="20"/>
        <w:jc w:val="both"/>
      </w:pPr>
      <w:r>
        <w:rPr>
          <w:rtl/>
        </w:rPr>
        <w:t>ב. מתי מתקיים מסיק הזיתים?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בסתיו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הקטע.</w:t>
      </w:r>
    </w:p>
    <w:p>
      <w:pPr>
        <w:bidi/>
        <w:spacing w:before="0" w:after="40"/>
        <w:jc w:val="both"/>
      </w:pPr>
      <w:r>
        <w:rPr>
          <w:rtl/>
        </w:rPr>
        <w:t>א. עץ הזית יכול לחיות מאות שנים.</w:t>
      </w:r>
    </w:p>
    <w:p>
      <w:pPr>
        <w:bidi/>
        <w:spacing w:before="0" w:after="40"/>
        <w:jc w:val="both"/>
      </w:pPr>
      <w:r>
        <w:rPr>
          <w:rtl/>
        </w:rPr>
        <w:t>ב. בעבר השתמשו בשמן זית גם להדלקת נרות ומנורות.</w:t>
      </w:r>
    </w:p>
    <w:p>
      <w:pPr>
        <w:bidi/>
        <w:spacing w:before="0" w:after="40"/>
        <w:jc w:val="both"/>
      </w:pPr>
      <w:r>
        <w:rPr>
          <w:rtl/>
        </w:rPr>
        <w:t>ג. הזית מתאים לאקלים חם ויבש.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הרעיון המרכזי של הפסקה השנייה במשפט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משמן הזית מכינים אוכל, ובעבר גם הדליקו בו נרות.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המשפטים: איזה משפט הוא הרעיון המרכזי ואילו הם פרטים תומכים?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תומך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ים המלח הוא מקום מיוחד מאוד.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 המקום הנמוך ביותר על פני כדור הארץ., המים בו מלוחים מאוד., קל מאוד לצוף בו., אין בו דגים.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מכל פסקה קצרה את המשפט שמבטא את הרעיון המרכזי. שימו לב: הוא לא תמיד ראשון!</w:t>
      </w:r>
    </w:p>
    <w:p>
      <w:pPr>
        <w:bidi/>
        <w:spacing w:before="0" w:after="100"/>
        <w:jc w:val="both"/>
      </w:pPr>
      <w:r>
        <w:rPr>
          <w:rtl/>
        </w:rPr>
        <w:t>א. לנמלים יש חיים חברתיים מסודרים. כל נמלה בקן ממלאת תפקיד. יש נמלים שאוספות מזון, ויש כאלה ששומרות על הקן.  ← לנמלים יש חיים חברתיים מסודרים.</w:t>
      </w:r>
    </w:p>
    <w:p>
      <w:pPr>
        <w:bidi/>
        <w:spacing w:before="0" w:after="100"/>
        <w:jc w:val="both"/>
      </w:pPr>
      <w:r>
        <w:rPr>
          <w:rtl/>
        </w:rPr>
        <w:t>ב. האופניים הם כלי תחבורה שימושי. הם לא מזהמים את האוויר. הם גם עוזרים לשמור על הכושר.  ← האופניים הם כלי תחבורה שימושי.</w:t>
      </w:r>
    </w:p>
    <w:p>
      <w:pPr>
        <w:bidi/>
        <w:spacing w:before="0" w:after="100"/>
        <w:jc w:val="both"/>
      </w:pPr>
      <w:r>
        <w:rPr>
          <w:rtl/>
        </w:rPr>
        <w:t>ג. אחרי גשם השבילים בוציים. בקיץ השמש חמה מאוד. בחורף קר מאוד בלילה. לכן כדאי להתכונן היטב לפני כל טיול.  ← לכן כדאי להתכונן היטב לפני כל טיול.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לפי הקטע «שעון השמש».</w:t>
      </w:r>
    </w:p>
    <w:p>
      <w:pPr>
        <w:bidi/>
        <w:spacing w:before="0" w:after="40"/>
        <w:jc w:val="both"/>
      </w:pPr>
      <w:r>
        <w:rPr>
          <w:rtl/>
        </w:rPr>
        <w:t>א. שעון שמש בנוי ממקל שעומד על משטח שטוח.</w:t>
      </w:r>
    </w:p>
    <w:p>
      <w:pPr>
        <w:bidi/>
        <w:spacing w:before="0" w:after="40"/>
        <w:jc w:val="both"/>
      </w:pPr>
      <w:r>
        <w:rPr>
          <w:rtl/>
        </w:rPr>
        <w:t>ב. כשהשמש נעה, הצל של המקל זז.</w:t>
      </w:r>
    </w:p>
    <w:p>
      <w:pPr>
        <w:bidi/>
        <w:spacing w:before="0" w:after="40"/>
        <w:jc w:val="both"/>
      </w:pPr>
      <w:r>
        <w:rPr>
          <w:rtl/>
        </w:rPr>
        <w:t>ג. שעון השמש לא עבד בלילה וגם לא ביום מעונן.</w:t>
      </w:r>
    </w:p>
    <w:p>
      <w:pPr>
        <w:bidi/>
        <w:spacing w:before="0" w:after="40"/>
        <w:jc w:val="both"/>
      </w:pPr>
      <w:r>
        <w:rPr>
          <w:rtl/>
        </w:rPr>
        <w:t>ד. אנשים המציאו גם שעוני מים ושעוני חול.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בקצרה על מה מספרת כל פסקה בקטע «שעון השמש».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על מה היא מספרת?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איך ידעו פעם מה השעה – בעזרת השמש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איך בנוי שעון שמש ואיך הוא עובד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החסרונות של שעון השמש ומה המציאו בגללם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לפי הקטע «שעון השמש».</w:t>
      </w:r>
    </w:p>
    <w:p>
      <w:pPr>
        <w:bidi/>
        <w:spacing w:before="0" w:after="20"/>
        <w:jc w:val="both"/>
      </w:pPr>
      <w:r>
        <w:rPr>
          <w:rtl/>
        </w:rPr>
        <w:t>א. איזו כותרת מתאימה לפסקה השלישית?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כשהשמש לא עוזרת</w:t>
      </w:r>
    </w:p>
    <w:p>
      <w:pPr>
        <w:bidi/>
        <w:spacing w:before="0" w:after="20"/>
        <w:jc w:val="both"/>
      </w:pPr>
      <w:r>
        <w:rPr>
          <w:rtl/>
        </w:rPr>
        <w:t>ב. למה המציאו שעוני מים ושעוני חול?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הם עבדו גם בלילה וביום מעונן</w:t>
      </w:r>
    </w:p>
    <w:p>
      <w:pPr>
        <w:bidi/>
        <w:spacing w:before="0" w:after="20"/>
        <w:jc w:val="both"/>
      </w:pPr>
      <w:r>
        <w:rPr>
          <w:rtl/>
        </w:rPr>
        <w:t>ג. מה המטרה של הקטע?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ללמד איך מדדו זמן בעבר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מן הקטע את ההסבר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משטח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דברים לא טובים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חסרונות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מלא עננים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המציאו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שטח ישר וחלק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מעונן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יצרו דבר 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יתרון אחד של השעון שלנו היום לעומת שעון השמש? נמקו בעזרת פרט מן הקטע.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השעון שלנו עובד בכל שעה, גם בלילה, ואילו שעון השמש לא עבד בלילה וביום מעונן.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טקסט מידעי קצר (3–4 משפטים) על בעל חיים שאתם מכירים: כותרת, משפט ראשון עם הרעיון המרכזי ושניים–שלושה פרטים תומכים.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החתול – צייד זריז. החתול הוא בעל חיים זריז מאוד. יש לו ציפורניים חדות שעוזרות לו לטפס. הוא רואה היטב גם באור חלש.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במשפט הבא מצאו: שם עצם, שם תואר, פועל ומילת קישור.</w:t>
      </w:r>
    </w:p>
    <w:p>
      <w:pPr>
        <w:bidi/>
        <w:spacing w:before="0" w:after="100"/>
        <w:jc w:val="both"/>
      </w:pPr>
      <w:r>
        <w:rPr>
          <w:rtl/>
        </w:rPr>
        <w:t>א. הילדה הקטנה רצה מהר, כי האוטובוס הגיע.  ← שם עצם: ילדה / אוטובוס; שם תואר: הקטנה; פועל: רצה / הגיע; מילת קישור: כי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בצורה הנכונה.</w:t>
      </w:r>
    </w:p>
    <w:p>
      <w:pPr>
        <w:bidi/>
        <w:spacing w:before="0" w:after="40"/>
        <w:jc w:val="both"/>
      </w:pPr>
      <w:r>
        <w:rPr>
          <w:rtl/>
        </w:rPr>
        <w:t>א. קטפנו תפוזים מתוקים (מתוק).</w:t>
      </w:r>
    </w:p>
    <w:p>
      <w:pPr>
        <w:bidi/>
        <w:spacing w:before="0" w:after="40"/>
        <w:jc w:val="both"/>
      </w:pPr>
      <w:r>
        <w:rPr>
          <w:rtl/>
        </w:rPr>
        <w:t>ב. מחר הן יכתבו (כתב) עבודה.</w:t>
      </w:r>
    </w:p>
    <w:p>
      <w:pPr>
        <w:bidi/>
        <w:spacing w:before="0" w:after="40"/>
        <w:jc w:val="both"/>
      </w:pPr>
      <w:r>
        <w:rPr>
          <w:rtl/>
        </w:rPr>
        <w:t>ג. השורש של «מספרה» הוא ס־פ־ר.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שלושה משפטים על החופשה האחרונה שלכם. השתמשו בפועל בעבר, בשם תואר, במילת קישור ובסימני פיסוק נכונים.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בחופשה נסענו לצפון. ראינו מפל גבוה ויפה, אבל המים היו קרים מאוד!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