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מבחן מסכם בלשון – כיתה ה' · רמה בסיסית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בעיון וענו על כל השאלות.</w:t>
      </w:r>
    </w:p>
    <w:p>
      <w:pPr>
        <w:bidi/>
        <w:spacing w:before="200" w:after="80"/>
        <w:jc w:val="both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אוצר מילים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א: הבנת הנקרא (40 נק')</w:t>
      </w:r>
    </w:p>
    <w:p>
      <w:pPr>
        <w:bidi/>
        <w:spacing w:before="120" w:after="40"/>
        <w:jc w:val="center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הדבורה – עובדת קטנה, תפקיד ענק*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כשאנחנו שומעים זמזום ליד פרח, רבים מאיתנו נבהלים ומתרחקים במהירות. אבל מעטים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יודעים כמה הדבורה חשובה לחיים של כולנו. בלעדיה, חלק גדול מהפירות, מהירקות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ומהאגוזים שאנחנו אוכלים לא היה מגיע לשולחן, ומחירי המזון היו עולים מאוד.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דבורת הדבש חיה בכוורת יחד עם אלפי דבורות אחרות, ולכל אחת מהן יש תפקיד. בכל כוורת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יש מלכה אחת, ותפקידה העיקרי הוא להטיל ביצים. רוב הדבורים בכוורת הן פועלות: הן מנקות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את התאים, שומרות על הכניסה, מאכילות את הדבורים הצעירות ויוצאות לאסוף מזון.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הפועלות עובדות כל ימי חייהן, שנמשכים בקיץ שבועות ספורים בלבד.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8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כשפועלת נוחתת על פרח כדי למצוץ צוף, גרגירים זעירים של אבקה נדבקים לשערות הרכות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שעל גופה. כשהיא עוברת לפרח הבא, חלק מהאבקה נושר עליו. כך היא מעבירה אבקה מפרח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לפרח, והפרחים יכולים להתפתח לפירות ולזרעים. התהליך הזה נקרא האבקה, והדבורה עושה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אותו בלי לדעת כמה הוא חשוב.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לדבורים יש גם דרך מיוחדת «לדבר» זו עם זו. פועלת שמצאה שדה מלא פרחים חוזרת לכוורת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ומבצעת מעין ריקוד. בתנועות הריקוד היא מסמנת לחברותיה לאיזה כיוון לעוף וכמה רחוק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נמצא המזון. החוקרים שגילו את הריקוד הזה הופתעו לגלות כמה מדויקת השפה של חרק קטן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כל כך.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16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גם הדבש שאנחנו אוהבים נוצר מן הצוף. הפועלות מביאות את הצוף לכוורת, מאחסנות אותו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בתאים של שעווה ומנפנפות בכנפיים עד שרוב המים שבו מתאדים. כך נוצר מזון סמיך ומתוק,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שמזין את הכוורת בחורף, כשאין פרחים בחוץ.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19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בשנים האחרונות מספר הדבורים בעולם הולך וקטן. החוקרים מצאו לכך כמה סיבות: ריסוס של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חומרי הדברה בשדות, מחלות וטפילים שפוגעים בכוורות, ומיעוט של פרחי בר, כי שטחים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פתוחים רבים הפכו לכבישים ולשכונות מגורים. כשיש פחות פרחים, לדבורים אין מספיק מזון.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מה אפשר לעשות? כל אחד יכול לעזור: לשתול בחצר או במרפסת צמחים שפורחים בעונות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שונות, להימנע מריסוס מיותר ולהעמיד בגינה צלוחית מים רדודה. וגם כשדבורה מזמזמת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לידנו, כדאי לזכור שהיא לא מחפשת אותנו. היא פשוט עסוקה בעבודה החשובה שלה.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אפרת נחמיאס, 2021. מתוך: אתר «מדע בגובה העיניים».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הנכונה. (8 נק')</w:t>
      </w:r>
    </w:p>
    <w:p>
      <w:pPr>
        <w:bidi/>
        <w:spacing w:before="0" w:after="20"/>
        <w:jc w:val="both"/>
      </w:pPr>
      <w:r>
        <w:rPr>
          <w:rtl/>
        </w:rPr>
        <w:t>א. לפי שורות 1–3, מה היה קורה בלי דבורים?</w:t>
      </w:r>
    </w:p>
    <w:p>
      <w:pPr>
        <w:bidi/>
        <w:spacing w:before="0" w:after="80"/>
        <w:jc w:val="both"/>
      </w:pPr>
      <w:r>
        <w:rPr>
          <w:rtl/>
        </w:rPr>
        <w:t xml:space="preserve">   ○ לא היו פרחים בכלל      ○ חלק גדול מהמזון לא היה מגיע לשולחן      ○ הדבש היה זול יותר      ○ היו יותר חרקים</w:t>
      </w:r>
    </w:p>
    <w:p>
      <w:pPr>
        <w:bidi/>
        <w:spacing w:before="0" w:after="20"/>
        <w:jc w:val="both"/>
      </w:pPr>
      <w:r>
        <w:rPr>
          <w:rtl/>
        </w:rPr>
        <w:t>ב. לפי שורות 4–7, מה תפקידה העיקרי של המלכה?</w:t>
      </w:r>
    </w:p>
    <w:p>
      <w:pPr>
        <w:bidi/>
        <w:spacing w:before="0" w:after="80"/>
        <w:jc w:val="both"/>
      </w:pPr>
      <w:r>
        <w:rPr>
          <w:rtl/>
        </w:rPr>
        <w:t xml:space="preserve">   ○ לאסוף צוף      ○ לשמור על הכניסה      ○ להטיל ביצים      ○ לנקות את התאים</w:t>
      </w:r>
    </w:p>
    <w:p>
      <w:pPr>
        <w:bidi/>
        <w:spacing w:before="0" w:after="20"/>
        <w:jc w:val="both"/>
      </w:pPr>
      <w:r>
        <w:rPr>
          <w:rtl/>
        </w:rPr>
        <w:t>ג. לפי שורות 12–15, איך מסמנת הפועלת לחברותיה היכן המזון?</w:t>
      </w:r>
    </w:p>
    <w:p>
      <w:pPr>
        <w:bidi/>
        <w:spacing w:before="0" w:after="80"/>
        <w:jc w:val="both"/>
      </w:pPr>
      <w:r>
        <w:rPr>
          <w:rtl/>
        </w:rPr>
        <w:t xml:space="preserve">   ○ בזמזום חזק      ○ בריקוד      ○ בריח מיוחד      ○ בצבע של כנפיה</w:t>
      </w:r>
    </w:p>
    <w:p>
      <w:pPr>
        <w:bidi/>
        <w:spacing w:before="0" w:after="20"/>
        <w:jc w:val="both"/>
      </w:pPr>
      <w:r>
        <w:rPr>
          <w:rtl/>
        </w:rPr>
        <w:t>ד. לפי שורות 16–18, מה קורה לצוף בכוורת עד שהוא הופך לדבש?</w:t>
      </w:r>
    </w:p>
    <w:p>
      <w:pPr>
        <w:bidi/>
        <w:spacing w:before="0" w:after="80"/>
        <w:jc w:val="both"/>
      </w:pPr>
      <w:r>
        <w:rPr>
          <w:rtl/>
        </w:rPr>
        <w:t xml:space="preserve">   ○ רוב המים שבו מתאדים      ○ מוסיפים לו אבקה      ○ הוא קופא בחורף      ○ הוא מתערבב בשעווה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הסבירו במילים שלכם מהי «האבקה» ומדוע היא חשובה לבני האדם, לפי שורות 8–11.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הסקת מסקנות: נכון או לא נכון לפי הטקסט? תקנו את המשפטים הלא נכונים. (4 נק')</w:t>
      </w:r>
    </w:p>
    <w:p>
      <w:pPr>
        <w:bidi/>
        <w:spacing w:before="0" w:after="60"/>
        <w:jc w:val="both"/>
      </w:pPr>
      <w:r>
        <w:rPr>
          <w:rtl/>
        </w:rPr>
        <w:t>א. פועלת חיה בקיץ שנים רבות.      נכון / לא נכון</w:t>
      </w:r>
    </w:p>
    <w:p>
      <w:pPr>
        <w:bidi/>
        <w:spacing w:before="0" w:after="60"/>
        <w:jc w:val="both"/>
      </w:pPr>
      <w:r>
        <w:rPr>
          <w:rtl/>
        </w:rPr>
        <w:t>ב. הדבורה מאביקה פרחים בלי כוונה.      נכון / לא נכון</w:t>
      </w:r>
    </w:p>
    <w:p>
      <w:pPr>
        <w:bidi/>
        <w:spacing w:before="0" w:after="60"/>
        <w:jc w:val="both"/>
      </w:pPr>
      <w:r>
        <w:rPr>
          <w:rtl/>
        </w:rPr>
        <w:t>ג. בניית כבישים ושכונות יכולה לפגוע בדבורים.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הדבורים אוכלות דבש בעיקר בקיץ.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אוצר מילים בהקשר: מה פירוש המילה או הצירוף לפי הטקסט? (4 נק')</w:t>
      </w:r>
    </w:p>
    <w:p>
      <w:pPr>
        <w:bidi/>
        <w:spacing w:before="0" w:after="20"/>
        <w:jc w:val="both"/>
      </w:pPr>
      <w:r>
        <w:rPr>
          <w:rtl/>
        </w:rPr>
        <w:t>א. «מעטים יודעים כמה הדבורה חשובה» , בשורות 1–3, – «מעטים»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כמעט כולם      ○ מספר קטן של אנשים      ○ אנשים קטנים      ○ אף אחד</w:t>
      </w:r>
    </w:p>
    <w:p>
      <w:pPr>
        <w:bidi/>
        <w:spacing w:before="0" w:after="20"/>
        <w:jc w:val="both"/>
      </w:pPr>
      <w:r>
        <w:rPr>
          <w:rtl/>
        </w:rPr>
        <w:t>ב. «מיעוט של פרחי בר» , בשורות 19–21, – «מיעוט»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כמות קטנה      ○ פרחים קטנים      ○ צבע חלש      ○ גידול מהיר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מבנה הטקסט: התאימו לכל קטע בטקסט (לפי מספרי השורות) את הנושא שלו.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בשורות 4–7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הסיבות לירידה במספר הדבורים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בשורות 8–11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השפה של הדבורים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בשורות 12–15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איך הדבורה מאביקה פרחים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בשורות 16–18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איך נוצר הדבש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בשורות 19–21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מה כל אחד יכול לעשות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בשורות 22–24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החיים בכוורת וחלוקת התפקידים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פרשנות: בסוף הטקסט, בשורות 22–24, כתוב שהדבורה «לא מחפשת אותנו». מה רוצה הכותב שנבין, ואיך זה קשור לפתיחה של הטקסט? (5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הערכה ודעה: האם לדעתכם כדאי שבית הספר שלכם יקים גינה עם צמחים פורחים? כתבו עמדה ונמקו אותה בעזרת שני פרטי מידע מן הטקסט.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הפעלים לקוחים מן הטקסט. כתבו את הפועל בעבר, גוף «הוא», ואת הבניין.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עבר, «הוא»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נבהלים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נוחתת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מבצעת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מתאדים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צרו צירוף סמיכות מיודע. (6 נק')</w:t>
      </w:r>
    </w:p>
    <w:p>
      <w:pPr>
        <w:bidi/>
        <w:spacing w:before="0" w:after="60"/>
        <w:jc w:val="both"/>
      </w:pPr>
      <w:r>
        <w:rPr>
          <w:rtl/>
        </w:rPr>
        <w:t>א. כניסה + כוורת ← __________</w:t>
      </w:r>
    </w:p>
    <w:p>
      <w:pPr>
        <w:bidi/>
        <w:spacing w:before="0" w:after="60"/>
        <w:jc w:val="both"/>
      </w:pPr>
      <w:r>
        <w:rPr>
          <w:rtl/>
        </w:rPr>
        <w:t>ב. פרחים + בר ← __________</w:t>
      </w:r>
    </w:p>
    <w:p>
      <w:pPr>
        <w:bidi/>
        <w:spacing w:before="0" w:after="60"/>
        <w:jc w:val="both"/>
      </w:pPr>
      <w:r>
        <w:rPr>
          <w:rtl/>
        </w:rPr>
        <w:t>ג. תאים + שעווה ←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החליפו את המילים שבסוגריים במילת יחס נוטה. (6 נק')</w:t>
      </w:r>
    </w:p>
    <w:p>
      <w:pPr>
        <w:bidi/>
        <w:spacing w:before="0" w:after="60"/>
        <w:jc w:val="both"/>
      </w:pPr>
      <w:r>
        <w:rPr>
          <w:rtl/>
        </w:rPr>
        <w:t>א. הפועלות מטפלות __________ (ב + הם) – בצאצאים.</w:t>
      </w:r>
    </w:p>
    <w:p>
      <w:pPr>
        <w:bidi/>
        <w:spacing w:before="0" w:after="60"/>
        <w:jc w:val="both"/>
      </w:pPr>
      <w:r>
        <w:rPr>
          <w:rtl/>
        </w:rPr>
        <w:t>ב. הדבורה לא מחפשת __________ (את + אנחנו).</w:t>
      </w:r>
    </w:p>
    <w:p>
      <w:pPr>
        <w:bidi/>
        <w:spacing w:before="0" w:after="60"/>
        <w:jc w:val="both"/>
      </w:pPr>
      <w:r>
        <w:rPr>
          <w:rtl/>
        </w:rPr>
        <w:t>ג. החוקרים כתבו __________ (על + הן) מאמר מרתק.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מצאו את הנושא ואת הנשוא.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באביב פורחים פרחי הבר.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הדבורים חשובות לחקלאות.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לכוורת חוזרת הפועלת העייפה.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איזה קשר לוגי מבטאת מילת הקישור שבמשפט מן הטקסט? (9 נק')</w:t>
      </w:r>
    </w:p>
    <w:p>
      <w:pPr>
        <w:bidi/>
        <w:spacing w:before="0" w:after="20"/>
        <w:jc w:val="both"/>
      </w:pPr>
      <w:r>
        <w:rPr>
          <w:rtl/>
        </w:rPr>
        <w:t>א. «...ומיעוט של פרחי בר, כי שטחים פתוחים רבים הפכו לכבישים.»</w:t>
      </w:r>
    </w:p>
    <w:p>
      <w:pPr>
        <w:bidi/>
        <w:spacing w:before="0" w:after="80"/>
        <w:jc w:val="both"/>
      </w:pPr>
      <w:r>
        <w:rPr>
          <w:rtl/>
        </w:rPr>
        <w:t xml:space="preserve">   ○ סיבה      ○ תוצאה      ○ ניגוד      ○ תכלית</w:t>
      </w:r>
    </w:p>
    <w:p>
      <w:pPr>
        <w:bidi/>
        <w:spacing w:before="0" w:after="20"/>
        <w:jc w:val="both"/>
      </w:pPr>
      <w:r>
        <w:rPr>
          <w:rtl/>
        </w:rPr>
        <w:t>ב. «כשפועלת נוחתת על פרח כדי למצוץ צוף...»</w:t>
      </w:r>
    </w:p>
    <w:p>
      <w:pPr>
        <w:bidi/>
        <w:spacing w:before="0" w:after="80"/>
        <w:jc w:val="both"/>
      </w:pPr>
      <w:r>
        <w:rPr>
          <w:rtl/>
        </w:rPr>
        <w:t xml:space="preserve">   ○ תנאי      ○ תכלית      ○ ניגוד      ○ סיבה</w:t>
      </w:r>
    </w:p>
    <w:p>
      <w:pPr>
        <w:bidi/>
        <w:spacing w:before="0" w:after="20"/>
        <w:jc w:val="both"/>
      </w:pPr>
      <w:r>
        <w:rPr>
          <w:rtl/>
        </w:rPr>
        <w:t>ג. «אבל מעטים יודעים כמה הדבורה חשובה.»</w:t>
      </w:r>
    </w:p>
    <w:p>
      <w:pPr>
        <w:bidi/>
        <w:spacing w:before="0" w:after="80"/>
        <w:jc w:val="both"/>
      </w:pPr>
      <w:r>
        <w:rPr>
          <w:rtl/>
        </w:rPr>
        <w:t xml:space="preserve">   ○ הוספה      ○ תוצאה      ○ ניגוד      ○ סיבה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ג: אוצר מילים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מילה נרדפת או הפך כמבוקש. (5 נק')</w:t>
      </w:r>
    </w:p>
    <w:p>
      <w:pPr>
        <w:bidi/>
        <w:spacing w:before="0" w:after="60"/>
        <w:jc w:val="both"/>
      </w:pPr>
      <w:r>
        <w:rPr>
          <w:rtl/>
        </w:rPr>
        <w:t>א. נרדפת ל«נבהלים»: __________</w:t>
      </w:r>
    </w:p>
    <w:p>
      <w:pPr>
        <w:bidi/>
        <w:spacing w:before="0" w:after="60"/>
        <w:jc w:val="both"/>
      </w:pPr>
      <w:r>
        <w:rPr>
          <w:rtl/>
        </w:rPr>
        <w:t>ב. הפך של «מעטים»: __________</w:t>
      </w:r>
    </w:p>
    <w:p>
      <w:pPr>
        <w:bidi/>
        <w:spacing w:before="0" w:after="60"/>
        <w:jc w:val="both"/>
      </w:pPr>
      <w:r>
        <w:rPr>
          <w:rtl/>
        </w:rPr>
        <w:t>ג. נרדפת ל«מזון»: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מכתב (8–10 שורות) למועצת התלמידים ובו הצעה לפעולה שתעזור לדבורים בבית הספר. שימו לב: פתחו בפנייה; הציגו הצעה ברורה; כתבו שני נימוקים עם הסבר, ולפחות אחד מהם יתבסס על הטקסט; השתמשו במילות קישור; סיימו בבקשה ובחתימה. (20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