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🎯 מבחן מסכם בלשון – כיתה ה' ·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פעמיים לפני שתענו.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אוצר מילים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הטקסט. (8 נק')</w:t>
      </w:r>
    </w:p>
    <w:p>
      <w:pPr>
        <w:bidi/>
        <w:spacing w:before="0" w:after="20"/>
        <w:jc w:val="both"/>
      </w:pPr>
      <w:r>
        <w:rPr>
          <w:rtl/>
        </w:rPr>
        <w:t>א. לפי שורות 1–4, מה הציעה מועצת העיר?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לחייב כל בניין חדש לשתול גינה על הגג</w:t>
      </w:r>
    </w:p>
    <w:p>
      <w:pPr>
        <w:bidi/>
        <w:spacing w:before="0" w:after="20"/>
        <w:jc w:val="both"/>
      </w:pPr>
      <w:r>
        <w:rPr>
          <w:rtl/>
        </w:rPr>
        <w:t>ב. לפי שורות 5–8, מדוע חשבון החשמל קטן בבניין עם גג ירוק?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התושבים משתמשים פחות במזגן</w:t>
      </w:r>
    </w:p>
    <w:p>
      <w:pPr>
        <w:bidi/>
        <w:spacing w:before="0" w:after="20"/>
        <w:jc w:val="both"/>
      </w:pPr>
      <w:r>
        <w:rPr>
          <w:rtl/>
        </w:rPr>
        <w:t>ג. לפי שורות 15–19, איזו טענה מופיעה אצל המתנגדים?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החיוב ייקר את הדירות</w:t>
      </w:r>
    </w:p>
    <w:p>
      <w:pPr>
        <w:bidi/>
        <w:spacing w:before="0" w:after="20"/>
        <w:jc w:val="both"/>
      </w:pPr>
      <w:r>
        <w:rPr>
          <w:rtl/>
        </w:rPr>
        <w:t>ד. מה מציע הכותב, לפי שורות 20–22?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לעודד גגות ירוקים בהנחה בארנונה ולתת לתושבים לבחור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הכותב משווה, בשורות 5–8, את שכבת האדמה והצמחים ל«שמיכה». הסבירו את ההשוואה: במה גינה על הגג דומה לשמיכה, ובמה היא שונה ממנה?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דומה: כמו שמיכה, היא שכבה שעוטפת את הבניין ושומרת עליו מפני חום וקור (3). שונה: שמיכה רק מחממת, ואילו הגינה גם מצננת בקיץ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השוו בין הפתרון שמציעים המתנגדים, בשורות 15–19, לבין הפתרון שמציע הכותב, בשורות 20–22. במה הם שונים?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המתנגדים מציעים לוותר על הגגות ולהשקיע בפארקים ציבוריים (3). הכותב מציע לא לוותר על הגגות אלא לעודד אותם בהנחה בארנונה, בלי לחייב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בהקשר. (4 נק')</w:t>
      </w:r>
    </w:p>
    <w:p>
      <w:pPr>
        <w:bidi/>
        <w:spacing w:before="0" w:after="20"/>
        <w:jc w:val="both"/>
      </w:pPr>
      <w:r>
        <w:rPr>
          <w:rtl/>
        </w:rPr>
        <w:t>א. «ייתכן שהפתרון אינו חיוב גורף» – «גורף»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חל על כולם בלי יוצא מן הכלל</w:t>
      </w:r>
    </w:p>
    <w:p>
      <w:pPr>
        <w:bidi/>
        <w:spacing w:before="0" w:after="20"/>
        <w:jc w:val="both"/>
      </w:pPr>
      <w:r>
        <w:rPr>
          <w:rtl/>
        </w:rPr>
        <w:t>ב. «איך לעשות זאת בתבונה» – «בתבונה»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בחוכמה ובשיקול דעת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הטקסט. (6 נק')</w:t>
      </w:r>
    </w:p>
    <w:p>
      <w:pPr>
        <w:bidi/>
        <w:spacing w:before="0" w:after="20"/>
        <w:jc w:val="both"/>
      </w:pPr>
      <w:r>
        <w:rPr>
          <w:rtl/>
        </w:rPr>
        <w:t>א. מה תפקידו של הקטע בשורות 15–19?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להציג את טענות הצד השני</w:t>
      </w:r>
    </w:p>
    <w:p>
      <w:pPr>
        <w:bidi/>
        <w:spacing w:before="0" w:after="20"/>
        <w:jc w:val="both"/>
      </w:pPr>
      <w:r>
        <w:rPr>
          <w:rtl/>
        </w:rPr>
        <w:t>ב. באיזה מקום בטקסט הכותב מציג לראשונה את דעתו שלו?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בשורות 20–22</w:t>
      </w:r>
    </w:p>
    <w:p>
      <w:pPr>
        <w:bidi/>
        <w:spacing w:before="0" w:after="20"/>
        <w:jc w:val="both"/>
      </w:pPr>
      <w:r>
        <w:rPr>
          <w:rtl/>
        </w:rPr>
        <w:t>ג. איזה תיאור מתאים לטקסט כולו?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טקסט טיעוני שמציג שתי עמדות ומציע פתרון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 לפי הטקסט? תקנו את המשפטים הלא נכונים. (4 נק')</w:t>
      </w:r>
    </w:p>
    <w:p>
      <w:pPr>
        <w:bidi/>
        <w:spacing w:before="0" w:after="40"/>
        <w:jc w:val="both"/>
      </w:pPr>
      <w:r>
        <w:rPr>
          <w:rtl/>
        </w:rPr>
        <w:t>א. המתנגדים טוענים שלגגות ירוקים אין שום יתרון. – לא נכון – הם «אינם מזלזלים ביתרונות», אבל חושבים שהמחיר גבוה מדי</w:t>
      </w:r>
    </w:p>
    <w:p>
      <w:pPr>
        <w:bidi/>
        <w:spacing w:before="0" w:after="40"/>
        <w:jc w:val="both"/>
      </w:pPr>
      <w:r>
        <w:rPr>
          <w:rtl/>
        </w:rPr>
        <w:t>ב. גג ירוק יכול לעזור גם לבעלי חיים בעיר. – נכון</w:t>
      </w:r>
    </w:p>
    <w:p>
      <w:pPr>
        <w:bidi/>
        <w:spacing w:before="0" w:after="40"/>
        <w:jc w:val="both"/>
      </w:pPr>
      <w:r>
        <w:rPr>
          <w:rtl/>
        </w:rPr>
        <w:t>ג. לדעת הכותב, השאלה היא אם להשתמש בגגות. – לא נכון – לדעתו השאלה היא איך להשתמש בהם בתבונה</w:t>
      </w:r>
    </w:p>
    <w:p>
      <w:pPr>
        <w:bidi/>
        <w:spacing w:before="0" w:after="40"/>
        <w:jc w:val="both"/>
      </w:pPr>
      <w:r>
        <w:rPr>
          <w:rtl/>
        </w:rPr>
        <w:t>ד. לפי הטקסט, לא כל גג מתאים לגינה.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האם לדעתכם הפתרון שהכותב מציע, בשורות 20–22, הוגן כלפי שני הצדדים? נמקו בעזרת הטקסט, וציינו חיסרון אפשרי אחד של הפתרון.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מנומקת (2): למשל, הפתרון הוגן כי מי שרוצה גג ירוק מקבל הנחה, ומי שלא רוצה אינו חייב ואינו משלם יותר (2). חיסרון אפשרי (2): ייתכן שמעט בניינים יבחרו בכך, והתועלת לעיר (פחות הצפות וחום) תהיה קטנה; או שההנחה תעלה לעירייה כסף.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הפעלים לקוחים מן הטקסט. השלימו את הטבלה.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עבר, «הוא»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משתרע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השתרע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ש־ר־ע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מצננת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צינן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צ־נ־ן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נפגשים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נפגש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פ־ג־ש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להעניק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העניק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ע־נ־ק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צרו צירופי סמיכות לפי ההוראה. (6 נק')</w:t>
      </w:r>
    </w:p>
    <w:p>
      <w:pPr>
        <w:bidi/>
        <w:spacing w:before="0" w:after="40"/>
        <w:jc w:val="both"/>
      </w:pPr>
      <w:r>
        <w:rPr>
          <w:rtl/>
        </w:rPr>
        <w:t>א. גינה + גג, ברבים ← גינות גג</w:t>
      </w:r>
    </w:p>
    <w:p>
      <w:pPr>
        <w:bidi/>
        <w:spacing w:before="0" w:after="40"/>
        <w:jc w:val="both"/>
      </w:pPr>
      <w:r>
        <w:rPr>
          <w:rtl/>
        </w:rPr>
        <w:t>ב. חשבון + חשמל, מיודע, עם שם התואר «גבוה» ← חשבון החשמל הגבוה</w:t>
      </w:r>
    </w:p>
    <w:p>
      <w:pPr>
        <w:bidi/>
        <w:spacing w:before="0" w:after="40"/>
        <w:jc w:val="both"/>
      </w:pPr>
      <w:r>
        <w:rPr>
          <w:rtl/>
        </w:rPr>
        <w:t>ג. מים + גשמים, מיודע ← מי הגשמים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החליפו את המילים שבסוגריים במילת יחס נוטה. (6 נק')</w:t>
      </w:r>
    </w:p>
    <w:p>
      <w:pPr>
        <w:bidi/>
        <w:spacing w:before="0" w:after="40"/>
        <w:jc w:val="both"/>
      </w:pPr>
      <w:r>
        <w:rPr>
          <w:rtl/>
        </w:rPr>
        <w:t>א. המתנגדים אינם מזלזלים בהם (ב + הם) – ביתרונות.</w:t>
      </w:r>
    </w:p>
    <w:p>
      <w:pPr>
        <w:bidi/>
        <w:spacing w:before="0" w:after="40"/>
        <w:jc w:val="both"/>
      </w:pPr>
      <w:r>
        <w:rPr>
          <w:rtl/>
        </w:rPr>
        <w:t>ב. השכנות מגדלות ירקות, ואנחנו קונים מהן (מן + הן) עגבניות.</w:t>
      </w:r>
    </w:p>
    <w:p>
      <w:pPr>
        <w:bidi/>
        <w:spacing w:before="0" w:after="40"/>
        <w:jc w:val="both"/>
      </w:pPr>
      <w:r>
        <w:rPr>
          <w:rtl/>
        </w:rPr>
        <w:t>ג. אחי, הבטחתי לך (ל + אתה) שנעלה יחד לגג.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מצאו את הנושא ואת הנשוא. שימו לב לסדר המילים.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 רוב הגגות משתרע שטח ריק.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שטח (ריק)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משתרע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בעיתון התפרסמו מכתבים רבים.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מכתבים (רבים)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התפרסמו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הצדדים צודקים.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שני הצדדים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צודקים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החליפו את מילת הקישור במילה אחרת שמבטאת אותו קשר לוגי, וכתבו מהו הקשר.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קישור חלופית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הקשר הלוגי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גינה כזו כבדה מאוד, ולכן צריך גג חזק.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על כן / לפיכך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המתנגדים אינם מזלזלים ביתרונות, אך הם מזכירים את המחיר.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אבל / אולם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ניגוד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הרחובות מוצפים, כי המים זורמים ישר לכביש.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מפני ש / משום 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ג: אוצר מילים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בטקסט, בשורות 1–4, כתוב «ויכוח סוער». הסבירו מה פירוש הצירוף, וכתבו משפט משלכם שבו המילה «סוער» מופיעה במשמעותה המילולית.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ויכוח סוער – ויכוח חריף ונרגש, עם דעות חזקות (2). משפט: הים היה סוער, והגלים הגיעו עד הטיילת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טקסט טיעוני (12–15 שורות) בנושא: «האם כדאי להפוך את גג בית הספר שלכם לגינה?». שימו לב: פתחו בהצגת הנושא ובעמדה ברורה; כתבו לפחות שני נימוקים מפותחים עם הסבר או דוגמה; הציגו טענה של הצד השני והשיבו עליה; חלקו לפסקאות והשתמשו במילות קישור; סיימו בסיכום ובהמלצה. (20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פתיחה ועמדה ברורה (3); לפחות שני נימוקים מפותחים (6); טענה נגדית ותשובה לה (4); מבנה פסקאות ומילות קישור (3); לשון, כתיב ופיסוק (4).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