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ה'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 פרטי: ________________   שם משפחה: ________________   כיתה: ______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C2410C"/>
          <w:sz w:val="44"/>
          <w:szCs w:val="44"/>
          <w:rtl/>
        </w:rPr>
        <w:t>הבניינים של הפועל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כתבו את הפועל בעבר, גוף «הוא», ואת שם הבניין.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פועל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עבר, «הוא»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בניין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מספרת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נפגשנו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תדליק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מתלבשים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שומר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השלימו פועל מאותו שורש בבניין המתאים.</w:t>
      </w:r>
    </w:p>
    <w:p>
      <w:pPr>
        <w:bidi/>
        <w:spacing w:before="0" w:after="60"/>
        <w:jc w:val="both"/>
      </w:pPr>
      <w:r>
        <w:rPr>
          <w:rtl/>
        </w:rPr>
        <w:t>א. דני סגר את החלון. החלון __________.</w:t>
      </w:r>
    </w:p>
    <w:p>
      <w:pPr>
        <w:bidi/>
        <w:spacing w:before="0" w:after="60"/>
        <w:jc w:val="both"/>
      </w:pPr>
      <w:r>
        <w:rPr>
          <w:rtl/>
        </w:rPr>
        <w:t>ב. המורה __________ (ל־מ־ד, פיעל) אותנו שיר חדש.</w:t>
      </w:r>
    </w:p>
    <w:p>
      <w:pPr>
        <w:bidi/>
        <w:spacing w:before="0" w:after="60"/>
        <w:jc w:val="both"/>
      </w:pPr>
      <w:r>
        <w:rPr>
          <w:rtl/>
        </w:rPr>
        <w:t>ג. יעל __________ (ל־ב־ש, התפעל) מהר ויצאה.</w:t>
      </w:r>
    </w:p>
    <w:p>
      <w:pPr>
        <w:bidi/>
        <w:spacing w:before="0" w:after="60"/>
        <w:jc w:val="both"/>
      </w:pPr>
      <w:r>
        <w:rPr>
          <w:rtl/>
        </w:rPr>
        <w:t>ד. העננים __________ (ח־ש־ך, הפעיל) את השמיים.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באיזה בניין הפועל?</w:t>
      </w:r>
    </w:p>
    <w:p>
      <w:pPr>
        <w:bidi/>
        <w:spacing w:before="0" w:after="20"/>
        <w:jc w:val="both"/>
      </w:pPr>
      <w:r>
        <w:rPr>
          <w:rtl/>
        </w:rPr>
        <w:t>א. נשבר</w:t>
      </w:r>
    </w:p>
    <w:p>
      <w:pPr>
        <w:bidi/>
        <w:spacing w:before="0" w:after="80"/>
        <w:jc w:val="both"/>
      </w:pPr>
      <w:r>
        <w:rPr>
          <w:rtl/>
        </w:rPr>
        <w:t xml:space="preserve">   ○ פעל      ○ נפעל      ○ פיעל</w:t>
      </w:r>
    </w:p>
    <w:p>
      <w:pPr>
        <w:bidi/>
        <w:spacing w:before="0" w:after="20"/>
        <w:jc w:val="both"/>
      </w:pPr>
      <w:r>
        <w:rPr>
          <w:rtl/>
        </w:rPr>
        <w:t>ב. דיבר</w:t>
      </w:r>
    </w:p>
    <w:p>
      <w:pPr>
        <w:bidi/>
        <w:spacing w:before="0" w:after="80"/>
        <w:jc w:val="both"/>
      </w:pPr>
      <w:r>
        <w:rPr>
          <w:rtl/>
        </w:rPr>
        <w:t xml:space="preserve">   ○ פיעל      ○ הפעיל      ○ התפעל</w:t>
      </w:r>
    </w:p>
    <w:p>
      <w:pPr>
        <w:bidi/>
        <w:spacing w:before="0" w:after="20"/>
        <w:jc w:val="both"/>
      </w:pPr>
      <w:r>
        <w:rPr>
          <w:rtl/>
        </w:rPr>
        <w:t>ג. הרגיש</w:t>
      </w:r>
    </w:p>
    <w:p>
      <w:pPr>
        <w:bidi/>
        <w:spacing w:before="0" w:after="80"/>
        <w:jc w:val="both"/>
      </w:pPr>
      <w:r>
        <w:rPr>
          <w:rtl/>
        </w:rPr>
        <w:t xml:space="preserve">   ○ פעל      ○ הפעיל      ○ התפעל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כתבו שני משפטים עם השורש כ־ת־ב בשני בניינים שונים.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מיינו את הפעלים לפי הבניין (העבירו קודם כל פועל לעבר, גוף «הוא»).</w:t>
      </w:r>
    </w:p>
    <w:p>
      <w:pPr>
        <w:bidi/>
        <w:spacing w:before="0" w:after="80"/>
        <w:jc w:val="both"/>
      </w:pPr>
      <w:r>
        <w:rPr>
          <w:color w:val="C2410C"/>
          <w:sz w:val="24"/>
          <w:szCs w:val="24"/>
          <w:rtl/>
        </w:rPr>
        <w:t>המילים: נפתחה  |  מבשלים  |  הרגשתי  |  מתרגלת  |  ישבנו  |  הסבירו  |  נזהרים  |  טיפסנו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996"/>
        <w:gridCol w:w="1996"/>
        <w:gridCol w:w="1996"/>
        <w:gridCol w:w="1996"/>
        <w:gridCol w:w="1996"/>
      </w:tblGrid>
      <w:tr>
        <w:tc>
          <w:tcPr>
            <w:tcW w:type="dxa" w:w="199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פעל (קל)</w:t>
            </w:r>
          </w:p>
        </w:tc>
        <w:tc>
          <w:tcPr>
            <w:tcW w:type="dxa" w:w="199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נפעל</w:t>
            </w:r>
          </w:p>
        </w:tc>
        <w:tc>
          <w:tcPr>
            <w:tcW w:type="dxa" w:w="199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פיעל</w:t>
            </w:r>
          </w:p>
        </w:tc>
        <w:tc>
          <w:tcPr>
            <w:tcW w:type="dxa" w:w="199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הפעיל</w:t>
            </w:r>
          </w:p>
        </w:tc>
        <w:tc>
          <w:tcPr>
            <w:tcW w:type="dxa" w:w="199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התפעל</w:t>
            </w:r>
          </w:p>
        </w:tc>
      </w:tr>
      <w:tr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קראו את הקטע «בוקר של הפתעות». ליד כל משפט כתבו את הפועל, את צורת העבר בגוף «הוא» ואת הבניין.</w:t>
      </w:r>
    </w:p>
    <w:p>
      <w:pPr>
        <w:bidi/>
        <w:spacing w:before="0" w:after="100"/>
        <w:jc w:val="both"/>
      </w:pPr>
      <w:r>
        <w:rPr>
          <w:rtl/>
        </w:rPr>
        <w:t>א. בבוקר התעוררה נועה מוקדם מהרגיל.</w:t>
      </w:r>
    </w:p>
    <w:p>
      <w:pPr>
        <w:bidi/>
        <w:spacing w:before="0" w:after="100"/>
        <w:jc w:val="both"/>
      </w:pPr>
      <w:r>
        <w:rPr>
          <w:rtl/>
        </w:rPr>
        <w:t>ב. היא הכינה ארוחת בוקר לכל המשפחה.</w:t>
      </w:r>
    </w:p>
    <w:p>
      <w:pPr>
        <w:bidi/>
        <w:spacing w:before="0" w:after="100"/>
        <w:jc w:val="both"/>
      </w:pPr>
      <w:r>
        <w:rPr>
          <w:rtl/>
        </w:rPr>
        <w:t>ג. אחיה הקטן נבהל מריח העשן שעלה מהמחבת.</w:t>
      </w:r>
    </w:p>
    <w:p>
      <w:pPr>
        <w:bidi/>
        <w:spacing w:before="0" w:after="100"/>
        <w:jc w:val="both"/>
      </w:pPr>
      <w:r>
        <w:rPr>
          <w:rtl/>
        </w:rPr>
        <w:t>ד. אבא צחק ופתח את החלון.</w:t>
      </w:r>
    </w:p>
    <w:p>
      <w:pPr>
        <w:bidi/>
        <w:spacing w:before="0" w:after="100"/>
        <w:jc w:val="both"/>
      </w:pPr>
      <w:r>
        <w:rPr>
          <w:rtl/>
        </w:rPr>
        <w:t>ה. בסוף כולם התיישבו ליד השולחן ואכלו.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נכון או לא נכון? תקנו את המשפטים הלא נכונים.</w:t>
      </w:r>
    </w:p>
    <w:p>
      <w:pPr>
        <w:bidi/>
        <w:spacing w:before="0" w:after="60"/>
        <w:jc w:val="both"/>
      </w:pPr>
      <w:r>
        <w:rPr>
          <w:rtl/>
        </w:rPr>
        <w:t>א. «נשאר» ו«השאיר» הם פעלים מאותו שורש ומאותו בניין.      נכון / לא נכון</w:t>
      </w:r>
    </w:p>
    <w:p>
      <w:pPr>
        <w:bidi/>
        <w:spacing w:before="0" w:after="60"/>
        <w:jc w:val="both"/>
      </w:pPr>
      <w:r>
        <w:rPr>
          <w:rtl/>
        </w:rPr>
        <w:t>ב. בבניין הפעיל הפועל מציין לרוב גרימה: «הרקיד» פירושו גרם למישהו לרקוד.      נכון / לא נכון</w:t>
      </w:r>
    </w:p>
    <w:p>
      <w:pPr>
        <w:bidi/>
        <w:spacing w:before="0" w:after="60"/>
        <w:jc w:val="both"/>
      </w:pPr>
      <w:r>
        <w:rPr>
          <w:rtl/>
        </w:rPr>
        <w:t>ג. «התכתבו» מציין פעולה הדדית: כל אחד כתב לחברו.      נכון / לא נכון</w:t>
      </w:r>
    </w:p>
    <w:p>
      <w:pPr>
        <w:bidi/>
        <w:spacing w:before="0" w:after="60"/>
        <w:jc w:val="both"/>
      </w:pPr>
      <w:r>
        <w:rPr>
          <w:rtl/>
        </w:rPr>
        <w:t>ד. «דיבר» הוא פועל בבניין פעל (קל).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כתבו קטע קצר (3–4 משפטים) על הכנת תערוכה בכיתה. השתמשו בפעלים מהשורש פ־ת־ח בארבעה בניינים שונים, וכתבו בסוגריים את שם הבניין.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התאימו כל פועל (עבר, «הוא») לבניין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רקד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נפעל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נשבר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הפעיל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ביקר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פעל (קל)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הקשיב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התפעל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הצטלם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פיעל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השלימו פועל מן השורש ובבניין שבסוגריים (עבר, אלא אם כתוב אחרת).</w:t>
      </w:r>
    </w:p>
    <w:p>
      <w:pPr>
        <w:bidi/>
        <w:spacing w:before="0" w:after="60"/>
        <w:jc w:val="both"/>
      </w:pPr>
      <w:r>
        <w:rPr>
          <w:rtl/>
        </w:rPr>
        <w:t>א. הכוס __________ לרסיסים. (ש־ב־ר, נפעל)</w:t>
      </w:r>
    </w:p>
    <w:p>
      <w:pPr>
        <w:bidi/>
        <w:spacing w:before="0" w:after="60"/>
        <w:jc w:val="both"/>
      </w:pPr>
      <w:r>
        <w:rPr>
          <w:rtl/>
        </w:rPr>
        <w:t>ב. הילדים __________ את הכיתה לקראת המסיבה. (ק־ש־ט, פיעל)</w:t>
      </w:r>
    </w:p>
    <w:p>
      <w:pPr>
        <w:bidi/>
        <w:spacing w:before="0" w:after="60"/>
        <w:jc w:val="both"/>
      </w:pPr>
      <w:r>
        <w:rPr>
          <w:rtl/>
        </w:rPr>
        <w:t>ג. המדריך __________ לנו את חוקי המשחק. (ס־ב־ר, הפעיל)</w:t>
      </w:r>
    </w:p>
    <w:p>
      <w:pPr>
        <w:bidi/>
        <w:spacing w:before="0" w:after="60"/>
        <w:jc w:val="both"/>
      </w:pPr>
      <w:r>
        <w:rPr>
          <w:rtl/>
        </w:rPr>
        <w:t>ד. דנה __________ במראה לפני היציאה. (ס־כ־ל, התפעל)</w:t>
      </w:r>
    </w:p>
    <w:p>
      <w:pPr>
        <w:bidi/>
        <w:spacing w:before="0" w:after="60"/>
        <w:jc w:val="both"/>
      </w:pPr>
      <w:r>
        <w:rPr>
          <w:rtl/>
        </w:rPr>
        <w:t>ה. החנות __________ בכל בוקר בשעה תשע. (פ־ת־ח, נפעל, הווה)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נכון או לא נכון? תקנו את המשפטים הלא נכונים.</w:t>
      </w:r>
    </w:p>
    <w:p>
      <w:pPr>
        <w:bidi/>
        <w:spacing w:before="0" w:after="60"/>
        <w:jc w:val="both"/>
      </w:pPr>
      <w:r>
        <w:rPr>
          <w:rtl/>
        </w:rPr>
        <w:t>א. «הצטלם» הוא פועל בבניין התפעל.      נכון / לא נכון</w:t>
      </w:r>
    </w:p>
    <w:p>
      <w:pPr>
        <w:bidi/>
        <w:spacing w:before="0" w:after="60"/>
        <w:jc w:val="both"/>
      </w:pPr>
      <w:r>
        <w:rPr>
          <w:rtl/>
        </w:rPr>
        <w:t>ב. «נכנס» ו«הכניס» הם פעלים מאותו בניין.      נכון / לא נכון</w:t>
      </w:r>
    </w:p>
    <w:p>
      <w:pPr>
        <w:bidi/>
        <w:spacing w:before="0" w:after="60"/>
        <w:jc w:val="both"/>
      </w:pPr>
      <w:r>
        <w:rPr>
          <w:rtl/>
        </w:rPr>
        <w:t>ג. כל פועל שמתחיל באות נ' הוא בבניין נפעל.      נכון / לא נכון</w:t>
      </w:r>
    </w:p>
    <w:p>
      <w:pPr>
        <w:bidi/>
        <w:spacing w:before="0" w:after="60"/>
        <w:jc w:val="both"/>
      </w:pPr>
      <w:r>
        <w:rPr>
          <w:rtl/>
        </w:rPr>
        <w:t>ד. בפועל «הסתדר» האותיות ס ו־ת החליפו מקום.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כתבו משפט עם הפועל «צחק» ומשפט עם הפועל «הצחיק». הסבירו מה ההבדל במשמעות.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ה'   |   דף עבודה – תשובות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A4F"/>
          <w:sz w:val="36"/>
          <w:szCs w:val="36"/>
          <w:rtl/>
        </w:rPr>
        <w:t>תשובות – הבניינים של הפועל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כתבו את הפועל בעבר, גוף «הוא», ואת שם הבניין.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פועל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עבר, «הוא»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בניין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מספרת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סיפר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פיעל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נפגשנו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נפגש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נפעל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תדליק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הדליק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הפעיל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מתלבשים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התלבש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התפעל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שומר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שמר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פעל (קל)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השלימו פועל מאותו שורש בבניין המתאים.</w:t>
      </w:r>
    </w:p>
    <w:p>
      <w:pPr>
        <w:bidi/>
        <w:spacing w:before="0" w:after="40"/>
        <w:jc w:val="both"/>
      </w:pPr>
      <w:r>
        <w:rPr>
          <w:rtl/>
        </w:rPr>
        <w:t>א. דני סגר את החלון. החלון נסגר.</w:t>
      </w:r>
    </w:p>
    <w:p>
      <w:pPr>
        <w:bidi/>
        <w:spacing w:before="0" w:after="40"/>
        <w:jc w:val="both"/>
      </w:pPr>
      <w:r>
        <w:rPr>
          <w:rtl/>
        </w:rPr>
        <w:t>ב. המורה לימדה (ל־מ־ד, פיעל) אותנו שיר חדש.</w:t>
      </w:r>
    </w:p>
    <w:p>
      <w:pPr>
        <w:bidi/>
        <w:spacing w:before="0" w:after="40"/>
        <w:jc w:val="both"/>
      </w:pPr>
      <w:r>
        <w:rPr>
          <w:rtl/>
        </w:rPr>
        <w:t>ג. יעל התלבשה (ל־ב־ש, התפעל) מהר ויצאה.</w:t>
      </w:r>
    </w:p>
    <w:p>
      <w:pPr>
        <w:bidi/>
        <w:spacing w:before="0" w:after="40"/>
        <w:jc w:val="both"/>
      </w:pPr>
      <w:r>
        <w:rPr>
          <w:rtl/>
        </w:rPr>
        <w:t>ד. העננים החשיכו (ח־ש־ך, הפעיל) את השמיים.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באיזה בניין הפועל?</w:t>
      </w:r>
    </w:p>
    <w:p>
      <w:pPr>
        <w:bidi/>
        <w:spacing w:before="0" w:after="20"/>
        <w:jc w:val="both"/>
      </w:pPr>
      <w:r>
        <w:rPr>
          <w:rtl/>
        </w:rPr>
        <w:t>א. נשבר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נפעל</w:t>
      </w:r>
    </w:p>
    <w:p>
      <w:pPr>
        <w:bidi/>
        <w:spacing w:before="0" w:after="20"/>
        <w:jc w:val="both"/>
      </w:pPr>
      <w:r>
        <w:rPr>
          <w:rtl/>
        </w:rPr>
        <w:t>ב. דיבר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פיעל</w:t>
      </w:r>
    </w:p>
    <w:p>
      <w:pPr>
        <w:bidi/>
        <w:spacing w:before="0" w:after="20"/>
        <w:jc w:val="both"/>
      </w:pPr>
      <w:r>
        <w:rPr>
          <w:rtl/>
        </w:rPr>
        <w:t>ג. הרגיש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הפעיל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כתבו שני משפטים עם השורש כ־ת־ב בשני בניינים שונים.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נועה כתבה מכתב. המכתב נכתב בעט כחול.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מיינו את הפעלים לפי הבניין (העבירו קודם כל פועל לעבר, גוף «הוא»).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996"/>
        <w:gridCol w:w="1996"/>
        <w:gridCol w:w="1996"/>
        <w:gridCol w:w="1996"/>
        <w:gridCol w:w="1996"/>
      </w:tblGrid>
      <w:tr>
        <w:tc>
          <w:tcPr>
            <w:tcW w:type="dxa" w:w="199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פעל (קל)</w:t>
            </w:r>
          </w:p>
        </w:tc>
        <w:tc>
          <w:tcPr>
            <w:tcW w:type="dxa" w:w="199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נפעל</w:t>
            </w:r>
          </w:p>
        </w:tc>
        <w:tc>
          <w:tcPr>
            <w:tcW w:type="dxa" w:w="199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פיעל</w:t>
            </w:r>
          </w:p>
        </w:tc>
        <w:tc>
          <w:tcPr>
            <w:tcW w:type="dxa" w:w="199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הפעיל</w:t>
            </w:r>
          </w:p>
        </w:tc>
        <w:tc>
          <w:tcPr>
            <w:tcW w:type="dxa" w:w="199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התפעל</w:t>
            </w:r>
          </w:p>
        </w:tc>
      </w:tr>
      <w:tr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ישבנו</w:t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נפתחה, נזהרים</w:t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מבשלים, טיפסנו</w:t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הרגשתי, הסבירו</w:t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מתרגלת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קראו את הקטע «בוקר של הפתעות». ליד כל משפט כתבו את הפועל, את צורת העבר בגוף «הוא» ואת הבניין.</w:t>
      </w:r>
    </w:p>
    <w:p>
      <w:pPr>
        <w:bidi/>
        <w:spacing w:before="0" w:after="100"/>
        <w:jc w:val="both"/>
      </w:pPr>
      <w:r>
        <w:rPr>
          <w:rtl/>
        </w:rPr>
        <w:t>א. בבוקר התעוררה נועה מוקדם מהרגיל.  ← התעוררה – התעורר – התפעל</w:t>
      </w:r>
    </w:p>
    <w:p>
      <w:pPr>
        <w:bidi/>
        <w:spacing w:before="0" w:after="100"/>
        <w:jc w:val="both"/>
      </w:pPr>
      <w:r>
        <w:rPr>
          <w:rtl/>
        </w:rPr>
        <w:t>ב. היא הכינה ארוחת בוקר לכל המשפחה.  ← הכינה – הכין – הפעיל</w:t>
      </w:r>
    </w:p>
    <w:p>
      <w:pPr>
        <w:bidi/>
        <w:spacing w:before="0" w:after="100"/>
        <w:jc w:val="both"/>
      </w:pPr>
      <w:r>
        <w:rPr>
          <w:rtl/>
        </w:rPr>
        <w:t>ג. אחיה הקטן נבהל מריח העשן שעלה מהמחבת.  ← נבהל – נבהל – נפעל</w:t>
      </w:r>
    </w:p>
    <w:p>
      <w:pPr>
        <w:bidi/>
        <w:spacing w:before="0" w:after="100"/>
        <w:jc w:val="both"/>
      </w:pPr>
      <w:r>
        <w:rPr>
          <w:rtl/>
        </w:rPr>
        <w:t>ד. אבא צחק ופתח את החלון.  ← צחק, פתח – שניהם בבניין פעל (קל)</w:t>
      </w:r>
    </w:p>
    <w:p>
      <w:pPr>
        <w:bidi/>
        <w:spacing w:before="0" w:after="100"/>
        <w:jc w:val="both"/>
      </w:pPr>
      <w:r>
        <w:rPr>
          <w:rtl/>
        </w:rPr>
        <w:t>ה. בסוף כולם התיישבו ליד השולחן ואכלו.  ← התיישבו – התיישב – התפעל; אכלו – אכל – פעל (קל)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נכון או לא נכון? תקנו את המשפטים הלא נכונים.</w:t>
      </w:r>
    </w:p>
    <w:p>
      <w:pPr>
        <w:bidi/>
        <w:spacing w:before="0" w:after="40"/>
        <w:jc w:val="both"/>
      </w:pPr>
      <w:r>
        <w:rPr>
          <w:rtl/>
        </w:rPr>
        <w:t>א. «נשאר» ו«השאיר» הם פעלים מאותו שורש ומאותו בניין. – לא נכון – השורש זהה (ש־א־ר), אבל «נשאר» בבניין נפעל ו«השאיר» בבניין הפעיל</w:t>
      </w:r>
    </w:p>
    <w:p>
      <w:pPr>
        <w:bidi/>
        <w:spacing w:before="0" w:after="40"/>
        <w:jc w:val="both"/>
      </w:pPr>
      <w:r>
        <w:rPr>
          <w:rtl/>
        </w:rPr>
        <w:t>ב. בבניין הפעיל הפועל מציין לרוב גרימה: «הרקיד» פירושו גרם למישהו לרקוד. – נכון</w:t>
      </w:r>
    </w:p>
    <w:p>
      <w:pPr>
        <w:bidi/>
        <w:spacing w:before="0" w:after="40"/>
        <w:jc w:val="both"/>
      </w:pPr>
      <w:r>
        <w:rPr>
          <w:rtl/>
        </w:rPr>
        <w:t>ג. «התכתבו» מציין פעולה הדדית: כל אחד כתב לחברו. – נכון</w:t>
      </w:r>
    </w:p>
    <w:p>
      <w:pPr>
        <w:bidi/>
        <w:spacing w:before="0" w:after="40"/>
        <w:jc w:val="both"/>
      </w:pPr>
      <w:r>
        <w:rPr>
          <w:rtl/>
        </w:rPr>
        <w:t>ד. «דיבר» הוא פועל בבניין פעל (קל). – לא נכון – «דיבר» בבניין פיעל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כתבו קטע קצר (3–4 משפטים) על הכנת תערוכה בכיתה. השתמשו בפעלים מהשורש פ־ת־ח בארבעה בניינים שונים, וכתבו בסוגריים את שם הבניין.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המורה פתח (פעל) את הכיתה מוקדם. יחד פיתחנו (פיעל) רעיון לתערוכה על המים. הרעיון התפתח (התפעל) לפרויקט גדול, ובסוף השבוע התערוכה נפתחה (נפעל) לכל ההורים.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התאימו כל פועל (עבר, «הוא») לבניין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רקד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נפעל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נשבר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הפעיל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ביקר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פעל (קל)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הקשיב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התפעל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הצטלם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פיעל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השלימו פועל מן השורש ובבניין שבסוגריים (עבר, אלא אם כתוב אחרת).</w:t>
      </w:r>
    </w:p>
    <w:p>
      <w:pPr>
        <w:bidi/>
        <w:spacing w:before="0" w:after="40"/>
        <w:jc w:val="both"/>
      </w:pPr>
      <w:r>
        <w:rPr>
          <w:rtl/>
        </w:rPr>
        <w:t>א. הכוס נשברה לרסיסים. (ש־ב־ר, נפעל)</w:t>
      </w:r>
    </w:p>
    <w:p>
      <w:pPr>
        <w:bidi/>
        <w:spacing w:before="0" w:after="40"/>
        <w:jc w:val="both"/>
      </w:pPr>
      <w:r>
        <w:rPr>
          <w:rtl/>
        </w:rPr>
        <w:t>ב. הילדים קישטו את הכיתה לקראת המסיבה. (ק־ש־ט, פיעל)</w:t>
      </w:r>
    </w:p>
    <w:p>
      <w:pPr>
        <w:bidi/>
        <w:spacing w:before="0" w:after="40"/>
        <w:jc w:val="both"/>
      </w:pPr>
      <w:r>
        <w:rPr>
          <w:rtl/>
        </w:rPr>
        <w:t>ג. המדריך הסביר לנו את חוקי המשחק. (ס־ב־ר, הפעיל)</w:t>
      </w:r>
    </w:p>
    <w:p>
      <w:pPr>
        <w:bidi/>
        <w:spacing w:before="0" w:after="40"/>
        <w:jc w:val="both"/>
      </w:pPr>
      <w:r>
        <w:rPr>
          <w:rtl/>
        </w:rPr>
        <w:t>ד. דנה הסתכלה במראה לפני היציאה. (ס־כ־ל, התפעל)</w:t>
      </w:r>
    </w:p>
    <w:p>
      <w:pPr>
        <w:bidi/>
        <w:spacing w:before="0" w:after="40"/>
        <w:jc w:val="both"/>
      </w:pPr>
      <w:r>
        <w:rPr>
          <w:rtl/>
        </w:rPr>
        <w:t>ה. החנות נפתחת בכל בוקר בשעה תשע. (פ־ת־ח, נפעל, הווה)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נכון או לא נכון? תקנו את המשפטים הלא נכונים.</w:t>
      </w:r>
    </w:p>
    <w:p>
      <w:pPr>
        <w:bidi/>
        <w:spacing w:before="0" w:after="40"/>
        <w:jc w:val="both"/>
      </w:pPr>
      <w:r>
        <w:rPr>
          <w:rtl/>
        </w:rPr>
        <w:t>א. «הצטלם» הוא פועל בבניין התפעל. – נכון</w:t>
      </w:r>
    </w:p>
    <w:p>
      <w:pPr>
        <w:bidi/>
        <w:spacing w:before="0" w:after="40"/>
        <w:jc w:val="both"/>
      </w:pPr>
      <w:r>
        <w:rPr>
          <w:rtl/>
        </w:rPr>
        <w:t>ב. «נכנס» ו«הכניס» הם פעלים מאותו בניין. – לא נכון – השורש זהה (כ־נ־ס), אבל «נכנס» בבניין נפעל ו«הכניס» בבניין הפעיל</w:t>
      </w:r>
    </w:p>
    <w:p>
      <w:pPr>
        <w:bidi/>
        <w:spacing w:before="0" w:after="40"/>
        <w:jc w:val="both"/>
      </w:pPr>
      <w:r>
        <w:rPr>
          <w:rtl/>
        </w:rPr>
        <w:t>ג. כל פועל שמתחיל באות נ' הוא בבניין נפעל. – לא נכון – לא תמיד: «ניגן» בבניין פיעל, ו«נסע» בבניין פעל (קל)</w:t>
      </w:r>
    </w:p>
    <w:p>
      <w:pPr>
        <w:bidi/>
        <w:spacing w:before="0" w:after="40"/>
        <w:jc w:val="both"/>
      </w:pPr>
      <w:r>
        <w:rPr>
          <w:rtl/>
        </w:rPr>
        <w:t>ד. בפועל «הסתדר» האותיות ס ו־ת החליפו מקום. –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כתבו משפט עם הפועל «צחק» ומשפט עם הפועל «הצחיק». הסבירו מה ההבדל במשמעות.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הילדים צחקו בקול (הם עצמם צחקו – פעל). הליצן הצחיק את הילדים (גרם להם לצחוק – הפעיל).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