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צירופי סמיכות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צרו צירופי סמיכות.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נסמך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סומך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הצירוף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לימוד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מכונה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כביסה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חדר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הוסיפו ה' הידיעה במקום הנכון.</w:t>
      </w:r>
    </w:p>
    <w:p>
      <w:pPr>
        <w:bidi/>
        <w:spacing w:before="0" w:after="60"/>
        <w:jc w:val="both"/>
      </w:pPr>
      <w:r>
        <w:rPr>
          <w:rtl/>
        </w:rPr>
        <w:t>א. בית כנסת ← __________</w:t>
      </w:r>
    </w:p>
    <w:p>
      <w:pPr>
        <w:bidi/>
        <w:spacing w:before="0" w:after="60"/>
        <w:jc w:val="both"/>
      </w:pPr>
      <w:r>
        <w:rPr>
          <w:rtl/>
        </w:rPr>
        <w:t>ב. שעון קיר ← __________</w:t>
      </w:r>
    </w:p>
    <w:p>
      <w:pPr>
        <w:bidi/>
        <w:spacing w:before="0" w:after="60"/>
        <w:jc w:val="both"/>
      </w:pPr>
      <w:r>
        <w:rPr>
          <w:rtl/>
        </w:rPr>
        <w:t>ג. מגרש משחקים ←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בחרו את הצירוף הנכון.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rtl/>
        </w:rPr>
        <w:t xml:space="preserve">   ○ הבית ספר החדש      ○ בית הספר החדש      ○ בית הספר החדשה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rtl/>
        </w:rPr>
        <w:t xml:space="preserve">   ○ עוגת יום הולדת טעימה      ○ עוגה יום הולדת טעימה      ○ עוגת יום הולדת טעים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משפט ובו שני צירופי סמיכות.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הסיפור בצירופי הסמיכות שבמחסן.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מחסן מילים: תחנת האוטובוס  |  ארוחת הצוהריים  |  ספרי הקריאה  |  שעון היד  |  חדר המורים</w:t>
      </w:r>
    </w:p>
    <w:p>
      <w:pPr>
        <w:bidi/>
        <w:spacing w:before="0" w:after="60"/>
        <w:jc w:val="both"/>
      </w:pPr>
      <w:r>
        <w:rPr>
          <w:rtl/>
        </w:rPr>
        <w:t>א. בבוקר חיכינו בגשם ב__________ עשרים דקות.</w:t>
      </w:r>
    </w:p>
    <w:p>
      <w:pPr>
        <w:bidi/>
        <w:spacing w:before="0" w:after="60"/>
        <w:jc w:val="both"/>
      </w:pPr>
      <w:r>
        <w:rPr>
          <w:rtl/>
        </w:rPr>
        <w:t>ב. אחרי __________ יצאנו להפסקה בחצר.</w:t>
      </w:r>
    </w:p>
    <w:p>
      <w:pPr>
        <w:bidi/>
        <w:spacing w:before="0" w:after="60"/>
        <w:jc w:val="both"/>
      </w:pPr>
      <w:r>
        <w:rPr>
          <w:rtl/>
        </w:rPr>
        <w:t>ג. התורנים החזירו את __________ לספרייה.</w:t>
      </w:r>
    </w:p>
    <w:p>
      <w:pPr>
        <w:bidi/>
        <w:spacing w:before="0" w:after="60"/>
        <w:jc w:val="both"/>
      </w:pPr>
      <w:r>
        <w:rPr>
          <w:rtl/>
        </w:rPr>
        <w:t>ד. יואב הציץ ב__________ שלו וגילה שהוא מאחר.</w:t>
      </w:r>
    </w:p>
    <w:p>
      <w:pPr>
        <w:bidi/>
        <w:spacing w:before="0" w:after="60"/>
        <w:jc w:val="both"/>
      </w:pPr>
      <w:r>
        <w:rPr>
          <w:rtl/>
        </w:rPr>
        <w:t>ה. המחנכת ישבה ב__________ ובדקה את המבחנים.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כתבו את צירוף הסמיכות ברבים (שימו לב: משנים רק את הנסמך).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מכונת כביסה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גן ילדים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כרטיס טיסה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שולחן כתיבה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תחנת דלק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משפט כתוב נכון?</w:t>
      </w:r>
    </w:p>
    <w:p>
      <w:pPr>
        <w:bidi/>
        <w:spacing w:before="0" w:after="80"/>
        <w:jc w:val="both"/>
      </w:pPr>
      <w:r>
        <w:rPr>
          <w:rtl/>
        </w:rPr>
        <w:t xml:space="preserve">   ○ ההורים ישבו באולם הספורט החדש.      ○ ההורים ישבו בהאולם ספורט החדש.      ○ ההורים ישבו באולם הספורט החדשה.</w:t>
      </w:r>
    </w:p>
    <w:p>
      <w:pPr>
        <w:bidi/>
        <w:spacing w:before="0" w:after="20"/>
        <w:jc w:val="both"/>
      </w:pPr>
      <w:r>
        <w:rPr>
          <w:rtl/>
        </w:rPr>
        <w:t>ב. איזה צירוף אינו צירוף סמיכות?</w:t>
      </w:r>
    </w:p>
    <w:p>
      <w:pPr>
        <w:bidi/>
        <w:spacing w:before="0" w:after="80"/>
        <w:jc w:val="both"/>
      </w:pPr>
      <w:r>
        <w:rPr>
          <w:rtl/>
        </w:rPr>
        <w:t xml:space="preserve">   ○ כוס תה      ○ ילד חכם      ○ דלת כניסה</w:t>
      </w:r>
    </w:p>
    <w:p>
      <w:pPr>
        <w:bidi/>
        <w:spacing w:before="0" w:after="20"/>
        <w:jc w:val="both"/>
      </w:pPr>
      <w:r>
        <w:rPr>
          <w:rtl/>
        </w:rPr>
        <w:t>ג. בצירוף «מגרש הכדורסל» – מהו הנסמך?</w:t>
      </w:r>
    </w:p>
    <w:p>
      <w:pPr>
        <w:bidi/>
        <w:spacing w:before="0" w:after="80"/>
        <w:jc w:val="both"/>
      </w:pPr>
      <w:r>
        <w:rPr>
          <w:rtl/>
        </w:rPr>
        <w:t xml:space="preserve">   ○ מגרש      ○ הכדורסל      ○ כל הצירוף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מודעה קצרה (3–4 משפטים) על יריד שייערך בבית הספר. שלבו בה לפחות ארבעה צירופי סמיכות ומתחו קו מתחתם.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מיינו: צירוף סמיכות או שם עצם ושם תואר?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כובע צמר  |  כובע חדש  |  מגרש חניה  |  מגרש גדול  |  שמלת ערב  |  שמלה ארוכה  |  ספר טבע  |  ספר עבה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צירוף סמיכות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 + שם תואר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את הנסמך (המילה שבסוגריים) בצורה הנכונה.</w:t>
      </w:r>
    </w:p>
    <w:p>
      <w:pPr>
        <w:bidi/>
        <w:spacing w:before="0" w:after="60"/>
        <w:jc w:val="both"/>
      </w:pPr>
      <w:r>
        <w:rPr>
          <w:rtl/>
        </w:rPr>
        <w:t>א. __________ שוקולד (עוגה)</w:t>
      </w:r>
    </w:p>
    <w:p>
      <w:pPr>
        <w:bidi/>
        <w:spacing w:before="0" w:after="60"/>
        <w:jc w:val="both"/>
      </w:pPr>
      <w:r>
        <w:rPr>
          <w:rtl/>
        </w:rPr>
        <w:t>ב. __________ השכונה (ילדים)</w:t>
      </w:r>
    </w:p>
    <w:p>
      <w:pPr>
        <w:bidi/>
        <w:spacing w:before="0" w:after="60"/>
        <w:jc w:val="both"/>
      </w:pPr>
      <w:r>
        <w:rPr>
          <w:rtl/>
        </w:rPr>
        <w:t>ג. __________ יום הולדת (מסיבה)</w:t>
      </w:r>
    </w:p>
    <w:p>
      <w:pPr>
        <w:bidi/>
        <w:spacing w:before="0" w:after="60"/>
        <w:jc w:val="both"/>
      </w:pPr>
      <w:r>
        <w:rPr>
          <w:rtl/>
        </w:rPr>
        <w:t>ד. __________ החג (שירים)</w:t>
      </w:r>
    </w:p>
    <w:p>
      <w:pPr>
        <w:bidi/>
        <w:spacing w:before="0" w:after="60"/>
        <w:jc w:val="both"/>
      </w:pPr>
      <w:r>
        <w:rPr>
          <w:rtl/>
        </w:rPr>
        <w:t>ה. __________ ים (שפה)</w:t>
      </w:r>
    </w:p>
    <w:p>
      <w:pPr>
        <w:bidi/>
        <w:spacing w:before="0" w:after="60"/>
        <w:jc w:val="both"/>
      </w:pPr>
      <w:r>
        <w:rPr>
          <w:rtl/>
        </w:rPr>
        <w:t>ו. __________ הכיתה (חלונות)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מצאו בכל משפט את צירופי הסמיכות וכתבו מהו הנסמך ומהו הסומך.</w:t>
      </w:r>
    </w:p>
    <w:p>
      <w:pPr>
        <w:bidi/>
        <w:spacing w:before="0" w:after="100"/>
        <w:jc w:val="both"/>
      </w:pPr>
      <w:r>
        <w:rPr>
          <w:rtl/>
        </w:rPr>
        <w:t>א. אחי קנה כרטיס כניסה למוזיאון.</w:t>
      </w:r>
    </w:p>
    <w:p>
      <w:pPr>
        <w:bidi/>
        <w:spacing w:before="0" w:after="100"/>
        <w:jc w:val="both"/>
      </w:pPr>
      <w:r>
        <w:rPr>
          <w:rtl/>
        </w:rPr>
        <w:t>ב. סבתא אפתה עוגת תפוחים.</w:t>
      </w:r>
    </w:p>
    <w:p>
      <w:pPr>
        <w:bidi/>
        <w:spacing w:before="0" w:after="100"/>
        <w:jc w:val="both"/>
      </w:pPr>
      <w:r>
        <w:rPr>
          <w:rtl/>
        </w:rPr>
        <w:t>ג. תלמידי הכיתה יצאו לטיול.</w:t>
      </w:r>
    </w:p>
    <w:p>
      <w:pPr>
        <w:bidi/>
        <w:spacing w:before="0" w:after="100"/>
        <w:jc w:val="both"/>
      </w:pPr>
      <w:r>
        <w:rPr>
          <w:rtl/>
        </w:rPr>
        <w:t>ד. בחופשת הקיץ ביקרנו בחוף הים.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בצירוף «מכונת כביסה» הנסמך הוא «מכונת».      נכון / לא נכון</w:t>
      </w:r>
    </w:p>
    <w:p>
      <w:pPr>
        <w:bidi/>
        <w:spacing w:before="0" w:after="60"/>
        <w:jc w:val="both"/>
      </w:pPr>
      <w:r>
        <w:rPr>
          <w:rtl/>
        </w:rPr>
        <w:t>ב. «ילדה נחמדה» הוא צירוף סמיכות.      נכון / לא נכון</w:t>
      </w:r>
    </w:p>
    <w:p>
      <w:pPr>
        <w:bidi/>
        <w:spacing w:before="0" w:after="60"/>
        <w:jc w:val="both"/>
      </w:pPr>
      <w:r>
        <w:rPr>
          <w:rtl/>
        </w:rPr>
        <w:t>ג. הצורה הנכונה היא «הבית ספר».      נכון / לא נכון</w:t>
      </w:r>
    </w:p>
    <w:p>
      <w:pPr>
        <w:bidi/>
        <w:spacing w:before="0" w:after="60"/>
        <w:jc w:val="both"/>
      </w:pPr>
      <w:r>
        <w:rPr>
          <w:rtl/>
        </w:rPr>
        <w:t>ד. «שעון יד חדשה» כתוב נכון.      נכון / לא נכון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צירופי סמיכות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צרו צירופי סמיכות.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נסמך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סומך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הצירוף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שמלת כלה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לימוד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ספרי לימוד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מכונה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כביסה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מכונת כביסה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חדר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חדר שינה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הוסיפו ה' הידיעה במקום הנכון.</w:t>
      </w:r>
    </w:p>
    <w:p>
      <w:pPr>
        <w:bidi/>
        <w:spacing w:before="0" w:after="40"/>
        <w:jc w:val="both"/>
      </w:pPr>
      <w:r>
        <w:rPr>
          <w:rtl/>
        </w:rPr>
        <w:t>א. בית כנסת ← בית הכנסת</w:t>
      </w:r>
    </w:p>
    <w:p>
      <w:pPr>
        <w:bidi/>
        <w:spacing w:before="0" w:after="40"/>
        <w:jc w:val="both"/>
      </w:pPr>
      <w:r>
        <w:rPr>
          <w:rtl/>
        </w:rPr>
        <w:t>ב. שעון קיר ← שעון הקיר</w:t>
      </w:r>
    </w:p>
    <w:p>
      <w:pPr>
        <w:bidi/>
        <w:spacing w:before="0" w:after="40"/>
        <w:jc w:val="both"/>
      </w:pPr>
      <w:r>
        <w:rPr>
          <w:rtl/>
        </w:rPr>
        <w:t>ג. מגרש משחקים ← מגרש המשחקים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בחרו את הצירוף הנכון.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בית הספר החדש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עוגת יום הולדת טעימה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משפט ובו שני צירופי סמיכות.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בחדר האוכל אכלנו מרק עגבניות.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הסיפור בצירופי הסמיכות שבמחסן.</w:t>
      </w:r>
    </w:p>
    <w:p>
      <w:pPr>
        <w:bidi/>
        <w:spacing w:before="0" w:after="40"/>
        <w:jc w:val="both"/>
      </w:pPr>
      <w:r>
        <w:rPr>
          <w:rtl/>
        </w:rPr>
        <w:t>א. בבוקר חיכינו בגשם בתחנת האוטובוס עשרים דקות.</w:t>
      </w:r>
    </w:p>
    <w:p>
      <w:pPr>
        <w:bidi/>
        <w:spacing w:before="0" w:after="40"/>
        <w:jc w:val="both"/>
      </w:pPr>
      <w:r>
        <w:rPr>
          <w:rtl/>
        </w:rPr>
        <w:t>ב. אחרי ארוחת הצוהריים יצאנו להפסקה בחצר.</w:t>
      </w:r>
    </w:p>
    <w:p>
      <w:pPr>
        <w:bidi/>
        <w:spacing w:before="0" w:after="40"/>
        <w:jc w:val="both"/>
      </w:pPr>
      <w:r>
        <w:rPr>
          <w:rtl/>
        </w:rPr>
        <w:t>ג. התורנים החזירו את ספרי הקריאה לספרייה.</w:t>
      </w:r>
    </w:p>
    <w:p>
      <w:pPr>
        <w:bidi/>
        <w:spacing w:before="0" w:after="40"/>
        <w:jc w:val="both"/>
      </w:pPr>
      <w:r>
        <w:rPr>
          <w:rtl/>
        </w:rPr>
        <w:t>ד. יואב הציץ בשעון היד שלו וגילה שהוא מאחר.</w:t>
      </w:r>
    </w:p>
    <w:p>
      <w:pPr>
        <w:bidi/>
        <w:spacing w:before="0" w:after="40"/>
        <w:jc w:val="both"/>
      </w:pPr>
      <w:r>
        <w:rPr>
          <w:rtl/>
        </w:rPr>
        <w:t>ה. המחנכת ישבה בחדר המורים ובדקה את המבחנים.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כתבו את צירוף הסמיכות ברבים (שימו לב: משנים רק את הנסמך).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מכונת כביסה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מכונות כביסה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גן ילדים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גני ילדים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כרטיס טיסה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כרטיסי טיסה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שולחן כתיבה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שולחנות כתיבה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תחנת דלק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תחנות דלק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משפט כתוב נכון?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ההורים ישבו באולם הספורט החדש.</w:t>
      </w:r>
    </w:p>
    <w:p>
      <w:pPr>
        <w:bidi/>
        <w:spacing w:before="0" w:after="20"/>
        <w:jc w:val="both"/>
      </w:pPr>
      <w:r>
        <w:rPr>
          <w:rtl/>
        </w:rPr>
        <w:t>ב. איזה צירוף אינו צירוף סמיכות?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ילד חכם</w:t>
      </w:r>
    </w:p>
    <w:p>
      <w:pPr>
        <w:bidi/>
        <w:spacing w:before="0" w:after="20"/>
        <w:jc w:val="both"/>
      </w:pPr>
      <w:r>
        <w:rPr>
          <w:rtl/>
        </w:rPr>
        <w:t>ג. בצירוף «מגרש הכדורסל» – מהו הנסמך?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מגרש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מודעה קצרה (3–4 משפטים) על יריד שייערך בבית הספר. שלבו בה לפחות ארבעה צירופי סמיכות ומתחו קו מתחתם.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ביום שלישי ייערך יריד ספרים בחצר בית הספר. ילדי השכבה ימכרו עוגיות שוקולד ומיץ תפוזים. כל ההכנסות יועברו לספריית הכיתה. בואו בשעת ההפסקה הגדולה!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מיינו: צירוף סמיכות או שם עצם ושם תואר?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צירוף סמיכות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 + שם תואר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כובע צמר, מגרש חניה, שמלת ערב, ספר טבע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כובע חדש, מגרש גדול, שמלה ארוכה, ספר עבה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את הנסמך (המילה שבסוגריים) בצורה הנכונה.</w:t>
      </w:r>
    </w:p>
    <w:p>
      <w:pPr>
        <w:bidi/>
        <w:spacing w:before="0" w:after="40"/>
        <w:jc w:val="both"/>
      </w:pPr>
      <w:r>
        <w:rPr>
          <w:rtl/>
        </w:rPr>
        <w:t>א. עוגת שוקולד (עוגה)</w:t>
      </w:r>
    </w:p>
    <w:p>
      <w:pPr>
        <w:bidi/>
        <w:spacing w:before="0" w:after="40"/>
        <w:jc w:val="both"/>
      </w:pPr>
      <w:r>
        <w:rPr>
          <w:rtl/>
        </w:rPr>
        <w:t>ב. ילדי השכונה (ילדים)</w:t>
      </w:r>
    </w:p>
    <w:p>
      <w:pPr>
        <w:bidi/>
        <w:spacing w:before="0" w:after="40"/>
        <w:jc w:val="both"/>
      </w:pPr>
      <w:r>
        <w:rPr>
          <w:rtl/>
        </w:rPr>
        <w:t>ג. מסיבת יום הולדת (מסיבה)</w:t>
      </w:r>
    </w:p>
    <w:p>
      <w:pPr>
        <w:bidi/>
        <w:spacing w:before="0" w:after="40"/>
        <w:jc w:val="both"/>
      </w:pPr>
      <w:r>
        <w:rPr>
          <w:rtl/>
        </w:rPr>
        <w:t>ד. שירי החג (שירים)</w:t>
      </w:r>
    </w:p>
    <w:p>
      <w:pPr>
        <w:bidi/>
        <w:spacing w:before="0" w:after="40"/>
        <w:jc w:val="both"/>
      </w:pPr>
      <w:r>
        <w:rPr>
          <w:rtl/>
        </w:rPr>
        <w:t>ה. שפת ים (שפה)</w:t>
      </w:r>
    </w:p>
    <w:p>
      <w:pPr>
        <w:bidi/>
        <w:spacing w:before="0" w:after="40"/>
        <w:jc w:val="both"/>
      </w:pPr>
      <w:r>
        <w:rPr>
          <w:rtl/>
        </w:rPr>
        <w:t>ו. חלונות הכיתה (חלונות)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מצאו בכל משפט את צירופי הסמיכות וכתבו מהו הנסמך ומהו הסומך.</w:t>
      </w:r>
    </w:p>
    <w:p>
      <w:pPr>
        <w:bidi/>
        <w:spacing w:before="0" w:after="100"/>
        <w:jc w:val="both"/>
      </w:pPr>
      <w:r>
        <w:rPr>
          <w:rtl/>
        </w:rPr>
        <w:t>א. אחי קנה כרטיס כניסה למוזיאון.  ← כרטיס כניסה – נסמך: כרטיס, סומך: כניסה</w:t>
      </w:r>
    </w:p>
    <w:p>
      <w:pPr>
        <w:bidi/>
        <w:spacing w:before="0" w:after="100"/>
        <w:jc w:val="both"/>
      </w:pPr>
      <w:r>
        <w:rPr>
          <w:rtl/>
        </w:rPr>
        <w:t>ב. סבתא אפתה עוגת תפוחים.  ← עוגת תפוחים – נסמך: עוגת, סומך: תפוחים</w:t>
      </w:r>
    </w:p>
    <w:p>
      <w:pPr>
        <w:bidi/>
        <w:spacing w:before="0" w:after="100"/>
        <w:jc w:val="both"/>
      </w:pPr>
      <w:r>
        <w:rPr>
          <w:rtl/>
        </w:rPr>
        <w:t>ג. תלמידי הכיתה יצאו לטיול.  ← תלמידי הכיתה – נסמך: תלמידי, סומך: הכיתה</w:t>
      </w:r>
    </w:p>
    <w:p>
      <w:pPr>
        <w:bidi/>
        <w:spacing w:before="0" w:after="100"/>
        <w:jc w:val="both"/>
      </w:pPr>
      <w:r>
        <w:rPr>
          <w:rtl/>
        </w:rPr>
        <w:t>ד. בחופשת הקיץ ביקרנו בחוף הים.  ← חופשת הקיץ (נסמך: חופשת, סומך: הקיץ); חוף הים (נסמך: חוף, סומך: הים)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בצירוף «מכונת כביסה» הנסמך הוא «מכונת». – נכון</w:t>
      </w:r>
    </w:p>
    <w:p>
      <w:pPr>
        <w:bidi/>
        <w:spacing w:before="0" w:after="40"/>
        <w:jc w:val="both"/>
      </w:pPr>
      <w:r>
        <w:rPr>
          <w:rtl/>
        </w:rPr>
        <w:t>ב. «ילדה נחמדה» הוא צירוף סמיכות. – לא נכון – זה שם עצם ושם תואר: «נחמדה» מתארת את הילדה</w:t>
      </w:r>
    </w:p>
    <w:p>
      <w:pPr>
        <w:bidi/>
        <w:spacing w:before="0" w:after="40"/>
        <w:jc w:val="both"/>
      </w:pPr>
      <w:r>
        <w:rPr>
          <w:rtl/>
        </w:rPr>
        <w:t>ג. הצורה הנכונה היא «הבית ספר». – לא נכון – ה' הידיעה באה לפני הסומך: «בית הספר»</w:t>
      </w:r>
    </w:p>
    <w:p>
      <w:pPr>
        <w:bidi/>
        <w:spacing w:before="0" w:after="40"/>
        <w:jc w:val="both"/>
      </w:pPr>
      <w:r>
        <w:rPr>
          <w:rtl/>
        </w:rPr>
        <w:t>ד. «שעון יד חדשה» כתוב נכון. – לא נכון – שם התואר מתאים לנסמך «שעון»: «שעון יד חדש»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