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· כיתה ה'   |   דף עבודה</w:t>
      </w:r>
    </w:p>
    <w:p>
      <w:pPr>
        <w:bidi/>
        <w:spacing w:before="0" w:after="200"/>
        <w:jc w:val="both"/>
      </w:pPr>
      <w:r>
        <w:rPr>
          <w:rFonts w:ascii="Arial" w:hAnsi="Arial" w:cs="Arial"/>
          <w:sz w:val="22"/>
          <w:szCs w:val="22"/>
          <w:rtl/>
        </w:rPr>
        <w:t>שם פרטי: ________________   שם משפחה: ________________   כיתה: ______</w:t>
      </w:r>
    </w:p>
    <w:p>
      <w:pPr>
        <w:bidi/>
        <w:spacing w:before="0" w:after="120"/>
        <w:jc w:val="both"/>
      </w:pPr>
      <w:r>
        <w:rPr>
          <w:rFonts w:ascii="David" w:hAnsi="David" w:cs="David"/>
          <w:b/>
          <w:bCs/>
          <w:color w:val="9F1239"/>
          <w:sz w:val="44"/>
          <w:szCs w:val="44"/>
          <w:rtl/>
        </w:rPr>
        <w:t>מילות יחס ונטייתן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השלימו את טבלת הנטייה.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גוף</w:t>
            </w:r>
          </w:p>
        </w:tc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של</w:t>
            </w:r>
          </w:p>
        </w:tc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ל־</w:t>
            </w:r>
          </w:p>
        </w:tc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עם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אני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הוא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אנחנו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הם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החליפו את המילים שבסוגריים במילת יחס נוטה.</w:t>
      </w:r>
    </w:p>
    <w:p>
      <w:pPr>
        <w:bidi/>
        <w:spacing w:before="0" w:after="60"/>
        <w:jc w:val="both"/>
      </w:pPr>
      <w:r>
        <w:rPr>
          <w:rtl/>
        </w:rPr>
        <w:t>א. סבתא סיפרה __________ (לנועה ולי) סיפור.</w:t>
      </w:r>
    </w:p>
    <w:p>
      <w:pPr>
        <w:bidi/>
        <w:spacing w:before="0" w:after="60"/>
        <w:jc w:val="both"/>
      </w:pPr>
      <w:r>
        <w:rPr>
          <w:rtl/>
        </w:rPr>
        <w:t>ב. פגשתי __________ (את יואב) בחוג.</w:t>
      </w:r>
    </w:p>
    <w:p>
      <w:pPr>
        <w:bidi/>
        <w:spacing w:before="0" w:after="60"/>
        <w:jc w:val="both"/>
      </w:pPr>
      <w:r>
        <w:rPr>
          <w:rtl/>
        </w:rPr>
        <w:t>ג. שיחקתי __________ (עם האחיות שלי) בחצר.</w:t>
      </w:r>
    </w:p>
    <w:p>
      <w:pPr>
        <w:bidi/>
        <w:spacing w:before="0" w:after="60"/>
        <w:jc w:val="both"/>
      </w:pPr>
      <w:r>
        <w:rPr>
          <w:rtl/>
        </w:rPr>
        <w:t>ד. הכלב __________ (של דן) נובח.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«איתו» או «אותו»?</w:t>
      </w:r>
    </w:p>
    <w:p>
      <w:pPr>
        <w:bidi/>
        <w:spacing w:before="0" w:after="20"/>
        <w:jc w:val="both"/>
      </w:pPr>
      <w:r>
        <w:rPr>
          <w:rtl/>
        </w:rPr>
        <w:t>א. הזמנתי ___ למסיבה.</w:t>
      </w:r>
    </w:p>
    <w:p>
      <w:pPr>
        <w:bidi/>
        <w:spacing w:before="0" w:after="80"/>
        <w:jc w:val="both"/>
      </w:pPr>
      <w:r>
        <w:rPr>
          <w:rtl/>
        </w:rPr>
        <w:t xml:space="preserve">   ○ איתו      ○ אותו</w:t>
      </w:r>
    </w:p>
    <w:p>
      <w:pPr>
        <w:bidi/>
        <w:spacing w:before="0" w:after="20"/>
        <w:jc w:val="both"/>
      </w:pPr>
      <w:r>
        <w:rPr>
          <w:rtl/>
        </w:rPr>
        <w:t>ב. טיילתי ___ בשבת.</w:t>
      </w:r>
    </w:p>
    <w:p>
      <w:pPr>
        <w:bidi/>
        <w:spacing w:before="0" w:after="80"/>
        <w:jc w:val="both"/>
      </w:pPr>
      <w:r>
        <w:rPr>
          <w:rtl/>
        </w:rPr>
        <w:t xml:space="preserve">   ○ איתו      ○ אותו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כתבו משפט עם «אצלנו» ומשפט עם «אליהם».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השלימו את נטיית מילות היחס «אצל» ו«אל».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גוף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אצל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אל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אני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אתה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היא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אתן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קראו את ההודעה שנועם כתב לסבתא, והחליפו את המילים שבסוגריים במילת יחס נוטה.</w:t>
      </w:r>
    </w:p>
    <w:p>
      <w:pPr>
        <w:bidi/>
        <w:spacing w:before="0" w:after="60"/>
        <w:jc w:val="both"/>
      </w:pPr>
      <w:r>
        <w:rPr>
          <w:rtl/>
        </w:rPr>
        <w:t>א. שלום סבתא, כולנו מתגעגעים __________ (אל + את).</w:t>
      </w:r>
    </w:p>
    <w:p>
      <w:pPr>
        <w:bidi/>
        <w:spacing w:before="0" w:after="60"/>
        <w:jc w:val="both"/>
      </w:pPr>
      <w:r>
        <w:rPr>
          <w:rtl/>
        </w:rPr>
        <w:t>ב. בשבת הבאה נישן __________ (אצל + את).</w:t>
      </w:r>
    </w:p>
    <w:p>
      <w:pPr>
        <w:bidi/>
        <w:spacing w:before="0" w:after="60"/>
        <w:jc w:val="both"/>
      </w:pPr>
      <w:r>
        <w:rPr>
          <w:rtl/>
        </w:rPr>
        <w:t>ג. אבא כבר קנה __________ (בשביל + את) מתנה קטנה.</w:t>
      </w:r>
    </w:p>
    <w:p>
      <w:pPr>
        <w:bidi/>
        <w:spacing w:before="0" w:after="60"/>
        <w:jc w:val="both"/>
      </w:pPr>
      <w:r>
        <w:rPr>
          <w:rtl/>
        </w:rPr>
        <w:t>ד. נביא __________ (עם + אנחנו) גם את הכלב החדש.</w:t>
      </w:r>
    </w:p>
    <w:p>
      <w:pPr>
        <w:bidi/>
        <w:spacing w:before="0" w:after="60"/>
        <w:jc w:val="both"/>
      </w:pPr>
      <w:r>
        <w:rPr>
          <w:rtl/>
        </w:rPr>
        <w:t>ה. הוא שמח מאוד וכל הזמן מקפץ __________ (סביב + אנחנו).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בחרו את הצורה הנכונה.</w:t>
      </w:r>
    </w:p>
    <w:p>
      <w:pPr>
        <w:bidi/>
        <w:spacing w:before="0" w:after="20"/>
        <w:jc w:val="both"/>
      </w:pPr>
      <w:r>
        <w:rPr>
          <w:rtl/>
        </w:rPr>
        <w:t>א. המורה ביקשה ___ לשבת בשקט. (את + אתם)</w:t>
      </w:r>
    </w:p>
    <w:p>
      <w:pPr>
        <w:bidi/>
        <w:spacing w:before="0" w:after="80"/>
        <w:jc w:val="both"/>
      </w:pPr>
      <w:r>
        <w:rPr>
          <w:rtl/>
        </w:rPr>
        <w:t xml:space="preserve">   ○ אותכם      ○ אתכם      ○ איתכם</w:t>
      </w:r>
    </w:p>
    <w:p>
      <w:pPr>
        <w:bidi/>
        <w:spacing w:before="0" w:after="20"/>
        <w:jc w:val="both"/>
      </w:pPr>
      <w:r>
        <w:rPr>
          <w:rtl/>
        </w:rPr>
        <w:t>ב. הספרים האלה ___. (של + הן)</w:t>
      </w:r>
    </w:p>
    <w:p>
      <w:pPr>
        <w:bidi/>
        <w:spacing w:before="0" w:after="80"/>
        <w:jc w:val="both"/>
      </w:pPr>
      <w:r>
        <w:rPr>
          <w:rtl/>
        </w:rPr>
        <w:t xml:space="preserve">   ○ שלהן      ○ שלהם      ○ שלן</w:t>
      </w:r>
    </w:p>
    <w:p>
      <w:pPr>
        <w:bidi/>
        <w:spacing w:before="0" w:after="20"/>
        <w:jc w:val="both"/>
      </w:pPr>
      <w:r>
        <w:rPr>
          <w:rtl/>
        </w:rPr>
        <w:t>ג. דיברתי ___ בטלפון. (עם + הוא)</w:t>
      </w:r>
    </w:p>
    <w:p>
      <w:pPr>
        <w:bidi/>
        <w:spacing w:before="0" w:after="80"/>
        <w:jc w:val="both"/>
      </w:pPr>
      <w:r>
        <w:rPr>
          <w:rtl/>
        </w:rPr>
        <w:t xml:space="preserve">   ○ אותו      ○ איתו      ○ לו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כתבו מכתב קצר (3–4 משפטים) לחבר שעבר לגור בעיר אחרת. השתמשו בלפחות ארבע מילות יחס נוטות שונות ומתחו קו מתחתן.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התאימו כל צירוף למילת היחס הנוטה.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של + אני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עלינו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עם + הם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איתם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ל־ + היא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שלי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על + אנחנו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בך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ב־ + אתה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לה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החליפו את המילים שבסוגריים במילת יחס נוטה.</w:t>
      </w:r>
    </w:p>
    <w:p>
      <w:pPr>
        <w:bidi/>
        <w:spacing w:before="0" w:after="60"/>
        <w:jc w:val="both"/>
      </w:pPr>
      <w:r>
        <w:rPr>
          <w:rtl/>
        </w:rPr>
        <w:t>א. החתול קפץ __________ (על + אני) בבוקר.</w:t>
      </w:r>
    </w:p>
    <w:p>
      <w:pPr>
        <w:bidi/>
        <w:spacing w:before="0" w:after="60"/>
        <w:jc w:val="both"/>
      </w:pPr>
      <w:r>
        <w:rPr>
          <w:rtl/>
        </w:rPr>
        <w:t>ב. קיבלתי מתנה __________ (מן + הם).</w:t>
      </w:r>
    </w:p>
    <w:p>
      <w:pPr>
        <w:bidi/>
        <w:spacing w:before="0" w:after="60"/>
        <w:jc w:val="both"/>
      </w:pPr>
      <w:r>
        <w:rPr>
          <w:rtl/>
        </w:rPr>
        <w:t>ג. המורה סומכת __________ (על + אתם).</w:t>
      </w:r>
    </w:p>
    <w:p>
      <w:pPr>
        <w:bidi/>
        <w:spacing w:before="0" w:after="60"/>
        <w:jc w:val="both"/>
      </w:pPr>
      <w:r>
        <w:rPr>
          <w:rtl/>
        </w:rPr>
        <w:t>ד. הכנתי כריך __________ (בשביל + הוא).</w:t>
      </w:r>
    </w:p>
    <w:p>
      <w:pPr>
        <w:bidi/>
        <w:spacing w:before="0" w:after="60"/>
        <w:jc w:val="both"/>
      </w:pPr>
      <w:r>
        <w:rPr>
          <w:rtl/>
        </w:rPr>
        <w:t>ה. האם אתה מאמין __________ (ב־ + אני)?</w:t>
      </w:r>
    </w:p>
    <w:p>
      <w:pPr>
        <w:bidi/>
        <w:spacing w:before="0" w:after="60"/>
        <w:jc w:val="both"/>
      </w:pPr>
      <w:r>
        <w:rPr>
          <w:rtl/>
        </w:rPr>
        <w:t>ו. יואב גבוה __________ (מן + אנחנו).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מיינו את המילים לפי מילת היחס שממנה הן נוצרו.</w:t>
      </w:r>
    </w:p>
    <w:p>
      <w:pPr>
        <w:bidi/>
        <w:spacing w:before="0" w:after="80"/>
        <w:jc w:val="both"/>
      </w:pPr>
      <w:r>
        <w:rPr>
          <w:color w:val="9F1239"/>
          <w:sz w:val="24"/>
          <w:szCs w:val="24"/>
          <w:rtl/>
        </w:rPr>
        <w:t>המילים: עליו  |  מהן  |  בנו  |  בשבילך  |  עלייך  |  ממני  |  בהם  |  בשבילם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על</w:t>
            </w:r>
          </w:p>
        </w:tc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מן</w:t>
            </w:r>
          </w:p>
        </w:tc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ב־</w:t>
            </w:r>
          </w:p>
        </w:tc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בשביל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נכון או לא נכון? תקנו את המשפטים הלא נכונים.</w:t>
      </w:r>
    </w:p>
    <w:p>
      <w:pPr>
        <w:bidi/>
        <w:spacing w:before="0" w:after="60"/>
        <w:jc w:val="both"/>
      </w:pPr>
      <w:r>
        <w:rPr>
          <w:rtl/>
        </w:rPr>
        <w:t>א. «אותי» היא נטייה של «את».      נכון / לא נכון</w:t>
      </w:r>
    </w:p>
    <w:p>
      <w:pPr>
        <w:bidi/>
        <w:spacing w:before="0" w:after="60"/>
        <w:jc w:val="both"/>
      </w:pPr>
      <w:r>
        <w:rPr>
          <w:rtl/>
        </w:rPr>
        <w:t>ב. «איתנו» פירושו «עם אנחנו».      נכון / לא נכון</w:t>
      </w:r>
    </w:p>
    <w:p>
      <w:pPr>
        <w:bidi/>
        <w:spacing w:before="0" w:after="60"/>
        <w:jc w:val="both"/>
      </w:pPr>
      <w:r>
        <w:rPr>
          <w:rtl/>
        </w:rPr>
        <w:t>ג. «שלהם» מתאימה לקבוצה של בנות בלבד.      נכון / לא נכון</w:t>
      </w:r>
    </w:p>
    <w:p>
      <w:pPr>
        <w:bidi/>
        <w:spacing w:before="0" w:after="60"/>
        <w:jc w:val="both"/>
      </w:pPr>
      <w:r>
        <w:rPr>
          <w:rtl/>
        </w:rPr>
        <w:t>ד. «ממנו» יכולה להיות גם «מן + הוא» וגם «מן + אנחנו».      נכון / לא נכון</w:t>
      </w: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· כיתה ה'   |   דף עבודה – תשובות</w:t>
      </w:r>
    </w:p>
    <w:p>
      <w:pPr>
        <w:bidi/>
        <w:spacing w:before="0" w:after="120"/>
        <w:jc w:val="both"/>
      </w:pPr>
      <w:r>
        <w:rPr>
          <w:rFonts w:ascii="David" w:hAnsi="David" w:cs="David"/>
          <w:b/>
          <w:bCs/>
          <w:color w:val="0F7A4F"/>
          <w:sz w:val="36"/>
          <w:szCs w:val="36"/>
          <w:rtl/>
        </w:rPr>
        <w:t>תשובות – מילות יחס ונטייתן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השלימו את טבלת הנטייה.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גוף</w:t>
            </w:r>
          </w:p>
        </w:tc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של</w:t>
            </w:r>
          </w:p>
        </w:tc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ל־</w:t>
            </w:r>
          </w:p>
        </w:tc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עם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אני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שלי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לי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איתי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הוא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שלו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לו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איתו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אנחנו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שלנו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לנו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איתנו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הם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שלהם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להם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איתם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החליפו את המילים שבסוגריים במילת יחס נוטה.</w:t>
      </w:r>
    </w:p>
    <w:p>
      <w:pPr>
        <w:bidi/>
        <w:spacing w:before="0" w:after="40"/>
        <w:jc w:val="both"/>
      </w:pPr>
      <w:r>
        <w:rPr>
          <w:rtl/>
        </w:rPr>
        <w:t>א. סבתא סיפרה לנו (לנועה ולי) סיפור.</w:t>
      </w:r>
    </w:p>
    <w:p>
      <w:pPr>
        <w:bidi/>
        <w:spacing w:before="0" w:after="40"/>
        <w:jc w:val="both"/>
      </w:pPr>
      <w:r>
        <w:rPr>
          <w:rtl/>
        </w:rPr>
        <w:t>ב. פגשתי אותו (את יואב) בחוג.</w:t>
      </w:r>
    </w:p>
    <w:p>
      <w:pPr>
        <w:bidi/>
        <w:spacing w:before="0" w:after="40"/>
        <w:jc w:val="both"/>
      </w:pPr>
      <w:r>
        <w:rPr>
          <w:rtl/>
        </w:rPr>
        <w:t>ג. שיחקתי איתן (עם האחיות שלי) בחצר.</w:t>
      </w:r>
    </w:p>
    <w:p>
      <w:pPr>
        <w:bidi/>
        <w:spacing w:before="0" w:after="40"/>
        <w:jc w:val="both"/>
      </w:pPr>
      <w:r>
        <w:rPr>
          <w:rtl/>
        </w:rPr>
        <w:t>ד. הכלב שלו (של דן) נובח.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«איתו» או «אותו»?</w:t>
      </w:r>
    </w:p>
    <w:p>
      <w:pPr>
        <w:bidi/>
        <w:spacing w:before="0" w:after="20"/>
        <w:jc w:val="both"/>
      </w:pPr>
      <w:r>
        <w:rPr>
          <w:rtl/>
        </w:rPr>
        <w:t>א. הזמנתי ___ למסיבה.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אותו</w:t>
      </w:r>
    </w:p>
    <w:p>
      <w:pPr>
        <w:bidi/>
        <w:spacing w:before="0" w:after="20"/>
        <w:jc w:val="both"/>
      </w:pPr>
      <w:r>
        <w:rPr>
          <w:rtl/>
        </w:rPr>
        <w:t>ב. טיילתי ___ בשבת.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איתו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כתבו משפט עם «אצלנו» ומשפט עם «אליהם».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אצלנו בבית יש גינה. כתבנו אליהם מכתב.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השלימו את נטיית מילות היחס «אצל» ו«אל».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גוף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אצל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אל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אני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אצלי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אליי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אתה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אצלך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אליך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אצלך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אלייך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היא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אצלה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אליה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אתן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אצלכן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אליכן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קראו את ההודעה שנועם כתב לסבתא, והחליפו את המילים שבסוגריים במילת יחס נוטה.</w:t>
      </w:r>
    </w:p>
    <w:p>
      <w:pPr>
        <w:bidi/>
        <w:spacing w:before="0" w:after="40"/>
        <w:jc w:val="both"/>
      </w:pPr>
      <w:r>
        <w:rPr>
          <w:rtl/>
        </w:rPr>
        <w:t>א. שלום סבתא, כולנו מתגעגעים אלייך (אל + את).</w:t>
      </w:r>
    </w:p>
    <w:p>
      <w:pPr>
        <w:bidi/>
        <w:spacing w:before="0" w:after="40"/>
        <w:jc w:val="both"/>
      </w:pPr>
      <w:r>
        <w:rPr>
          <w:rtl/>
        </w:rPr>
        <w:t>ב. בשבת הבאה נישן אצלך (אצל + את).</w:t>
      </w:r>
    </w:p>
    <w:p>
      <w:pPr>
        <w:bidi/>
        <w:spacing w:before="0" w:after="40"/>
        <w:jc w:val="both"/>
      </w:pPr>
      <w:r>
        <w:rPr>
          <w:rtl/>
        </w:rPr>
        <w:t>ג. אבא כבר קנה בשבילך (בשביל + את) מתנה קטנה.</w:t>
      </w:r>
    </w:p>
    <w:p>
      <w:pPr>
        <w:bidi/>
        <w:spacing w:before="0" w:after="40"/>
        <w:jc w:val="both"/>
      </w:pPr>
      <w:r>
        <w:rPr>
          <w:rtl/>
        </w:rPr>
        <w:t>ד. נביא איתנו (עם + אנחנו) גם את הכלב החדש.</w:t>
      </w:r>
    </w:p>
    <w:p>
      <w:pPr>
        <w:bidi/>
        <w:spacing w:before="0" w:after="40"/>
        <w:jc w:val="both"/>
      </w:pPr>
      <w:r>
        <w:rPr>
          <w:rtl/>
        </w:rPr>
        <w:t>ה. הוא שמח מאוד וכל הזמן מקפץ סביבנו (סביב + אנחנו).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בחרו את הצורה הנכונה.</w:t>
      </w:r>
    </w:p>
    <w:p>
      <w:pPr>
        <w:bidi/>
        <w:spacing w:before="0" w:after="20"/>
        <w:jc w:val="both"/>
      </w:pPr>
      <w:r>
        <w:rPr>
          <w:rtl/>
        </w:rPr>
        <w:t>א. המורה ביקשה ___ לשבת בשקט. (את + אתם)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אתכם</w:t>
      </w:r>
    </w:p>
    <w:p>
      <w:pPr>
        <w:bidi/>
        <w:spacing w:before="0" w:after="20"/>
        <w:jc w:val="both"/>
      </w:pPr>
      <w:r>
        <w:rPr>
          <w:rtl/>
        </w:rPr>
        <w:t>ב. הספרים האלה ___. (של + הן)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שלהן</w:t>
      </w:r>
    </w:p>
    <w:p>
      <w:pPr>
        <w:bidi/>
        <w:spacing w:before="0" w:after="20"/>
        <w:jc w:val="both"/>
      </w:pPr>
      <w:r>
        <w:rPr>
          <w:rtl/>
        </w:rPr>
        <w:t>ג. דיברתי ___ בטלפון. (עם + הוא)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איתו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כתבו מכתב קצר (3–4 משפטים) לחבר שעבר לגור בעיר אחרת. השתמשו בלפחות ארבע מילות יחס נוטות שונות ומתחו קו מתחתן.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שלום עידו, כולנו חושבים עליך. בלעדיך ההפסקות משעממות. אני מקווה שטוב לך בבית החדש. בחופש אבוא אליך, ונשחק יחד כמו פעם.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התאימו כל צירוף למילת היחס הנוטה.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של + אני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עלינו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עם + הם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איתם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ל־ + היא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שלי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על + אנחנו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[5] בך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ב־ + אתה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לה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החליפו את המילים שבסוגריים במילת יחס נוטה.</w:t>
      </w:r>
    </w:p>
    <w:p>
      <w:pPr>
        <w:bidi/>
        <w:spacing w:before="0" w:after="40"/>
        <w:jc w:val="both"/>
      </w:pPr>
      <w:r>
        <w:rPr>
          <w:rtl/>
        </w:rPr>
        <w:t>א. החתול קפץ עליי (על + אני) בבוקר.</w:t>
      </w:r>
    </w:p>
    <w:p>
      <w:pPr>
        <w:bidi/>
        <w:spacing w:before="0" w:after="40"/>
        <w:jc w:val="both"/>
      </w:pPr>
      <w:r>
        <w:rPr>
          <w:rtl/>
        </w:rPr>
        <w:t>ב. קיבלתי מתנה מהם (מן + הם).</w:t>
      </w:r>
    </w:p>
    <w:p>
      <w:pPr>
        <w:bidi/>
        <w:spacing w:before="0" w:after="40"/>
        <w:jc w:val="both"/>
      </w:pPr>
      <w:r>
        <w:rPr>
          <w:rtl/>
        </w:rPr>
        <w:t>ג. המורה סומכת עליכם (על + אתם).</w:t>
      </w:r>
    </w:p>
    <w:p>
      <w:pPr>
        <w:bidi/>
        <w:spacing w:before="0" w:after="40"/>
        <w:jc w:val="both"/>
      </w:pPr>
      <w:r>
        <w:rPr>
          <w:rtl/>
        </w:rPr>
        <w:t>ד. הכנתי כריך בשבילו (בשביל + הוא).</w:t>
      </w:r>
    </w:p>
    <w:p>
      <w:pPr>
        <w:bidi/>
        <w:spacing w:before="0" w:after="40"/>
        <w:jc w:val="both"/>
      </w:pPr>
      <w:r>
        <w:rPr>
          <w:rtl/>
        </w:rPr>
        <w:t>ה. האם אתה מאמין בי (ב־ + אני)?</w:t>
      </w:r>
    </w:p>
    <w:p>
      <w:pPr>
        <w:bidi/>
        <w:spacing w:before="0" w:after="40"/>
        <w:jc w:val="both"/>
      </w:pPr>
      <w:r>
        <w:rPr>
          <w:rtl/>
        </w:rPr>
        <w:t>ו. יואב גבוה ממנו (מן + אנחנו).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מיינו את המילים לפי מילת היחס שממנה הן נוצרו.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על</w:t>
            </w:r>
          </w:p>
        </w:tc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מן</w:t>
            </w:r>
          </w:p>
        </w:tc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ב־</w:t>
            </w:r>
          </w:p>
        </w:tc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בשביל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עליו, עלייך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מהן, ממני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בנו, בהם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בשבילך, בשבילם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נכון או לא נכון? תקנו את המשפטים הלא נכונים.</w:t>
      </w:r>
    </w:p>
    <w:p>
      <w:pPr>
        <w:bidi/>
        <w:spacing w:before="0" w:after="40"/>
        <w:jc w:val="both"/>
      </w:pPr>
      <w:r>
        <w:rPr>
          <w:rtl/>
        </w:rPr>
        <w:t>א. «אותי» היא נטייה של «את». – נכון</w:t>
      </w:r>
    </w:p>
    <w:p>
      <w:pPr>
        <w:bidi/>
        <w:spacing w:before="0" w:after="40"/>
        <w:jc w:val="both"/>
      </w:pPr>
      <w:r>
        <w:rPr>
          <w:rtl/>
        </w:rPr>
        <w:t>ב. «איתנו» פירושו «עם אנחנו». – נכון</w:t>
      </w:r>
    </w:p>
    <w:p>
      <w:pPr>
        <w:bidi/>
        <w:spacing w:before="0" w:after="40"/>
        <w:jc w:val="both"/>
      </w:pPr>
      <w:r>
        <w:rPr>
          <w:rtl/>
        </w:rPr>
        <w:t>ג. «שלהם» מתאימה לקבוצה של בנות בלבד. – לא נכון – לקבוצת בנות אומרים «שלהן»; «שלהם» – לבנים או לקבוצה מעורבת</w:t>
      </w:r>
    </w:p>
    <w:p>
      <w:pPr>
        <w:bidi/>
        <w:spacing w:before="0" w:after="40"/>
        <w:jc w:val="both"/>
      </w:pPr>
      <w:r>
        <w:rPr>
          <w:rtl/>
        </w:rPr>
        <w:t>ד. «ממנו» יכולה להיות גם «מן + הוא» וגם «מן + אנחנו». – נכון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