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נרדפות, הפכים וביטויים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כל מה שצריך לזכור על מילים נרדפות, הפכים וביטויים,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נרדפות והפכים</w:t>
      </w:r>
    </w:p>
    <w:p>
      <w:pPr>
        <w:bidi/>
        <w:spacing w:before="0" w:after="40"/>
        <w:jc w:val="both"/>
      </w:pPr>
      <w:r>
        <w:rPr>
          <w:rtl/>
        </w:rPr>
        <w:t>מילים נרדפות: צורה שונה ומשמעות קרובה, והן עוזרות לגוון את הכתיבה. הפכים: משמעות הפוכה.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נרדפת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עליז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מכוער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לשוחח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לשתוק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נמוך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בודקים שהמילה מתאימה</w:t>
      </w:r>
    </w:p>
    <w:p>
      <w:pPr>
        <w:bidi/>
        <w:spacing w:before="0" w:after="40"/>
        <w:jc w:val="both"/>
      </w:pPr>
      <w:r>
        <w:rPr>
          <w:rtl/>
        </w:rPr>
        <w:t>לא כל מילה נרדפת מתאימה לכל משפט.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«הים שקט»: אפשר «הים רגוע», אבל לא «הים שותק».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ביטויים וניבים</w:t>
      </w:r>
    </w:p>
    <w:p>
      <w:pPr>
        <w:bidi/>
        <w:spacing w:before="0" w:after="40"/>
        <w:jc w:val="both"/>
      </w:pPr>
      <w:r>
        <w:rPr>
          <w:rtl/>
        </w:rPr>
        <w:t>כמה מילים שיחד יש להן משמעות אחרת מהמשמעות של כל מילה לבד.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ביטוי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גדול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אחראי ויוזם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עושה את עצמו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מעמיד פנים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קצה המזלג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בקיצור, בכמה מילים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כשמחפשים מילה נרדפת – בודקים שהיא מתאימה למשפט: «הים שקט» – אפשר «רגוע», אבל לא «שותק».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ההפך של «חזק» הוא ___.</w:t>
      </w:r>
    </w:p>
    <w:p>
      <w:pPr>
        <w:bidi/>
        <w:spacing w:before="0" w:after="20"/>
        <w:jc w:val="both"/>
      </w:pPr>
      <w:r>
        <w:rPr>
          <w:rtl/>
        </w:rPr>
        <w:t>1. שואלים: מה המשמעות ההפוכה ל«חזק»?</w:t>
      </w:r>
    </w:p>
    <w:p>
      <w:pPr>
        <w:bidi/>
        <w:spacing w:before="0" w:after="20"/>
        <w:jc w:val="both"/>
      </w:pPr>
      <w:r>
        <w:rPr>
          <w:rtl/>
        </w:rPr>
        <w:t>2. בודקים במשפט: האריה חזק, העכבר חלש.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חלש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מילה נרדפת, הפך או פירוש, לפי מה שכתוב:</w:t>
      </w:r>
    </w:p>
    <w:p>
      <w:pPr>
        <w:bidi/>
        <w:spacing w:before="0" w:after="60"/>
        <w:jc w:val="both"/>
      </w:pPr>
      <w:r>
        <w:rPr>
          <w:rtl/>
        </w:rPr>
        <w:t>א. מילה נרדפת ל«ענק» היא __________.</w:t>
      </w:r>
    </w:p>
    <w:p>
      <w:pPr>
        <w:bidi/>
        <w:spacing w:before="0" w:after="60"/>
        <w:jc w:val="both"/>
      </w:pPr>
      <w:r>
        <w:rPr>
          <w:rtl/>
        </w:rPr>
        <w:t>ב. ההפך של «קרוב» הוא __________.</w:t>
      </w:r>
    </w:p>
    <w:p>
      <w:pPr>
        <w:bidi/>
        <w:spacing w:before="0" w:after="60"/>
        <w:jc w:val="both"/>
      </w:pPr>
      <w:r>
        <w:rPr>
          <w:rtl/>
        </w:rPr>
        <w:t>ג. «הייתי על גג העולם» פירושו: הייתי __________.</w:t>
      </w:r>
    </w:p>
    <w:p>
      <w:pPr>
        <w:bidi/>
        <w:spacing w:before="0" w:after="60"/>
        <w:jc w:val="both"/>
      </w:pPr>
      <w:r>
        <w:rPr>
          <w:rtl/>
        </w:rPr>
        <w:t>ד. «ספרו לנו על קצה המזלג» פירושו: ספרו לנו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עצום (או: גדול מאוד) · ב. רחוק · ג. מאושר מאוד · ד. בקיצור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