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נרדפות, הפכים וביטויים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מילה נרדפת.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אמיץ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מדוכדך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לבקש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בכל 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חכם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לפנות בבקשה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עצוב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נבון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תמיד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גיבור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ההפך.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מוקדם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פירוש הביטוי?</w:t>
      </w:r>
    </w:p>
    <w:p>
      <w:pPr>
        <w:bidi/>
        <w:spacing w:before="0" w:after="20"/>
        <w:jc w:val="both"/>
      </w:pPr>
      <w:r>
        <w:rPr>
          <w:rtl/>
        </w:rPr>
        <w:t>א. «שם רגליים»</w:t>
      </w:r>
    </w:p>
    <w:p>
      <w:pPr>
        <w:bidi/>
        <w:spacing w:before="0" w:after="80"/>
        <w:jc w:val="both"/>
      </w:pPr>
      <w:r>
        <w:rPr>
          <w:rtl/>
        </w:rPr>
        <w:t xml:space="preserve">   ○ הכשיל מישהו      ○ הלך ברגל      ○ נח</w:t>
      </w:r>
    </w:p>
    <w:p>
      <w:pPr>
        <w:bidi/>
        <w:spacing w:before="0" w:after="20"/>
        <w:jc w:val="both"/>
      </w:pPr>
      <w:r>
        <w:rPr>
          <w:rtl/>
        </w:rPr>
        <w:t>ב. «נפל לו האסימון»</w:t>
      </w:r>
    </w:p>
    <w:p>
      <w:pPr>
        <w:bidi/>
        <w:spacing w:before="0" w:after="80"/>
        <w:jc w:val="both"/>
      </w:pPr>
      <w:r>
        <w:rPr>
          <w:rtl/>
        </w:rPr>
        <w:t xml:space="preserve">   ○ איבד כסף      ○ הבין פתאום      ○ נרדם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המשפט מחדש בלי לחזור על המילה «טוב»: «היה יום טוב, אכלנו אוכל טוב ושמענו מוזיקה טובה.»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הקטע «הגור שמתחת למכונית». החליפו את המילים שבסוגריים במילה נרדפת מן המחסן (מילה אחת מיותרת).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מבוהל  |  ניגש  |  הבחין  |  להתקרב  |  נבון</w:t>
      </w:r>
    </w:p>
    <w:p>
      <w:pPr>
        <w:bidi/>
        <w:spacing w:before="0" w:after="60"/>
        <w:jc w:val="both"/>
      </w:pPr>
      <w:r>
        <w:rPr>
          <w:rtl/>
        </w:rPr>
        <w:t>א. דן ראה גור חתולים __________ (מפוחד) מתחת למכונית.</w:t>
      </w:r>
    </w:p>
    <w:p>
      <w:pPr>
        <w:bidi/>
        <w:spacing w:before="0" w:after="60"/>
        <w:jc w:val="both"/>
      </w:pPr>
      <w:r>
        <w:rPr>
          <w:rtl/>
        </w:rPr>
        <w:t>ב. הוא __________ (הלך) אליו לאט לאט.</w:t>
      </w:r>
    </w:p>
    <w:p>
      <w:pPr>
        <w:bidi/>
        <w:spacing w:before="0" w:after="60"/>
        <w:jc w:val="both"/>
      </w:pPr>
      <w:r>
        <w:rPr>
          <w:rtl/>
        </w:rPr>
        <w:t>ג. הגור __________ (ראה) בו וברח.</w:t>
      </w:r>
    </w:p>
    <w:p>
      <w:pPr>
        <w:bidi/>
        <w:spacing w:before="0" w:after="60"/>
        <w:jc w:val="both"/>
      </w:pPr>
      <w:r>
        <w:rPr>
          <w:rtl/>
        </w:rPr>
        <w:t>ד. דן חיכה בסבלנות, ואחרי רגע הגור העז __________ (לבוא קרוב).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זוגות המילים: נרדפות או הפכים?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אמיץ – פחדן  |  לבנות – להרוס  |  מהיר – זריז  |  לצעוק – לצרוח  |  שמח – עצוב  |  סוף – סיום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נרדפות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הפכים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ביטוי לפירושו.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יצא מכליו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עזר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שבר את הראש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קיים את מה שהבטיח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נתן 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מישהו עלול לשמוע בסתר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עמד במילתו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התאמץ מאוד לפתור בעיה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אוזניים לכותל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כעס מאוד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סיפור קצר (4–5 משפטים) על יום שבו משהו השתבש. שלבו בו ביטוי אחד, זוג הפכים אחד ומילה נרדפת אחת ל«הלך». כתבו בסוגריים מה כל אחד מהם.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מילה מילה נרדפת.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להביט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עצום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ענק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חשש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לחזור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להסתכל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עייף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לשוב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פחד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תשוש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ההפך.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לפתוח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רטוב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להצליח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שקט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ביטוי מתאים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הרים ידיים  |  בן רגע  |  שמה לב  |  עמד על שלו  |  יצאו מגדרם</w:t>
      </w:r>
    </w:p>
    <w:p>
      <w:pPr>
        <w:bidi/>
        <w:spacing w:before="0" w:after="60"/>
        <w:jc w:val="both"/>
      </w:pPr>
      <w:r>
        <w:rPr>
          <w:rtl/>
        </w:rPr>
        <w:t>א. אחרי עשרה ניסיונות כושלים, יואב __________ והפסיק לנסות.</w:t>
      </w:r>
    </w:p>
    <w:p>
      <w:pPr>
        <w:bidi/>
        <w:spacing w:before="0" w:after="60"/>
        <w:jc w:val="both"/>
      </w:pPr>
      <w:r>
        <w:rPr>
          <w:rtl/>
        </w:rPr>
        <w:t>ב. הגלידה נעלמה מהצלחת __________.</w:t>
      </w:r>
    </w:p>
    <w:p>
      <w:pPr>
        <w:bidi/>
        <w:spacing w:before="0" w:after="60"/>
        <w:jc w:val="both"/>
      </w:pPr>
      <w:r>
        <w:rPr>
          <w:rtl/>
        </w:rPr>
        <w:t>ג. נועה __________ שחברתה עצובה ושאלה מה קרה.</w:t>
      </w:r>
    </w:p>
    <w:p>
      <w:pPr>
        <w:bidi/>
        <w:spacing w:before="0" w:after="60"/>
        <w:jc w:val="both"/>
      </w:pPr>
      <w:r>
        <w:rPr>
          <w:rtl/>
        </w:rPr>
        <w:t>ד. אחי __________ ולא הסכים לוותר על התור שלו.</w:t>
      </w:r>
    </w:p>
    <w:p>
      <w:pPr>
        <w:bidi/>
        <w:spacing w:before="0" w:after="60"/>
        <w:jc w:val="both"/>
      </w:pPr>
      <w:r>
        <w:rPr>
          <w:rtl/>
        </w:rPr>
        <w:t>ה. המארחים __________ כדי שנרגיש בנוח.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«לעזוב» ו«להישאר» הן מילים נרדפות.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ההפך של «זול» הוא «יקר».      נכון / לא נכון</w:t>
      </w:r>
    </w:p>
    <w:p>
      <w:pPr>
        <w:bidi/>
        <w:spacing w:before="0" w:after="60"/>
        <w:jc w:val="both"/>
      </w:pPr>
      <w:r>
        <w:rPr>
          <w:rtl/>
        </w:rPr>
        <w:t>ג. «שבר שיא» פירושו שבר משהו בטעות.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מילים נרדפות עוזרות לא לחזור על אותה מילה בכתיבה.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נרדפות, הפכים וביטויים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מילה נרדפת.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אמיץ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מדוכדך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לבקש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בכל 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חכם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לפנות בבקשה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עצוב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נבון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תמיד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גיבור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ההפך.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לרדת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מוקדם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מאוחר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חלש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פירוש הביטוי?</w:t>
      </w:r>
    </w:p>
    <w:p>
      <w:pPr>
        <w:bidi/>
        <w:spacing w:before="0" w:after="20"/>
        <w:jc w:val="both"/>
      </w:pPr>
      <w:r>
        <w:rPr>
          <w:rtl/>
        </w:rPr>
        <w:t>א. «שם רגליים»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הכשיל מישהו</w:t>
      </w:r>
    </w:p>
    <w:p>
      <w:pPr>
        <w:bidi/>
        <w:spacing w:before="0" w:after="20"/>
        <w:jc w:val="both"/>
      </w:pPr>
      <w:r>
        <w:rPr>
          <w:rtl/>
        </w:rPr>
        <w:t>ב. «נפל לו האסימון»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הבין פתאום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המשפט מחדש בלי לחזור על המילה «טוב»: «היה יום טוב, אכלנו אוכל טוב ושמענו מוזיקה טובה.»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היה יום נפלא, אכלנו אוכל טעים ושמענו מוזיקה נעימה.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הקטע «הגור שמתחת למכונית». החליפו את המילים שבסוגריים במילה נרדפת מן המחסן (מילה אחת מיותרת).</w:t>
      </w:r>
    </w:p>
    <w:p>
      <w:pPr>
        <w:bidi/>
        <w:spacing w:before="0" w:after="40"/>
        <w:jc w:val="both"/>
      </w:pPr>
      <w:r>
        <w:rPr>
          <w:rtl/>
        </w:rPr>
        <w:t>א. דן ראה גור חתולים מבוהל (מפוחד) מתחת למכונית.</w:t>
      </w:r>
    </w:p>
    <w:p>
      <w:pPr>
        <w:bidi/>
        <w:spacing w:before="0" w:after="40"/>
        <w:jc w:val="both"/>
      </w:pPr>
      <w:r>
        <w:rPr>
          <w:rtl/>
        </w:rPr>
        <w:t>ב. הוא ניגש (הלך) אליו לאט לאט.</w:t>
      </w:r>
    </w:p>
    <w:p>
      <w:pPr>
        <w:bidi/>
        <w:spacing w:before="0" w:after="40"/>
        <w:jc w:val="both"/>
      </w:pPr>
      <w:r>
        <w:rPr>
          <w:rtl/>
        </w:rPr>
        <w:t>ג. הגור הבחין (ראה) בו וברח.</w:t>
      </w:r>
    </w:p>
    <w:p>
      <w:pPr>
        <w:bidi/>
        <w:spacing w:before="0" w:after="40"/>
        <w:jc w:val="both"/>
      </w:pPr>
      <w:r>
        <w:rPr>
          <w:rtl/>
        </w:rPr>
        <w:t>ד. דן חיכה בסבלנות, ואחרי רגע הגור העז להתקרב (לבוא קרוב).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זוגות המילים: נרדפות או הפכים?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נרדפות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הפכים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מהיר – זריז, לצעוק – לצרוח, סוף – סיום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אמיץ – פחדן, לבנות – להרוס, שמח – עצוב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ביטוי לפירושו.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יצא מכליו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עזר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שבר את הראש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קיים את מה שהבטיח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נתן 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מישהו עלול לשמוע בסתר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עמד במילתו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התאמץ מאוד לפתור בעיה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אוזניים לכותל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כעס מאוד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סיפור קצר (4–5 משפטים) על יום שבו משהו השתבש. שלבו בו ביטוי אחד, זוג הפכים אחד ומילה נרדפת אחת ל«הלך». כתבו בסוגריים מה כל אחד מהם.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בבוקר יצאתי מוקדם, אבל הגעתי מאוחר (הפכים), כי האוטובוס התקלקל. צעדתי (נרדפת ל«הלך») מהר לכיתה. המורה יצאה מכליה (ביטוי) כשנכנסתי באמצע המבחן. בסוף הסברתי מה קרה, והיא הבינה.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מילה מילה נרדפת.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להביט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עצום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ענק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חשש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לחזור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להסתכל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עייף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לשוב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פחד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תשוש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ההפך.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לפתוח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לסגור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רטוב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קרוב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רחוק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להצליח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להיכשל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שקט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רועש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ביטוי מתאים מן המחסן.</w:t>
      </w:r>
    </w:p>
    <w:p>
      <w:pPr>
        <w:bidi/>
        <w:spacing w:before="0" w:after="40"/>
        <w:jc w:val="both"/>
      </w:pPr>
      <w:r>
        <w:rPr>
          <w:rtl/>
        </w:rPr>
        <w:t>א. אחרי עשרה ניסיונות כושלים, יואב הרים ידיים והפסיק לנסות.</w:t>
      </w:r>
    </w:p>
    <w:p>
      <w:pPr>
        <w:bidi/>
        <w:spacing w:before="0" w:after="40"/>
        <w:jc w:val="both"/>
      </w:pPr>
      <w:r>
        <w:rPr>
          <w:rtl/>
        </w:rPr>
        <w:t>ב. הגלידה נעלמה מהצלחת בן רגע.</w:t>
      </w:r>
    </w:p>
    <w:p>
      <w:pPr>
        <w:bidi/>
        <w:spacing w:before="0" w:after="40"/>
        <w:jc w:val="both"/>
      </w:pPr>
      <w:r>
        <w:rPr>
          <w:rtl/>
        </w:rPr>
        <w:t>ג. נועה שמה לב שחברתה עצובה ושאלה מה קרה.</w:t>
      </w:r>
    </w:p>
    <w:p>
      <w:pPr>
        <w:bidi/>
        <w:spacing w:before="0" w:after="40"/>
        <w:jc w:val="both"/>
      </w:pPr>
      <w:r>
        <w:rPr>
          <w:rtl/>
        </w:rPr>
        <w:t>ד. אחי עמד על שלו ולא הסכים לוותר על התור שלו.</w:t>
      </w:r>
    </w:p>
    <w:p>
      <w:pPr>
        <w:bidi/>
        <w:spacing w:before="0" w:after="40"/>
        <w:jc w:val="both"/>
      </w:pPr>
      <w:r>
        <w:rPr>
          <w:rtl/>
        </w:rPr>
        <w:t>ה. המארחים יצאו מגדרם כדי שנרגיש בנוח.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«לעזוב» ו«להישאר» הן מילים נרדפות. – לא נכון – הן הפכים</w:t>
      </w:r>
    </w:p>
    <w:p>
      <w:pPr>
        <w:bidi/>
        <w:spacing w:before="0" w:after="40"/>
        <w:jc w:val="both"/>
      </w:pPr>
      <w:r>
        <w:rPr>
          <w:rtl/>
        </w:rPr>
        <w:t>ב. ההפך של «זול» הוא «יקר». – נכון</w:t>
      </w:r>
    </w:p>
    <w:p>
      <w:pPr>
        <w:bidi/>
        <w:spacing w:before="0" w:after="40"/>
        <w:jc w:val="both"/>
      </w:pPr>
      <w:r>
        <w:rPr>
          <w:rtl/>
        </w:rPr>
        <w:t>ג. «שבר שיא» פירושו שבר משהו בטעות. – לא נכון – פירושו השיג תוצאה טובה יותר מכל מה שהושג לפני כן</w:t>
      </w:r>
    </w:p>
    <w:p>
      <w:pPr>
        <w:bidi/>
        <w:spacing w:before="0" w:after="40"/>
        <w:jc w:val="both"/>
      </w:pPr>
      <w:r>
        <w:rPr>
          <w:rtl/>
        </w:rPr>
        <w:t>ד. מילים נרדפות עוזרות לא לחזור על אותה מילה בכתיבה.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