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ו'   |   מבחן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מבחן מסכם בלשון – כיתה ו' · רמה בסיסית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90 דקות · סך הכול 100 נקודות · קראו את הטקסט בעיון וענו על כל השאלות.</w:t>
      </w:r>
    </w:p>
    <w:p>
      <w:pPr>
        <w:bidi/>
        <w:spacing w:before="200" w:after="80"/>
        <w:jc w:val="both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א: הבנת הנקרא וסיכום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ב: ידע לשוני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ג: 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F766E"/>
          <w:sz w:val="32"/>
          <w:szCs w:val="32"/>
          <w:rtl/>
        </w:rPr>
        <w:t>חלק א: הבנת הנקרא וסיכום (40 נק')</w:t>
      </w: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הלילה העמוס של המוח*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רובנו חושבים על השינה כעל זמן מבוזבז: שעות ארוכות שבהן אנחנו לא לומדים, לא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משחקים ולא פוגשים חברים. אבל חוקרי שינה מסבירים שהלילה הוא אחד הזמנים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העמוסים ביותר של הגוף, ובמיוחד של המוח. יש אפילו מי שמתגאים בכך שהם ישנים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מעט ומספיקים יותר.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5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בזמן השינה המוח אינו כבה. הוא ממיין את מה שלמדנו במשך היום: פרטים חשובים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נשמרים בזיכרון לטווח ארוך, ופרטים מיותרים נמחקים. במחקרים רבים נמצא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שתלמידים שישנו היטב אחרי שיעור זכרו את החומר טוב יותר מתלמידים שנשארו ערים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עד מאוחר. גם הגוף מנצל את הלילה: השרירים מתאוששים מן המאמץ, והורמון הגדילה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מופרש בעיקר בשעות השינה העמוקה.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10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ומה עם החלומות? רוב החלומות מופיעים בשלב שינה מיוחד, שבו העיניים זזות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במהירות מתחת לעפעפיים. מדענים עדיין חלוקים בשאלה מה תפקידם, אבל רבים מהם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סבורים שהחלומות קשורים לעיבוד של רגשות ושל חוויות מן היום שעבר. מי שמתעורר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באמצע השלב הזה זוכר בדרך כלל את החלום היטב.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14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כמה שעות צריך לישון? התשובה תלויה בגיל. תינוקות ישנים רוב היממה, ואילו מבוגרים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מסתפקים בדרך כלל בשבע עד תשע שעות. ילדים בגיל בית הספר היסודי זקוקים לתשע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עד שתים עשרה שעות שינה בכל לילה, ומתבגרים – לשמונה עד עשר שעות. בפועל,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ילדים רבים ישנים הרבה פחות מזה.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18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מה גוזל מאיתנו את השינה? אחד הגורמים העיקריים הוא המסכים. האור שבוקע מן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הטלפון ומן המחשב מטעה את המוח, והוא «חושב» שעדיין יום. כתוצאה מכך הגוף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מתעכב בהפרשת החומר שגורם לנו להרגיש עייפים, וההירדמות נדחית. גם ההתראות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שקופצות באמצע הלילה מעירות אותנו שוב ושוב. גם משקאות ממותקים שיש בהם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קפאין, ארוחה כבדה לפני השינה וחדר רועש מקשים על המנוחה.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23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חוסר שינה אינו רק עניין של פיהוקים. ילד עייף מתקשה להתרכז בשיעור, נעשה עצבני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ונוטה להתווכח, ואף נפגע לעיתים קרובות יותר מכיוון שתגובותיו איטיות. כשהעייפות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נמשכת שבועות, היא עלולה לפגוע גם במערכת החיסון. מחקרים מצאו גם קשר בין שינה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קצרה לבין אכילה מרובה של מזון מתוק, כי הגוף העייף מחפש אנרגיה מהירה.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27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החדשות הטובות הן שאפשר לשפר את השינה בצעדים פשוטים: ללכת לישון ולקום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בשעות קבועות, גם בסוף השבוע; להניח את המסכים בצד שעה לפני השינה; להחשיך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את החדר; ולקרוא ספר מודפס במקום לגלול ברשתות. כדאי לזכור שהשינה איננה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הפסקה מן החיים, אלא חלק חיוני מהם.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רחלי עמרני, 2015. מתוך הקובץ «סיפורים מן החצר».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איתור מידע: בחרו את התשובה הנכונה. (8 נק')</w:t>
      </w:r>
    </w:p>
    <w:p>
      <w:pPr>
        <w:bidi/>
        <w:spacing w:before="0" w:after="20"/>
        <w:jc w:val="both"/>
      </w:pPr>
      <w:r>
        <w:rPr>
          <w:rtl/>
        </w:rPr>
        <w:t>א. מה עושה המוח בזמן השינה, לפי שורות 5–9?</w:t>
      </w:r>
    </w:p>
    <w:p>
      <w:pPr>
        <w:bidi/>
        <w:spacing w:before="0" w:after="80"/>
        <w:jc w:val="both"/>
      </w:pPr>
      <w:r>
        <w:rPr>
          <w:rtl/>
        </w:rPr>
        <w:t xml:space="preserve">   ○ הוא כבה לגמרי      ○ הוא ממיין את מה שלמדנו ושומר את החשוב      ○ הוא לומד חומר חדש      ○ הוא מפריש קפאין</w:t>
      </w:r>
    </w:p>
    <w:p>
      <w:pPr>
        <w:bidi/>
        <w:spacing w:before="0" w:after="20"/>
        <w:jc w:val="both"/>
      </w:pPr>
      <w:r>
        <w:rPr>
          <w:rtl/>
        </w:rPr>
        <w:t>ב. לפי שורות 14–17, כמה שעות שינה צריכים ילדים בגיל בית הספר היסודי?</w:t>
      </w:r>
    </w:p>
    <w:p>
      <w:pPr>
        <w:bidi/>
        <w:spacing w:before="0" w:after="80"/>
        <w:jc w:val="both"/>
      </w:pPr>
      <w:r>
        <w:rPr>
          <w:rtl/>
        </w:rPr>
        <w:t xml:space="preserve">   ○ שש עד שמונה      ○ שבע עד תשע      ○ תשע עד שתים עשרה      ○ יותר משש עשרה</w:t>
      </w:r>
    </w:p>
    <w:p>
      <w:pPr>
        <w:bidi/>
        <w:spacing w:before="0" w:after="20"/>
        <w:jc w:val="both"/>
      </w:pPr>
      <w:r>
        <w:rPr>
          <w:rtl/>
        </w:rPr>
        <w:t>ג. לפי שורות 5–9, מתי מופרש בעיקר הורמון הגדילה?</w:t>
      </w:r>
    </w:p>
    <w:p>
      <w:pPr>
        <w:bidi/>
        <w:spacing w:before="0" w:after="80"/>
        <w:jc w:val="both"/>
      </w:pPr>
      <w:r>
        <w:rPr>
          <w:rtl/>
        </w:rPr>
        <w:t xml:space="preserve">   ○ בזמן ארוחת הבוקר      ○ בשעות השינה העמוקה      ○ בזמן משחק בחוץ      ○ מול המסך</w:t>
      </w:r>
    </w:p>
    <w:p>
      <w:pPr>
        <w:bidi/>
        <w:spacing w:before="0" w:after="20"/>
        <w:jc w:val="both"/>
      </w:pPr>
      <w:r>
        <w:rPr>
          <w:rtl/>
        </w:rPr>
        <w:t>ד. לפי שורות 18–22, מדוע האור של המסכים מקשה להירדם?</w:t>
      </w:r>
    </w:p>
    <w:p>
      <w:pPr>
        <w:bidi/>
        <w:spacing w:before="0" w:after="80"/>
        <w:jc w:val="both"/>
      </w:pPr>
      <w:r>
        <w:rPr>
          <w:rtl/>
        </w:rPr>
        <w:t xml:space="preserve">   ○ כי הוא חם מאוד      ○ כי המוח «חושב» שעדיין יום      ○ כי הוא מזיק לעיניים      ○ כי הוא רועש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פרשנות: בטקסט, בשורות 1–4, כתוב שהלילה הוא «אחד הזמנים העמוסים ביותר» של הגוף. מדוע בחר הכותב בביטוי הזה, אף שבלילה אנחנו שוכבים בלי לזוז? הביאו שתי דוגמאות מן הטקסט. (5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 לפי הטקסט? תקנו את המשפטים הלא נכונים. (4 נק')</w:t>
      </w:r>
    </w:p>
    <w:p>
      <w:pPr>
        <w:bidi/>
        <w:spacing w:before="0" w:after="60"/>
        <w:jc w:val="both"/>
      </w:pPr>
      <w:r>
        <w:rPr>
          <w:rtl/>
        </w:rPr>
        <w:t>א. המדענים כבר יודעים בוודאות מה תפקיד החלומות.      נכון / לא נכון</w:t>
      </w:r>
    </w:p>
    <w:p>
      <w:pPr>
        <w:bidi/>
        <w:spacing w:before="0" w:after="60"/>
        <w:jc w:val="both"/>
      </w:pPr>
      <w:r>
        <w:rPr>
          <w:rtl/>
        </w:rPr>
        <w:t>ב. ילד עייף עלול להיפגע יותר, כי תגובותיו איטיות.      נכון / לא נכון</w:t>
      </w:r>
    </w:p>
    <w:p>
      <w:pPr>
        <w:bidi/>
        <w:spacing w:before="0" w:after="60"/>
        <w:jc w:val="both"/>
      </w:pPr>
      <w:r>
        <w:rPr>
          <w:rtl/>
        </w:rPr>
        <w:t>ג. לפי הטקסט, ילדים רבים ישנים פחות ממה שהם צריכים.      נכון / לא נכון</w:t>
      </w:r>
    </w:p>
    <w:p>
      <w:pPr>
        <w:bidi/>
        <w:spacing w:before="0" w:after="60"/>
        <w:jc w:val="both"/>
      </w:pPr>
      <w:r>
        <w:rPr>
          <w:rtl/>
        </w:rPr>
        <w:t>ד. הכותב ממליץ לישון יותר רק בסופי שבוע.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אוצר מילים בהקשר: מה פירוש המילה או הצירוף לפי הטקסט? (4 נק')</w:t>
      </w:r>
    </w:p>
    <w:p>
      <w:pPr>
        <w:bidi/>
        <w:spacing w:before="0" w:after="20"/>
        <w:jc w:val="both"/>
      </w:pPr>
      <w:r>
        <w:rPr>
          <w:rtl/>
        </w:rPr>
        <w:t>א. «מה גוזל מאיתנו את השינה?» , בשורות 18–22, – «גוזל» פירושו:</w:t>
      </w:r>
    </w:p>
    <w:p>
      <w:pPr>
        <w:bidi/>
        <w:spacing w:before="0" w:after="80"/>
        <w:jc w:val="both"/>
      </w:pPr>
      <w:r>
        <w:rPr>
          <w:rtl/>
        </w:rPr>
        <w:t xml:space="preserve">   ○ לוקח בלי רשות      ○ ציפור צעירה      ○ מוסיף      ○ מחזיר</w:t>
      </w:r>
    </w:p>
    <w:p>
      <w:pPr>
        <w:bidi/>
        <w:spacing w:before="0" w:after="20"/>
        <w:jc w:val="both"/>
      </w:pPr>
      <w:r>
        <w:rPr>
          <w:rtl/>
        </w:rPr>
        <w:t>ב. «השינה היא חלק חיוני מן החיים» , בשורות 27–30, – «חיוני» פירושו:</w:t>
      </w:r>
    </w:p>
    <w:p>
      <w:pPr>
        <w:bidi/>
        <w:spacing w:before="0" w:after="80"/>
        <w:jc w:val="both"/>
      </w:pPr>
      <w:r>
        <w:rPr>
          <w:rtl/>
        </w:rPr>
        <w:t xml:space="preserve">   ○ משעמם      ○ הכרחי      ○ קטן      ○ מיותר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מבנה הטקסט: התאימו לכל קטע בטקסט (לפי מספרי השורות) את הנושא שלו.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בשורות 5–9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הנזקים של חוסר שינה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בשורות 10–13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כמה שעות צריך לישון בכל גיל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בשורות 14–17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החלומות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בשורות 18–22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מה פוגע בשינה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בשורות 23–26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עצות לשינה טובה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בשורות 27–30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מה קורה במוח ובגוף בזמן השינה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סיכום: סכמו את הקטע בשורות 18–26 בשלושה משפטים לכל היותר, במילים שלכם. השתמשו במילה כוללת אחת לפחות. (7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הערכה: הכותב ממליץ להניח את המסכים בצד שעה לפני השינה. האם לדעתכם ההמלצה מעשית לילדים בגילכם? נמקו את דעתכם, והציעו דרך אחת שתעזור לעמוד בה. (6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F766E"/>
          <w:sz w:val="32"/>
          <w:szCs w:val="32"/>
          <w:rtl/>
        </w:rPr>
        <w:t>חלק ב: ידע לשוני (35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הפכו את המשפטים לסביל. (8 נק')</w:t>
      </w:r>
    </w:p>
    <w:p>
      <w:pPr>
        <w:bidi/>
        <w:spacing w:before="0" w:after="60"/>
        <w:jc w:val="both"/>
      </w:pPr>
      <w:r>
        <w:rPr>
          <w:rtl/>
        </w:rPr>
        <w:t>א. החוקרים בדקו את התלמידים. ← התלמידים __________ על ידי החוקרים.</w:t>
      </w:r>
    </w:p>
    <w:p>
      <w:pPr>
        <w:bidi/>
        <w:spacing w:before="0" w:after="60"/>
        <w:jc w:val="both"/>
      </w:pPr>
      <w:r>
        <w:rPr>
          <w:rtl/>
        </w:rPr>
        <w:t>ב. המוח מחק את הפרטים המיותרים. ← הפרטים המיותרים __________ על ידי המוח.</w:t>
      </w:r>
    </w:p>
    <w:p>
      <w:pPr>
        <w:bidi/>
        <w:spacing w:before="0" w:after="60"/>
        <w:jc w:val="both"/>
      </w:pPr>
      <w:r>
        <w:rPr>
          <w:rtl/>
        </w:rPr>
        <w:t>ג. ההורים החשיכו את החדר. ← החדר __________ על ידי ההורים.</w:t>
      </w:r>
    </w:p>
    <w:p>
      <w:pPr>
        <w:bidi/>
        <w:spacing w:before="0" w:after="60"/>
        <w:jc w:val="both"/>
      </w:pPr>
      <w:r>
        <w:rPr>
          <w:rtl/>
        </w:rPr>
        <w:t>ד. המדענים פרסמו את המחקר. ← המחקר __________ על ידי המדענים.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נתחו את המשפט: «בלילה ממיין המוח את המידע החדש בשקט.»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כתוב במשפט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נושא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נשוא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מושא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לוואי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תיאור זמן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תיאור אופן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פשוט, מאוחה או מורכב? (6 נק')</w:t>
      </w:r>
    </w:p>
    <w:p>
      <w:pPr>
        <w:bidi/>
        <w:spacing w:before="0" w:after="20"/>
        <w:jc w:val="both"/>
      </w:pPr>
      <w:r>
        <w:rPr>
          <w:rtl/>
        </w:rPr>
        <w:t>א. ילדים רבים ישנים פחות מדי.</w:t>
      </w:r>
    </w:p>
    <w:p>
      <w:pPr>
        <w:bidi/>
        <w:spacing w:before="0" w:after="80"/>
        <w:jc w:val="both"/>
      </w:pPr>
      <w:r>
        <w:rPr>
          <w:rtl/>
        </w:rPr>
        <w:t xml:space="preserve">   ○ פשוט      ○ מאוחה      ○ מורכב</w:t>
      </w:r>
    </w:p>
    <w:p>
      <w:pPr>
        <w:bidi/>
        <w:spacing w:before="0" w:after="20"/>
        <w:jc w:val="both"/>
      </w:pPr>
      <w:r>
        <w:rPr>
          <w:rtl/>
        </w:rPr>
        <w:t>ב. כשהאור מגיע לעיניים, המוח חושב שעדיין יום.</w:t>
      </w:r>
    </w:p>
    <w:p>
      <w:pPr>
        <w:bidi/>
        <w:spacing w:before="0" w:after="80"/>
        <w:jc w:val="both"/>
      </w:pPr>
      <w:r>
        <w:rPr>
          <w:rtl/>
        </w:rPr>
        <w:t xml:space="preserve">   ○ פשוט      ○ מאוחה      ○ מורכב</w:t>
      </w:r>
    </w:p>
    <w:p>
      <w:pPr>
        <w:bidi/>
        <w:spacing w:before="0" w:after="20"/>
        <w:jc w:val="both"/>
      </w:pPr>
      <w:r>
        <w:rPr>
          <w:rtl/>
        </w:rPr>
        <w:t>ג. האור מטעה את המוח, ולכן ההירדמות נדחית.</w:t>
      </w:r>
    </w:p>
    <w:p>
      <w:pPr>
        <w:bidi/>
        <w:spacing w:before="0" w:after="80"/>
        <w:jc w:val="both"/>
      </w:pPr>
      <w:r>
        <w:rPr>
          <w:rtl/>
        </w:rPr>
        <w:t xml:space="preserve">   ○ פשוט      ○ מאוחה      ○ מורכב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כתבו את השורש ואת המשקל של כל מילה, ומה המשקל מציין.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משקל ומשמעותו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מחשב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מרפאה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שפעת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כתבו את המספרים במילים, בצורה הנכונה. (7 נק')</w:t>
      </w:r>
    </w:p>
    <w:p>
      <w:pPr>
        <w:bidi/>
        <w:spacing w:before="0" w:after="60"/>
        <w:jc w:val="both"/>
      </w:pPr>
      <w:r>
        <w:rPr>
          <w:rtl/>
        </w:rPr>
        <w:t>א. תינוק ישן כ־__________ (16) שעות ביממה.</w:t>
      </w:r>
    </w:p>
    <w:p>
      <w:pPr>
        <w:bidi/>
        <w:spacing w:before="0" w:after="60"/>
        <w:jc w:val="both"/>
      </w:pPr>
      <w:r>
        <w:rPr>
          <w:rtl/>
        </w:rPr>
        <w:t>ב. בכיתה שלנו __________ (11) תלמידים ישנים פחות משמונה שעות.</w:t>
      </w:r>
    </w:p>
    <w:p>
      <w:pPr>
        <w:bidi/>
        <w:spacing w:before="0" w:after="60"/>
        <w:jc w:val="both"/>
      </w:pPr>
      <w:r>
        <w:rPr>
          <w:rtl/>
        </w:rPr>
        <w:t>ג. זה הלילה ה__________ (3) ברציפות שאני הולך לישון מוקדם.</w:t>
      </w:r>
    </w:p>
    <w:p>
      <w:pPr>
        <w:bidi/>
        <w:spacing w:before="0" w:after="60"/>
        <w:jc w:val="both"/>
      </w:pPr>
      <w:r>
        <w:rPr>
          <w:rtl/>
        </w:rPr>
        <w:t>ד. קראתי __________ (2) פרקים לפני השינה.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F766E"/>
          <w:sz w:val="32"/>
          <w:szCs w:val="32"/>
          <w:rtl/>
        </w:rPr>
        <w:t>חלק ג: הבעה בכתב (25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סיפור (12–15 שורות) בנושא «הלילה שבו לא הצלחתי להירדם». שימו לב: בנו עלילה שלמה – פתיחה (מי? איפה? מתי?), סיבוך, שיא, התרה וסיום; תארו את הדמות ואת המקום; שלבו שיח ישיר ותיאורי רגשות; השתמשו במילות זמן; הקפידו על כתיב ועל פיסוק. (25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00" w:after="80"/>
        <w:jc w:val="center"/>
      </w:pPr>
      <w:r>
        <w:rPr>
          <w:rFonts w:ascii="Tahoma" w:hAnsi="Tahoma" w:cs="Tahoma"/>
          <w:b/>
          <w:bCs/>
          <w:color w:val="0F766E"/>
          <w:sz w:val="32"/>
          <w:szCs w:val="32"/>
          <w:rtl/>
        </w:rPr>
        <w:t>בהצלחה!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