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מבחן מסכם בלשון – כיתה ו' ·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 וסיכום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א: הבנת הנקרא וסיכום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מה עושה המוח בזמן השינה, לפי שורות 5–9?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הוא ממיין את מה שלמדנו ושומר את החשוב</w:t>
      </w:r>
    </w:p>
    <w:p>
      <w:pPr>
        <w:bidi/>
        <w:spacing w:before="0" w:after="20"/>
        <w:jc w:val="both"/>
      </w:pPr>
      <w:r>
        <w:rPr>
          <w:rtl/>
        </w:rPr>
        <w:t>ב. לפי שורות 14–17, כמה שעות שינה צריכים ילדים בגיל בית הספר היסודי?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תשע עד שתים עשרה</w:t>
      </w:r>
    </w:p>
    <w:p>
      <w:pPr>
        <w:bidi/>
        <w:spacing w:before="0" w:after="20"/>
        <w:jc w:val="both"/>
      </w:pPr>
      <w:r>
        <w:rPr>
          <w:rtl/>
        </w:rPr>
        <w:t>ג. לפי שורות 5–9, מתי מופרש בעיקר הורמון הגדילה?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בשעות השינה העמוקה</w:t>
      </w:r>
    </w:p>
    <w:p>
      <w:pPr>
        <w:bidi/>
        <w:spacing w:before="0" w:after="20"/>
        <w:jc w:val="both"/>
      </w:pPr>
      <w:r>
        <w:rPr>
          <w:rtl/>
        </w:rPr>
        <w:t>ד. לפי שורות 18–22, מדוע האור של המסכים מקשה להירדם?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המוח «חושב» שעדיין יום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פרשנות: בטקסט, בשורות 1–4, כתוב שהלילה הוא «אחד הזמנים העמוסים ביותר» של הגוף. מדוע בחר הכותב בביטוי הזה, אף שבלילה אנחנו שוכבים בלי לזוז? הביאו שתי דוגמאות מן הטקסט.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הכותב רוצה להראות שגם כשנדמה שאנחנו לא עושים כלום, הגוף והמוח עובדים קשה (1). דוגמאות (2+2): המוח ממיין ושומר את מה שלמדנו ומוחק פרטים מיותרים; השרירים מתאוששים והורמון הגדילה מופרש; נוצרים חלומות שקשורים לעיבוד רגשות.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(4 נק')</w:t>
      </w:r>
    </w:p>
    <w:p>
      <w:pPr>
        <w:bidi/>
        <w:spacing w:before="0" w:after="40"/>
        <w:jc w:val="both"/>
      </w:pPr>
      <w:r>
        <w:rPr>
          <w:rtl/>
        </w:rPr>
        <w:t>א. המדענים כבר יודעים בוודאות מה תפקיד החלומות. – לא נכון – הם עדיין חלוקים בשאלה הזאת</w:t>
      </w:r>
    </w:p>
    <w:p>
      <w:pPr>
        <w:bidi/>
        <w:spacing w:before="0" w:after="40"/>
        <w:jc w:val="both"/>
      </w:pPr>
      <w:r>
        <w:rPr>
          <w:rtl/>
        </w:rPr>
        <w:t>ב. ילד עייף עלול להיפגע יותר, כי תגובותיו איטיות. – נכון</w:t>
      </w:r>
    </w:p>
    <w:p>
      <w:pPr>
        <w:bidi/>
        <w:spacing w:before="0" w:after="40"/>
        <w:jc w:val="both"/>
      </w:pPr>
      <w:r>
        <w:rPr>
          <w:rtl/>
        </w:rPr>
        <w:t>ג. לפי הטקסט, ילדים רבים ישנים פחות ממה שהם צריכים. – נכון</w:t>
      </w:r>
    </w:p>
    <w:p>
      <w:pPr>
        <w:bidi/>
        <w:spacing w:before="0" w:after="40"/>
        <w:jc w:val="both"/>
      </w:pPr>
      <w:r>
        <w:rPr>
          <w:rtl/>
        </w:rPr>
        <w:t>ד. הכותב ממליץ לישון יותר רק בסופי שבוע. – לא נכון – הוא ממליץ לישון ולקום בשעות קבועות, גם בסוף השבוע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או הצירוף לפי הטקסט? (4 נק')</w:t>
      </w:r>
    </w:p>
    <w:p>
      <w:pPr>
        <w:bidi/>
        <w:spacing w:before="0" w:after="20"/>
        <w:jc w:val="both"/>
      </w:pPr>
      <w:r>
        <w:rPr>
          <w:rtl/>
        </w:rPr>
        <w:t>א. «מה גוזל מאיתנו את השינה?» , בשורות 18–22, – «גוזל»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לוקח בלי רשות</w:t>
      </w:r>
    </w:p>
    <w:p>
      <w:pPr>
        <w:bidi/>
        <w:spacing w:before="0" w:after="20"/>
        <w:jc w:val="both"/>
      </w:pPr>
      <w:r>
        <w:rPr>
          <w:rtl/>
        </w:rPr>
        <w:t>ב. «השינה היא חלק חיוני מן החיים» , בשורות 27–30, – «חיוני»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הכרחי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הנושא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5–9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הנזקים של חוסר שינה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10–13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כמה שעות צריך לישון בכל גיל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14–17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החלומות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18–22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מה פוגע בשינה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23–26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עצות לשינה טובה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בשורות 27–30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מה קורה במוח ובגוף בזמן השינה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סיכום: סכמו את הקטע בשורות 18–26 בשלושה משפטים לכל היותר, במילים שלכם. השתמשו במילה כוללת אחת לפחות.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שני הרעיונות המרכזיים – גורמים שפוגעים בשינה (מסכים, קפאין, רעש ואוכל כבד) והנזקים של חוסר שינה (קשיי ריכוז, עצבנות, פגיעות ובריאות) (4); מילה כוללת במקום רשימה, למשל «הרגלים מזיקים» או «נזקים» (1); ניסוח במילים שלנו בלי דוגמאות מיותרות (2). דוגמה: הרגלים כמו שימוש במסכים בלילה, שתיית קפאין ורעש מקשים על ההירדמות. כשחסרה שינה, הילד מתקשה להתרכז, נעשה עצבני ובריאותו נפגעת.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הכותב ממליץ להניח את המסכים בצד שעה לפני השינה. האם לדעתכם ההמלצה מעשית לילדים בגילכם? נמקו את דעתכם, והציעו דרך אחת שתעזור לעמוד בה.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 (1); נימוק מבוסס, אפשר בעזרת הטקסט (3); הצעה מעשית, למשל להטעין את הטלפון מחוץ לחדר או לקבוע «שעת ספר» משפחתית (2).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הפכו את המשפטים לסביל. (8 נק')</w:t>
      </w:r>
    </w:p>
    <w:p>
      <w:pPr>
        <w:bidi/>
        <w:spacing w:before="0" w:after="40"/>
        <w:jc w:val="both"/>
      </w:pPr>
      <w:r>
        <w:rPr>
          <w:rtl/>
        </w:rPr>
        <w:t>א. החוקרים בדקו את התלמידים. ← התלמידים נבדקו על ידי החוקרים.</w:t>
      </w:r>
    </w:p>
    <w:p>
      <w:pPr>
        <w:bidi/>
        <w:spacing w:before="0" w:after="40"/>
        <w:jc w:val="both"/>
      </w:pPr>
      <w:r>
        <w:rPr>
          <w:rtl/>
        </w:rPr>
        <w:t>ב. המוח מחק את הפרטים המיותרים. ← הפרטים המיותרים נמחקו על ידי המוח.</w:t>
      </w:r>
    </w:p>
    <w:p>
      <w:pPr>
        <w:bidi/>
        <w:spacing w:before="0" w:after="40"/>
        <w:jc w:val="both"/>
      </w:pPr>
      <w:r>
        <w:rPr>
          <w:rtl/>
        </w:rPr>
        <w:t>ג. ההורים החשיכו את החדר. ← החדר הוחשך על ידי ההורים.</w:t>
      </w:r>
    </w:p>
    <w:p>
      <w:pPr>
        <w:bidi/>
        <w:spacing w:before="0" w:after="40"/>
        <w:jc w:val="both"/>
      </w:pPr>
      <w:r>
        <w:rPr>
          <w:rtl/>
        </w:rPr>
        <w:t>ד. המדענים פרסמו את המחקר. ← המחקר פורסם על ידי המדענים.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נתחו את המשפט: «בלילה ממיין המוח את המידע החדש בשקט.»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במשפט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ממיין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את המידע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בלילה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אופן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בשקט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פשוט, מאוחה או מורכב? (6 נק')</w:t>
      </w:r>
    </w:p>
    <w:p>
      <w:pPr>
        <w:bidi/>
        <w:spacing w:before="0" w:after="20"/>
        <w:jc w:val="both"/>
      </w:pPr>
      <w:r>
        <w:rPr>
          <w:rtl/>
        </w:rPr>
        <w:t>א. ילדים רבים ישנים פחות מדי.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פשוט</w:t>
      </w:r>
    </w:p>
    <w:p>
      <w:pPr>
        <w:bidi/>
        <w:spacing w:before="0" w:after="20"/>
        <w:jc w:val="both"/>
      </w:pPr>
      <w:r>
        <w:rPr>
          <w:rtl/>
        </w:rPr>
        <w:t>ב. כשהאור מגיע לעיניים, המוח חושב שעדיין יום.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מורכב</w:t>
      </w:r>
    </w:p>
    <w:p>
      <w:pPr>
        <w:bidi/>
        <w:spacing w:before="0" w:after="20"/>
        <w:jc w:val="both"/>
      </w:pPr>
      <w:r>
        <w:rPr>
          <w:rtl/>
        </w:rPr>
        <w:t>ג. האור מטעה את המוח, ולכן ההירדמות נדחית.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מאוחה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השורש ואת המשקל של כל מילה, ומה המשקל מציין.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 ומשמעותו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ח־ש־ב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מַקְטֵל – כלי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מרפאה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ר־פ־א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מִקְטָלָה – 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שפעת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ש־פ־ע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קַטֶּלֶת – מחלה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המספרים במילים, בצורה הנכונה. (7 נק')</w:t>
      </w:r>
    </w:p>
    <w:p>
      <w:pPr>
        <w:bidi/>
        <w:spacing w:before="0" w:after="40"/>
        <w:jc w:val="both"/>
      </w:pPr>
      <w:r>
        <w:rPr>
          <w:rtl/>
        </w:rPr>
        <w:t>א. תינוק ישן כ־שש עשרה (16) שעות ביממה.</w:t>
      </w:r>
    </w:p>
    <w:p>
      <w:pPr>
        <w:bidi/>
        <w:spacing w:before="0" w:after="40"/>
        <w:jc w:val="both"/>
      </w:pPr>
      <w:r>
        <w:rPr>
          <w:rtl/>
        </w:rPr>
        <w:t>ב. בכיתה שלנו אחד עשר (11) תלמידים ישנים פחות משמונה שעות.</w:t>
      </w:r>
    </w:p>
    <w:p>
      <w:pPr>
        <w:bidi/>
        <w:spacing w:before="0" w:after="40"/>
        <w:jc w:val="both"/>
      </w:pPr>
      <w:r>
        <w:rPr>
          <w:rtl/>
        </w:rPr>
        <w:t>ג. זה הלילה השלישי (3) ברציפות שאני הולך לישון מוקדם.</w:t>
      </w:r>
    </w:p>
    <w:p>
      <w:pPr>
        <w:bidi/>
        <w:spacing w:before="0" w:after="40"/>
        <w:jc w:val="both"/>
      </w:pPr>
      <w:r>
        <w:rPr>
          <w:rtl/>
        </w:rPr>
        <w:t>ד. קראתי שני (2) פרקים לפני השינה.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סיפור (12–15 שורות) בנושא «הלילה שבו לא הצלחתי להירדם». שימו לב: בנו עלילה שלמה – פתיחה (מי? איפה? מתי?), סיבוך, שיא, התרה וסיום; תארו את הדמות ואת המקום; שלבו שיח ישיר ותיאורי רגשות; השתמשו במילות זמן; הקפידו על כתיב ועל פיסוק. (25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מבנה עלילה שלם וברור (8); תיאור דמות ומקום (4); שיח ישיר ותיאורי רגש (4); מילות זמן וקישור, רצף הגיוני (3); לשון, כתיב ופיסוק (6).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