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פעיל וסביל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הפועל הסביל (עבר, «הוא»).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הפכו את המשפט לסביל.</w:t>
      </w:r>
    </w:p>
    <w:p>
      <w:pPr>
        <w:bidi/>
        <w:spacing w:before="0" w:after="60"/>
        <w:jc w:val="both"/>
      </w:pPr>
      <w:r>
        <w:rPr>
          <w:rtl/>
        </w:rPr>
        <w:t>א. העירייה שתלה עצים. ← העצים __________ על ידי העירייה.</w:t>
      </w:r>
    </w:p>
    <w:p>
      <w:pPr>
        <w:bidi/>
        <w:spacing w:before="0" w:after="60"/>
        <w:jc w:val="both"/>
      </w:pPr>
      <w:r>
        <w:rPr>
          <w:rtl/>
        </w:rPr>
        <w:t>ב. השף בישל את המרק. ← המרק __________ על ידי השף.</w:t>
      </w:r>
    </w:p>
    <w:p>
      <w:pPr>
        <w:bidi/>
        <w:spacing w:before="0" w:after="60"/>
        <w:jc w:val="both"/>
      </w:pPr>
      <w:r>
        <w:rPr>
          <w:rtl/>
        </w:rPr>
        <w:t>ג. המנהלת פרסמה את המודעה. ← המודעה __________ על ידי המנהלת.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פעיל או סביל?</w:t>
      </w:r>
    </w:p>
    <w:p>
      <w:pPr>
        <w:bidi/>
        <w:spacing w:before="0" w:after="20"/>
        <w:jc w:val="both"/>
      </w:pPr>
      <w:r>
        <w:rPr>
          <w:rtl/>
        </w:rPr>
        <w:t>א. החלון נשבר בסערה.</w:t>
      </w:r>
    </w:p>
    <w:p>
      <w:pPr>
        <w:bidi/>
        <w:spacing w:before="0" w:after="80"/>
        <w:jc w:val="both"/>
      </w:pPr>
      <w:r>
        <w:rPr>
          <w:rtl/>
        </w:rPr>
        <w:t xml:space="preserve">   ○ פעיל      ○ סביל</w:t>
      </w:r>
    </w:p>
    <w:p>
      <w:pPr>
        <w:bidi/>
        <w:spacing w:before="0" w:after="20"/>
        <w:jc w:val="both"/>
      </w:pPr>
      <w:r>
        <w:rPr>
          <w:rtl/>
        </w:rPr>
        <w:t>ב. הילדים קישטו את הכיתה.</w:t>
      </w:r>
    </w:p>
    <w:p>
      <w:pPr>
        <w:bidi/>
        <w:spacing w:before="0" w:after="80"/>
        <w:jc w:val="both"/>
      </w:pPr>
      <w:r>
        <w:rPr>
          <w:rtl/>
        </w:rPr>
        <w:t xml:space="preserve">   ○ פעיל      ○ סביל</w:t>
      </w:r>
    </w:p>
    <w:p>
      <w:pPr>
        <w:bidi/>
        <w:spacing w:before="0" w:after="20"/>
        <w:jc w:val="both"/>
      </w:pPr>
      <w:r>
        <w:rPr>
          <w:rtl/>
        </w:rPr>
        <w:t>ג. הכיתה קושטה בבלונים.</w:t>
      </w:r>
    </w:p>
    <w:p>
      <w:pPr>
        <w:bidi/>
        <w:spacing w:before="0" w:after="80"/>
        <w:jc w:val="both"/>
      </w:pPr>
      <w:r>
        <w:rPr>
          <w:rtl/>
        </w:rPr>
        <w:t xml:space="preserve">   ○ פעיל      ○ סביל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פעיל, ואחר כך את אותו משפט בסביל.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הטבלה: מן הפועל הפעיל לפועל הסביל (עבר, גוף «הוא»).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פעיל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סביל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השליך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גידל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הידיעה מעיתון בית הספר. ליד כל משפט כתבו «פעיל» או «סביל», והעתיקו את הפועל.</w:t>
      </w:r>
    </w:p>
    <w:p>
      <w:pPr>
        <w:bidi/>
        <w:spacing w:before="0" w:after="100"/>
        <w:jc w:val="both"/>
      </w:pPr>
      <w:r>
        <w:rPr>
          <w:rtl/>
        </w:rPr>
        <w:t>א. בשבוע שעבר נחנכה הספרייה החדשה של בית הספר.</w:t>
      </w:r>
    </w:p>
    <w:p>
      <w:pPr>
        <w:bidi/>
        <w:spacing w:before="0" w:after="100"/>
        <w:jc w:val="both"/>
      </w:pPr>
      <w:r>
        <w:rPr>
          <w:rtl/>
        </w:rPr>
        <w:t>ב. המדפים נבנו על ידי הורי התלמידים.</w:t>
      </w:r>
    </w:p>
    <w:p>
      <w:pPr>
        <w:bidi/>
        <w:spacing w:before="0" w:after="100"/>
        <w:jc w:val="both"/>
      </w:pPr>
      <w:r>
        <w:rPr>
          <w:rtl/>
        </w:rPr>
        <w:t>ג. תלמידי כיתה ו' ציירו ציורי קיר צבעוניים.</w:t>
      </w:r>
    </w:p>
    <w:p>
      <w:pPr>
        <w:bidi/>
        <w:spacing w:before="0" w:after="100"/>
        <w:jc w:val="both"/>
      </w:pPr>
      <w:r>
        <w:rPr>
          <w:rtl/>
        </w:rPr>
        <w:t>ד. כל ספר סומן במדבקה בצבע אחר.</w:t>
      </w:r>
    </w:p>
    <w:p>
      <w:pPr>
        <w:bidi/>
        <w:spacing w:before="0" w:after="100"/>
        <w:jc w:val="both"/>
      </w:pPr>
      <w:r>
        <w:rPr>
          <w:rtl/>
        </w:rPr>
        <w:t>ה. המנהלת הודתה לכל המתנדבים.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במשפט סביל חובה לציין מי ביצע את הפעולה.      נכון / לא נכון</w:t>
      </w:r>
    </w:p>
    <w:p>
      <w:pPr>
        <w:bidi/>
        <w:spacing w:before="0" w:after="60"/>
        <w:jc w:val="both"/>
      </w:pPr>
      <w:r>
        <w:rPr>
          <w:rtl/>
        </w:rPr>
        <w:t>ב. בהפיכה לסביל, המושא של המשפט הפעיל נעשה לנושא.      נכון / לא נכון</w:t>
      </w:r>
    </w:p>
    <w:p>
      <w:pPr>
        <w:bidi/>
        <w:spacing w:before="0" w:after="60"/>
        <w:jc w:val="both"/>
      </w:pPr>
      <w:r>
        <w:rPr>
          <w:rtl/>
        </w:rPr>
        <w:t>ג. «הוסבר» הוא הסביל של «הסביר».      נכון / לא נכון</w:t>
      </w:r>
    </w:p>
    <w:p>
      <w:pPr>
        <w:bidi/>
        <w:spacing w:before="0" w:after="60"/>
        <w:jc w:val="both"/>
      </w:pPr>
      <w:r>
        <w:rPr>
          <w:rtl/>
        </w:rPr>
        <w:t>ד. «נכתב» הוא פועל בבניין פֻּעל.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ידיעה קצרה (3 משפטים) על אירוע בבית הספר: שני משפטים סבילים ומשפט פעיל אחד. מתחו קו מתחת לפעלים הסבילים.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פועל פעיל את הפועל הסביל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נשבר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סיפר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שולם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הזמין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נפתח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פתח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סופר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שילם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הוזמן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הרחיק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הורחק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הפועל הסביל המתאים מן המחסן.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הוזמנו  |  תוקנה  |  נאספה  |  צולמו  |  נשברה</w:t>
      </w:r>
    </w:p>
    <w:p>
      <w:pPr>
        <w:bidi/>
        <w:spacing w:before="0" w:after="60"/>
        <w:jc w:val="both"/>
      </w:pPr>
      <w:r>
        <w:rPr>
          <w:rtl/>
        </w:rPr>
        <w:t>א. כל התלמידים __________ למסיבת הסיום.</w:t>
      </w:r>
    </w:p>
    <w:p>
      <w:pPr>
        <w:bidi/>
        <w:spacing w:before="0" w:after="60"/>
        <w:jc w:val="both"/>
      </w:pPr>
      <w:r>
        <w:rPr>
          <w:rtl/>
        </w:rPr>
        <w:t>ב. המכונית __________ במוסך.</w:t>
      </w:r>
    </w:p>
    <w:p>
      <w:pPr>
        <w:bidi/>
        <w:spacing w:before="0" w:after="60"/>
        <w:jc w:val="both"/>
      </w:pPr>
      <w:r>
        <w:rPr>
          <w:rtl/>
        </w:rPr>
        <w:t>ג. האשפה __________ מן החוף בבוקר.</w:t>
      </w:r>
    </w:p>
    <w:p>
      <w:pPr>
        <w:bidi/>
        <w:spacing w:before="0" w:after="60"/>
        <w:jc w:val="both"/>
      </w:pPr>
      <w:r>
        <w:rPr>
          <w:rtl/>
        </w:rPr>
        <w:t>ד. התמונות __________ בטיול השנתי.</w:t>
      </w:r>
    </w:p>
    <w:p>
      <w:pPr>
        <w:bidi/>
        <w:spacing w:before="0" w:after="60"/>
        <w:jc w:val="both"/>
      </w:pPr>
      <w:r>
        <w:rPr>
          <w:rtl/>
        </w:rPr>
        <w:t>ה. הצלחת __________ כשנפלה על הרצפה.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סביל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הפועל הפעיל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נמכר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שופץ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הוחזר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הפכו לסביל את שני המשפטים: «השוטר עצר את הנהג», «המורה החזירה את המבחנים». במשפט השני השמיטו את מבצע הפעולה.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פעיל וסביל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הפועל הסביל (עבר, «הוא»).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נבנה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תוקן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צויר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הפכו את המשפט לסביל.</w:t>
      </w:r>
    </w:p>
    <w:p>
      <w:pPr>
        <w:bidi/>
        <w:spacing w:before="0" w:after="40"/>
        <w:jc w:val="both"/>
      </w:pPr>
      <w:r>
        <w:rPr>
          <w:rtl/>
        </w:rPr>
        <w:t>א. העירייה שתלה עצים. ← העצים נשתלו על ידי העירייה.</w:t>
      </w:r>
    </w:p>
    <w:p>
      <w:pPr>
        <w:bidi/>
        <w:spacing w:before="0" w:after="40"/>
        <w:jc w:val="both"/>
      </w:pPr>
      <w:r>
        <w:rPr>
          <w:rtl/>
        </w:rPr>
        <w:t>ב. השף בישל את המרק. ← המרק בושל על ידי השף.</w:t>
      </w:r>
    </w:p>
    <w:p>
      <w:pPr>
        <w:bidi/>
        <w:spacing w:before="0" w:after="40"/>
        <w:jc w:val="both"/>
      </w:pPr>
      <w:r>
        <w:rPr>
          <w:rtl/>
        </w:rPr>
        <w:t>ג. המנהלת פרסמה את המודעה. ← המודעה פורסמה על ידי המנהלת.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פעיל או סביל?</w:t>
      </w:r>
    </w:p>
    <w:p>
      <w:pPr>
        <w:bidi/>
        <w:spacing w:before="0" w:after="20"/>
        <w:jc w:val="both"/>
      </w:pPr>
      <w:r>
        <w:rPr>
          <w:rtl/>
        </w:rPr>
        <w:t>א. החלון נשבר בסערה.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סביל</w:t>
      </w:r>
    </w:p>
    <w:p>
      <w:pPr>
        <w:bidi/>
        <w:spacing w:before="0" w:after="20"/>
        <w:jc w:val="both"/>
      </w:pPr>
      <w:r>
        <w:rPr>
          <w:rtl/>
        </w:rPr>
        <w:t>ב. הילדים קישטו את הכיתה.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פעיל</w:t>
      </w:r>
    </w:p>
    <w:p>
      <w:pPr>
        <w:bidi/>
        <w:spacing w:before="0" w:after="20"/>
        <w:jc w:val="both"/>
      </w:pPr>
      <w:r>
        <w:rPr>
          <w:rtl/>
        </w:rPr>
        <w:t>ג. הכיתה קושטה בבלונים.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סביל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משפט פעיל, ואחר כך את אותו משפט בסביל.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הגננת סיפרה סיפור. ← הסיפור סופר על ידי הגננת.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הטבלה: מן הפועל הפעיל לפועל הסביל (עבר, גוף «הוא»).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פעיל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סביל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פעל (קל)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נשמר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תוקן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השליך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הושלך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הֻפעל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גידל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גודל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הידיעה מעיתון בית הספר. ליד כל משפט כתבו «פעיל» או «סביל», והעתיקו את הפועל.</w:t>
      </w:r>
    </w:p>
    <w:p>
      <w:pPr>
        <w:bidi/>
        <w:spacing w:before="0" w:after="100"/>
        <w:jc w:val="both"/>
      </w:pPr>
      <w:r>
        <w:rPr>
          <w:rtl/>
        </w:rPr>
        <w:t>א. בשבוע שעבר נחנכה הספרייה החדשה של בית הספר.  ← סביל – נחנכה</w:t>
      </w:r>
    </w:p>
    <w:p>
      <w:pPr>
        <w:bidi/>
        <w:spacing w:before="0" w:after="100"/>
        <w:jc w:val="both"/>
      </w:pPr>
      <w:r>
        <w:rPr>
          <w:rtl/>
        </w:rPr>
        <w:t>ב. המדפים נבנו על ידי הורי התלמידים.  ← סביל – נבנו</w:t>
      </w:r>
    </w:p>
    <w:p>
      <w:pPr>
        <w:bidi/>
        <w:spacing w:before="0" w:after="100"/>
        <w:jc w:val="both"/>
      </w:pPr>
      <w:r>
        <w:rPr>
          <w:rtl/>
        </w:rPr>
        <w:t>ג. תלמידי כיתה ו' ציירו ציורי קיר צבעוניים.  ← פעיל – ציירו</w:t>
      </w:r>
    </w:p>
    <w:p>
      <w:pPr>
        <w:bidi/>
        <w:spacing w:before="0" w:after="100"/>
        <w:jc w:val="both"/>
      </w:pPr>
      <w:r>
        <w:rPr>
          <w:rtl/>
        </w:rPr>
        <w:t>ד. כל ספר סומן במדבקה בצבע אחר.  ← סביל – סומן</w:t>
      </w:r>
    </w:p>
    <w:p>
      <w:pPr>
        <w:bidi/>
        <w:spacing w:before="0" w:after="100"/>
        <w:jc w:val="both"/>
      </w:pPr>
      <w:r>
        <w:rPr>
          <w:rtl/>
        </w:rPr>
        <w:t>ה. המנהלת הודתה לכל המתנדבים.  ← פעיל – הודתה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במשפט סביל חובה לציין מי ביצע את הפעולה. – לא נכון – אפשר להשמיט את מבצע הפעולה, למשל: «החלון נשבר»</w:t>
      </w:r>
    </w:p>
    <w:p>
      <w:pPr>
        <w:bidi/>
        <w:spacing w:before="0" w:after="40"/>
        <w:jc w:val="both"/>
      </w:pPr>
      <w:r>
        <w:rPr>
          <w:rtl/>
        </w:rPr>
        <w:t>ב. בהפיכה לסביל, המושא של המשפט הפעיל נעשה לנושא. – נכון</w:t>
      </w:r>
    </w:p>
    <w:p>
      <w:pPr>
        <w:bidi/>
        <w:spacing w:before="0" w:after="40"/>
        <w:jc w:val="both"/>
      </w:pPr>
      <w:r>
        <w:rPr>
          <w:rtl/>
        </w:rPr>
        <w:t>ג. «הוסבר» הוא הסביל של «הסביר». – נכון</w:t>
      </w:r>
    </w:p>
    <w:p>
      <w:pPr>
        <w:bidi/>
        <w:spacing w:before="0" w:after="40"/>
        <w:jc w:val="both"/>
      </w:pPr>
      <w:r>
        <w:rPr>
          <w:rtl/>
        </w:rPr>
        <w:t>ד. «נכתב» הוא פועל בבניין פֻּעל. – לא נכון – «נכתב» בבניין נפעל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ידיעה קצרה (3 משפטים) על אירוע בבית הספר: שני משפטים סבילים ומשפט פעיל אחד. מתחו קו מתחת לפעלים הסבילים.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השבוע נערך בבית הספר יום ספורט. בסופו חולקו פרסים על ידי המנהל. תלמידי כיתה ו' הכינו כיבוד לכל המשתתפים.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פועל פעיל את הפועל הסביל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נשבר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סיפר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שולם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הזמין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נפתח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פתח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סופר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שילם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הוזמן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הרחיק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הורחק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הפועל הסביל המתאים מן המחסן.</w:t>
      </w:r>
    </w:p>
    <w:p>
      <w:pPr>
        <w:bidi/>
        <w:spacing w:before="0" w:after="40"/>
        <w:jc w:val="both"/>
      </w:pPr>
      <w:r>
        <w:rPr>
          <w:rtl/>
        </w:rPr>
        <w:t>א. כל התלמידים הוזמנו למסיבת הסיום.</w:t>
      </w:r>
    </w:p>
    <w:p>
      <w:pPr>
        <w:bidi/>
        <w:spacing w:before="0" w:after="40"/>
        <w:jc w:val="both"/>
      </w:pPr>
      <w:r>
        <w:rPr>
          <w:rtl/>
        </w:rPr>
        <w:t>ב. המכונית תוקנה במוסך.</w:t>
      </w:r>
    </w:p>
    <w:p>
      <w:pPr>
        <w:bidi/>
        <w:spacing w:before="0" w:after="40"/>
        <w:jc w:val="both"/>
      </w:pPr>
      <w:r>
        <w:rPr>
          <w:rtl/>
        </w:rPr>
        <w:t>ג. האשפה נאספה מן החוף בבוקר.</w:t>
      </w:r>
    </w:p>
    <w:p>
      <w:pPr>
        <w:bidi/>
        <w:spacing w:before="0" w:after="40"/>
        <w:jc w:val="both"/>
      </w:pPr>
      <w:r>
        <w:rPr>
          <w:rtl/>
        </w:rPr>
        <w:t>ד. התמונות צולמו בטיול השנתי.</w:t>
      </w:r>
    </w:p>
    <w:p>
      <w:pPr>
        <w:bidi/>
        <w:spacing w:before="0" w:after="40"/>
        <w:jc w:val="both"/>
      </w:pPr>
      <w:r>
        <w:rPr>
          <w:rtl/>
        </w:rPr>
        <w:t>ה. הצלחת נשברה כשנפלה על הרצפה.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 סביל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הפועל הפעיל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נמכר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מ־כ־ר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שופץ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ש־פ־ץ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שיפץ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הוחזר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ח־ז־ר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הֻפעל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החזיר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צולם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צ־ל־ם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צילם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הפכו לסביל את שני המשפטים: «השוטר עצר את הנהג», «המורה החזירה את המבחנים». במשפט השני השמיטו את מבצע הפעולה.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הנהג נעצר על ידי השוטר. המבחנים הוחזרו.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