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 פרטי: ________________   שם משפחה: ________________   כיתה: 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חלקי המשפט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נתחו את המשפט: «בשבת טיילה המשפחה בשמחה ביער.»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אופן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המושא בכל משפט: מתחו קו מעליו וכתבו מעל הקו «מושא».</w:t>
      </w:r>
    </w:p>
    <w:p>
      <w:pPr>
        <w:bidi/>
        <w:spacing w:before="320" w:after="100"/>
        <w:jc w:val="both"/>
      </w:pPr>
      <w:r>
        <w:rPr>
          <w:rtl/>
        </w:rPr>
        <w:t>א. אחי קנה אופניים חדשים.</w:t>
      </w:r>
    </w:p>
    <w:p>
      <w:pPr>
        <w:bidi/>
        <w:spacing w:before="320" w:after="100"/>
        <w:jc w:val="both"/>
      </w:pPr>
      <w:r>
        <w:rPr>
          <w:rtl/>
        </w:rPr>
        <w:t>ב. המורה סיפרה לנו על הטיול.</w:t>
      </w:r>
    </w:p>
    <w:p>
      <w:pPr>
        <w:bidi/>
        <w:spacing w:before="320" w:after="100"/>
        <w:jc w:val="both"/>
      </w:pPr>
      <w:r>
        <w:rPr>
          <w:rtl/>
        </w:rPr>
        <w:t>ג. הם שוחחו עם המדריך.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איזה סוג תיאור?</w:t>
      </w:r>
    </w:p>
    <w:p>
      <w:pPr>
        <w:bidi/>
        <w:spacing w:before="0" w:after="20"/>
        <w:jc w:val="both"/>
      </w:pPr>
      <w:r>
        <w:rPr>
          <w:rtl/>
        </w:rPr>
        <w:t>א. «בגלל החום נשארנו בבית.»</w:t>
      </w:r>
    </w:p>
    <w:p>
      <w:pPr>
        <w:bidi/>
        <w:spacing w:before="0" w:after="80"/>
        <w:jc w:val="both"/>
      </w:pPr>
      <w:r>
        <w:rPr>
          <w:rtl/>
        </w:rPr>
        <w:t xml:space="preserve">   ○ זמן      ○ סיבה      ○ מקום</w:t>
      </w:r>
    </w:p>
    <w:p>
      <w:pPr>
        <w:bidi/>
        <w:spacing w:before="0" w:after="20"/>
        <w:jc w:val="both"/>
      </w:pPr>
      <w:r>
        <w:rPr>
          <w:rtl/>
        </w:rPr>
        <w:t>ב. «הוא דיבר בקול רם.»</w:t>
      </w:r>
    </w:p>
    <w:p>
      <w:pPr>
        <w:bidi/>
        <w:spacing w:before="0" w:after="80"/>
        <w:jc w:val="both"/>
      </w:pPr>
      <w:r>
        <w:rPr>
          <w:rtl/>
        </w:rPr>
        <w:t xml:space="preserve">   ○ אופן      ○ זמן      ○ מקום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הרחיבו את המשפט «הכלב רץ» והוסיפו תיאור זמן, תיאור מקום ותיאור אופן.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«יום טיול». מצאו בכל משפט את התיאורים: מתחו קו מעל כל תיאור, וכתבו מעל הקו את סוגו (זמן, מקום, אופן, סיבה).</w:t>
      </w:r>
    </w:p>
    <w:p>
      <w:pPr>
        <w:bidi/>
        <w:spacing w:before="320" w:after="100"/>
        <w:jc w:val="both"/>
      </w:pPr>
      <w:r>
        <w:rPr>
          <w:rtl/>
        </w:rPr>
        <w:t>א. ביום חמישי נסענו לגליל.</w:t>
      </w:r>
    </w:p>
    <w:p>
      <w:pPr>
        <w:bidi/>
        <w:spacing w:before="320" w:after="100"/>
        <w:jc w:val="both"/>
      </w:pPr>
      <w:r>
        <w:rPr>
          <w:rtl/>
        </w:rPr>
        <w:t>ב. בגלל החום יצאנו מוקדם.</w:t>
      </w:r>
    </w:p>
    <w:p>
      <w:pPr>
        <w:bidi/>
        <w:spacing w:before="320" w:after="100"/>
        <w:jc w:val="both"/>
      </w:pPr>
      <w:r>
        <w:rPr>
          <w:rtl/>
        </w:rPr>
        <w:t>ג. המדריך הסביר את המסלול בסבלנות.</w:t>
      </w:r>
    </w:p>
    <w:p>
      <w:pPr>
        <w:bidi/>
        <w:spacing w:before="320" w:after="100"/>
        <w:jc w:val="both"/>
      </w:pPr>
      <w:r>
        <w:rPr>
          <w:rtl/>
        </w:rPr>
        <w:t>ד. בצוהריים אכלנו ליד המעיין.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נתחו את המשפט: «אחותי הקטנה שלחה לסבתא מכתב מרגש.»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 (את מה?)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 (למי?)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 לנושא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 למושא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תפקיד המילים שבסוגריים?</w:t>
      </w:r>
    </w:p>
    <w:p>
      <w:pPr>
        <w:bidi/>
        <w:spacing w:before="0" w:after="20"/>
        <w:jc w:val="both"/>
      </w:pPr>
      <w:r>
        <w:rPr>
          <w:rtl/>
        </w:rPr>
        <w:t>א. הילדים שיחקו (בחצר).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תיאור מקום      ○ לוואי</w:t>
      </w:r>
    </w:p>
    <w:p>
      <w:pPr>
        <w:bidi/>
        <w:spacing w:before="0" w:after="20"/>
        <w:jc w:val="both"/>
      </w:pPr>
      <w:r>
        <w:rPr>
          <w:rtl/>
        </w:rPr>
        <w:t>ב. קניתי (אופניים) חדשים.</w:t>
      </w:r>
    </w:p>
    <w:p>
      <w:pPr>
        <w:bidi/>
        <w:spacing w:before="0" w:after="80"/>
        <w:jc w:val="both"/>
      </w:pPr>
      <w:r>
        <w:rPr>
          <w:rtl/>
        </w:rPr>
        <w:t xml:space="preserve">   ○ מושא      ○ נושא      ○ תיאור</w:t>
      </w:r>
    </w:p>
    <w:p>
      <w:pPr>
        <w:bidi/>
        <w:spacing w:before="0" w:after="20"/>
        <w:jc w:val="both"/>
      </w:pPr>
      <w:r>
        <w:rPr>
          <w:rtl/>
        </w:rPr>
        <w:t>ג. העץ (הגבוה) נפל בסערה.</w:t>
      </w:r>
    </w:p>
    <w:p>
      <w:pPr>
        <w:bidi/>
        <w:spacing w:before="0" w:after="80"/>
        <w:jc w:val="both"/>
      </w:pPr>
      <w:r>
        <w:rPr>
          <w:rtl/>
        </w:rPr>
        <w:t xml:space="preserve">   ○ לוואי      ○ נשוא      ○ תיאור אופן</w:t>
      </w:r>
    </w:p>
    <w:p>
      <w:pPr>
        <w:bidi/>
        <w:spacing w:before="0" w:after="20"/>
        <w:jc w:val="both"/>
      </w:pPr>
      <w:r>
        <w:rPr>
          <w:rtl/>
        </w:rPr>
        <w:t>ד. הוא דיבר (בשקט) כדי לא להעיר את התינוק.</w:t>
      </w:r>
    </w:p>
    <w:p>
      <w:pPr>
        <w:bidi/>
        <w:spacing w:before="0" w:after="80"/>
        <w:jc w:val="both"/>
      </w:pPr>
      <w:r>
        <w:rPr>
          <w:rtl/>
        </w:rPr>
        <w:t xml:space="preserve">   ○ תיאור זמן      ○ תיאור אופן      ○ מושא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משפט אחד ובו נושא, נשוא, מושא, לוואי, תיאור זמן ותיאור מקום. כתבו בסוגריים אחרי כל חלק את שמו.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שאלה את חלק המשפט שהיא מזהה.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מי? / מה? – מי שהמשפט מדבר עליו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תיאור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מה עשה? / מה נאמר עליו?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נשוא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את מה? / למי? / על 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לוואי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מתי? / איפה? / איך? / למה?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איזה? / איזו? – פרט על שם עצם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נושא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התיאורים לפי סוגם.</w:t>
      </w:r>
    </w:p>
    <w:p>
      <w:pPr>
        <w:bidi/>
        <w:spacing w:before="0" w:after="80"/>
        <w:jc w:val="both"/>
      </w:pPr>
      <w:r>
        <w:rPr>
          <w:color w:val="0F766E"/>
          <w:sz w:val="24"/>
          <w:szCs w:val="24"/>
          <w:rtl/>
        </w:rPr>
        <w:t>המילים: בבוקר  |  מתחת לגשר  |  במהירות  |  בגלל הגשם  |  אחרי השיעור  |  בבית הספר  |  בזהירות  |  מחמת העייפות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אופן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בכל משפט את הנושא ואת הנשוא: מתחו קו מעל כל אחד מהם, וכתבו מעל הקו «נושא» או «נשוא». שימו לב: לפעמים הנושא בא אחרי הנשוא.</w:t>
      </w:r>
    </w:p>
    <w:p>
      <w:pPr>
        <w:bidi/>
        <w:spacing w:before="320" w:after="100"/>
        <w:jc w:val="both"/>
      </w:pPr>
      <w:r>
        <w:rPr>
          <w:rtl/>
        </w:rPr>
        <w:t>א. אתמול הגיעו האורחים.</w:t>
      </w:r>
    </w:p>
    <w:p>
      <w:pPr>
        <w:bidi/>
        <w:spacing w:before="320" w:after="100"/>
        <w:jc w:val="both"/>
      </w:pPr>
      <w:r>
        <w:rPr>
          <w:rtl/>
        </w:rPr>
        <w:t>ב. בחצר שיחקו הילדים הקטנים.</w:t>
      </w:r>
    </w:p>
    <w:p>
      <w:pPr>
        <w:bidi/>
        <w:spacing w:before="320" w:after="100"/>
        <w:jc w:val="both"/>
      </w:pPr>
      <w:r>
        <w:rPr>
          <w:rtl/>
        </w:rPr>
        <w:t>ג. המים בבריכה קרים.</w:t>
      </w:r>
    </w:p>
    <w:p>
      <w:pPr>
        <w:bidi/>
        <w:spacing w:before="320" w:after="100"/>
        <w:jc w:val="both"/>
      </w:pPr>
      <w:r>
        <w:rPr>
          <w:rtl/>
        </w:rPr>
        <w:t>ד. בסוף השיעור צלצל הפעמון.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את המשפט «הרכבת יצאה» שלוש פעמים: פעם עם תיאור זמן, פעם עם תיאור סיבה ופעם עם תיאור אופן.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ו'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חלקי המשפט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נתחו את המשפט: «בשבת טיילה המשפחה בשמחה ביער.»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המשפחה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טיילה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זמן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בשבת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אופן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בשמחה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תיאור מקום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ביער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מצאו את המושא בכל משפט: מתחו קו מעליו וכתבו מעל הקו «מושא».</w:t>
      </w:r>
    </w:p>
    <w:p>
      <w:pPr>
        <w:bidi/>
        <w:spacing w:before="80" w:after="120"/>
        <w:jc w:val="both"/>
      </w:pPr>
      <w:r>
        <w:rPr>
          <w:rtl/>
        </w:rPr>
        <w:t xml:space="preserve">א. אחי קנה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      מושא      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אופניים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6D4C41"/>
                <w:u w:val="single" w:color="6D4C41"/>
                <w:sz w:val="14"/>
                <w:szCs w:val="14"/>
                <w:rtl/>
              </w:rPr>
              <w:t xml:space="preserve">   לוואי   </w:t>
            </w:r>
          </w:rt>
          <w:rubyBase>
            <w:r>
              <w:rPr>
                <w:b/>
                <w:bCs/>
                <w:color w:val="6D4C41"/>
                <w:sz w:val="25"/>
                <w:szCs w:val="25"/>
                <w:rtl/>
              </w:rPr>
              <w:t xml:space="preserve">חדשים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ב. המורה סיפרה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 מושא 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לנו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       מושא       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על הטיול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ג. הם שוחחו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        מושא        </w:t>
            </w:r>
          </w:rt>
          <w:rubyBase>
            <w:r>
              <w:rPr>
                <w:b/>
                <w:bCs/>
                <w:color w:val="2E7D32"/>
                <w:sz w:val="25"/>
                <w:szCs w:val="25"/>
                <w:rtl/>
              </w:rPr>
              <w:t xml:space="preserve">עם המדריך</w:t>
            </w:r>
          </w:rubyBase>
        </w:ruby>
      </w:r>
      <w:r>
        <w:rPr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איזה סוג תיאור?</w:t>
      </w:r>
    </w:p>
    <w:p>
      <w:pPr>
        <w:bidi/>
        <w:spacing w:before="0" w:after="20"/>
        <w:jc w:val="both"/>
      </w:pPr>
      <w:r>
        <w:rPr>
          <w:rtl/>
        </w:rPr>
        <w:t>א. «בגלל החום נשארנו בבית.»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סיבה</w:t>
      </w:r>
    </w:p>
    <w:p>
      <w:pPr>
        <w:bidi/>
        <w:spacing w:before="0" w:after="20"/>
        <w:jc w:val="both"/>
      </w:pPr>
      <w:r>
        <w:rPr>
          <w:rtl/>
        </w:rPr>
        <w:t>ב. «הוא דיבר בקול רם.»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אופן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הרחיבו את המשפט «הכלב רץ» והוסיפו תיאור זמן, תיאור מקום ותיאור אופן.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בבוקר רץ הכלב בשמחה בפארק.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קראו את הקטע «יום טיול». מצאו בכל משפט את התיאורים: מתחו קו מעל כל תיאור, וכתבו מעל הקו את סוגו (זמן, מקום, אופן, סיבה).</w:t>
      </w:r>
    </w:p>
    <w:p>
      <w:pPr>
        <w:bidi/>
        <w:spacing w:before="80" w:after="120"/>
        <w:jc w:val="both"/>
      </w:pPr>
      <w:r>
        <w:rPr>
          <w:rtl/>
        </w:rPr>
        <w:t xml:space="preserve">א.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      תיאור זמן      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ביום חמישי</w:t>
            </w:r>
          </w:rubyBase>
        </w:ruby>
      </w:r>
      <w:r>
        <w:rPr>
          <w:rtl/>
        </w:rPr>
        <w:t xml:space="preserve"> נסענו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מקום 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לגליל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ב.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    תיאור סיבה    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בגלל החום</w:t>
            </w:r>
          </w:rubyBase>
        </w:ruby>
      </w:r>
      <w:r>
        <w:rPr>
          <w:rtl/>
        </w:rPr>
        <w:t xml:space="preserve"> יצאנו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 תיאור זמן 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מוקדם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ג. המדריך הסביר את המסלול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  תיאור אופן  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בסבלנות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ד.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    תיאור זמן    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בצוהריים</w:t>
            </w:r>
          </w:rubyBase>
        </w:ruby>
      </w:r>
      <w:r>
        <w:rPr>
          <w:rtl/>
        </w:rPr>
        <w:t xml:space="preserve"> אכלנו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E65100"/>
                <w:u w:val="single" w:color="E65100"/>
                <w:sz w:val="14"/>
                <w:szCs w:val="14"/>
                <w:rtl/>
              </w:rPr>
              <w:t xml:space="preserve">      תיאור מקום      </w:t>
            </w:r>
          </w:rt>
          <w:rubyBase>
            <w:r>
              <w:rPr>
                <w:b/>
                <w:bCs/>
                <w:color w:val="E65100"/>
                <w:sz w:val="25"/>
                <w:szCs w:val="25"/>
                <w:rtl/>
              </w:rPr>
              <w:t xml:space="preserve">ליד המעיין</w:t>
            </w:r>
          </w:rubyBase>
        </w:ruby>
      </w:r>
      <w:r>
        <w:rPr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נתחו את המשפט: «אחותי הקטנה שלחה לסבתא מכתב מרגש.»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כתוב במשפט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אחותי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שלחה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 (את מה?)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מכתב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מושא (למי?)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לסבתא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 לנושא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הקטנה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לוואי למושא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מרגש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תפקיד המילים שבסוגריים?</w:t>
      </w:r>
    </w:p>
    <w:p>
      <w:pPr>
        <w:bidi/>
        <w:spacing w:before="0" w:after="20"/>
        <w:jc w:val="both"/>
      </w:pPr>
      <w:r>
        <w:rPr>
          <w:rtl/>
        </w:rPr>
        <w:t>א. הילדים שיחקו (בחצר).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תיאור מקום</w:t>
      </w:r>
    </w:p>
    <w:p>
      <w:pPr>
        <w:bidi/>
        <w:spacing w:before="0" w:after="20"/>
        <w:jc w:val="both"/>
      </w:pPr>
      <w:r>
        <w:rPr>
          <w:rtl/>
        </w:rPr>
        <w:t>ב. קניתי (אופניים) חדשים.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מושא</w:t>
      </w:r>
    </w:p>
    <w:p>
      <w:pPr>
        <w:bidi/>
        <w:spacing w:before="0" w:after="20"/>
        <w:jc w:val="both"/>
      </w:pPr>
      <w:r>
        <w:rPr>
          <w:rtl/>
        </w:rPr>
        <w:t>ג. העץ (הגבוה) נפל בסערה.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לוואי</w:t>
      </w:r>
    </w:p>
    <w:p>
      <w:pPr>
        <w:bidi/>
        <w:spacing w:before="0" w:after="20"/>
        <w:jc w:val="both"/>
      </w:pPr>
      <w:r>
        <w:rPr>
          <w:rtl/>
        </w:rPr>
        <w:t>ד. הוא דיבר (בשקט) כדי לא להעיר את התינוק.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תיאור אופן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כתבו משפט אחד ובו נושא, נשוא, מושא, לוואי, תיאור זמן ותיאור מקום. כתבו בסוגריים אחרי כל חלק את שמו.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בערב (תיאור זמן) קרא (נשוא) סבא (נושא) סיפור (מושא) מצחיק (לוואי) בסלון (תיאור מקום).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התאימו לכל שאלה את חלק המשפט שהיא מזהה.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מי? / מה? – מי שהמשפט מדבר עליו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תיאור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מה עשה? / מה נאמר עליו?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נשוא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את מה? / למי? / על 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לוואי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מתי? / איפה? / איך? / למה?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מושא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איזה? / איזו? – פרט על שם עצם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נושא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מיינו את התיאורים לפי סוגם.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אופן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סיבה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בבוקר, אחרי השיעור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מתחת לגשר, בבית הספר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במהירות, בזהירות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בגלל הגשם, מחמת העייפות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בכל משפט את הנושא ואת הנשוא: מתחו קו מעל כל אחד מהם, וכתבו מעל הקו «נושא» או «נשוא». שימו לב: לפעמים הנושא בא אחרי הנשוא.</w:t>
      </w:r>
    </w:p>
    <w:p>
      <w:pPr>
        <w:bidi/>
        <w:spacing w:before="80" w:after="120"/>
        <w:jc w:val="both"/>
      </w:pPr>
      <w:r>
        <w:rPr>
          <w:rtl/>
        </w:rPr>
        <w:t xml:space="preserve">א. אתמול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הגיעו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האורחים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ב. בחצר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שיחקו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הילדים</w:t>
            </w:r>
          </w:rubyBase>
        </w:ruby>
      </w:r>
      <w:r>
        <w:rPr>
          <w:rtl/>
        </w:rPr>
        <w:t xml:space="preserve"> הקטנים.</w:t>
      </w:r>
    </w:p>
    <w:p>
      <w:pPr>
        <w:bidi/>
        <w:spacing w:before="80" w:after="120"/>
        <w:jc w:val="both"/>
      </w:pPr>
      <w:r>
        <w:rPr>
          <w:rtl/>
        </w:rPr>
        <w:t xml:space="preserve">ג.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המים</w:t>
            </w:r>
          </w:rubyBase>
        </w:ruby>
      </w:r>
      <w:r>
        <w:rPr>
          <w:rtl/>
        </w:rPr>
        <w:t xml:space="preserve"> בבריכה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קרים</w:t>
            </w:r>
          </w:rubyBase>
        </w:ruby>
      </w:r>
      <w:r>
        <w:rPr>
          <w:rtl/>
        </w:rPr>
        <w:t>.</w:t>
      </w:r>
    </w:p>
    <w:p>
      <w:pPr>
        <w:bidi/>
        <w:spacing w:before="80" w:after="120"/>
        <w:jc w:val="both"/>
      </w:pPr>
      <w:r>
        <w:rPr>
          <w:rtl/>
        </w:rPr>
        <w:t xml:space="preserve">ד. בסוף השיעור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צלצל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הפעמון</w:t>
            </w:r>
          </w:rubyBase>
        </w:ruby>
      </w:r>
      <w:r>
        <w:rPr>
          <w:rtl/>
        </w:rPr>
        <w:t>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את המשפט «הרכבת יצאה» שלוש פעמים: פעם עם תיאור זמן, פעם עם תיאור סיבה ופעם עם תיאור אופן.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הרכבת יצאה בשמונה בבוקר. הרכבת יצאה באיחור בגלל תקלה. הרכבת יצאה לאט מן התחנה.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