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ו'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שורש ומשקל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כל מה שצריך לזכור על שורש ומשקל,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6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מהו משקל?</w:t>
      </w:r>
    </w:p>
    <w:p>
      <w:pPr>
        <w:bidi/>
        <w:spacing w:before="0" w:after="40"/>
        <w:jc w:val="both"/>
      </w:pPr>
      <w:r>
        <w:rPr>
          <w:rtl/>
        </w:rPr>
        <w:t>משקל הוא תבנית של שם עצם או של שם תואר. מכניסים שורש למקומות הקבועים בתבנית ומקבלים מילה. את מקומות השורש מסמנים באותיות ק־ט־ל.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השורש ס־פ־ר במשקל קַטָּל יוצר את המילה סַפָּר.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משקלים ומשמעויות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משקל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משמעות (לרוב)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דוגמאות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קַטָּל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בעל מקצוע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נגר, צבע, טבח, נהג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מִקְטָלָה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מקום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מספרה, מרפאה, מכבסה, מסעדה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מַקְטֵל, מַקְטֵלָה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כלי או מכשיר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מסרק, מחשב, מזלג, מצלמה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קַטֶּלֶת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אדמת, שפעת, צהבת, נזלת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איך מוצאים את המשקל?</w:t>
      </w:r>
    </w:p>
    <w:p>
      <w:pPr>
        <w:bidi/>
        <w:spacing w:before="0" w:after="20"/>
        <w:jc w:val="both"/>
      </w:pPr>
      <w:r>
        <w:rPr>
          <w:rtl/>
        </w:rPr>
        <w:t>1. מוצאים את שלוש אותיות השורש: מספרה, ס־פ־ר.</w:t>
      </w:r>
    </w:p>
    <w:p>
      <w:pPr>
        <w:bidi/>
        <w:spacing w:before="0" w:after="20"/>
        <w:jc w:val="both"/>
      </w:pPr>
      <w:r>
        <w:rPr>
          <w:rtl/>
        </w:rPr>
        <w:t>2. מחליפים אותן ב־ק, ט, ל ומשאירים את שאר המילה: מִקְטָלָה.</w:t>
      </w:r>
    </w:p>
    <w:p>
      <w:pPr>
        <w:bidi/>
        <w:spacing w:before="0" w:after="20"/>
        <w:jc w:val="both"/>
      </w:pPr>
      <w:r>
        <w:rPr>
          <w:rtl/>
        </w:rPr>
        <w:t>3. בודקים בטבלה מה המשקל מציין: מקום.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מילים באותו משקל «נשמעות» אותו דבר: מספרה, מרפאה, מכבסה – כולן מקומות.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מהשורש ש־ע־ל במשקל קַטֶּלֶת: ___.</w:t>
      </w:r>
    </w:p>
    <w:p>
      <w:pPr>
        <w:bidi/>
        <w:spacing w:before="0" w:after="20"/>
        <w:jc w:val="both"/>
      </w:pPr>
      <w:r>
        <w:rPr>
          <w:rtl/>
        </w:rPr>
        <w:t>1. במקום ק־ט־ל שמים ש־ע־ל.</w:t>
      </w:r>
    </w:p>
    <w:p>
      <w:pPr>
        <w:bidi/>
        <w:spacing w:before="0" w:after="20"/>
        <w:jc w:val="both"/>
      </w:pPr>
      <w:r>
        <w:rPr>
          <w:rtl/>
        </w:rPr>
        <w:t>2. מקבלים «שעלת», שם של מחלה.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שעלת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השלימו את המילה, את המשמעות או את המשקל. היעזרו בטבלה:</w:t>
      </w:r>
    </w:p>
    <w:p>
      <w:pPr>
        <w:bidi/>
        <w:spacing w:before="0" w:after="60"/>
        <w:jc w:val="both"/>
      </w:pPr>
      <w:r>
        <w:rPr>
          <w:rtl/>
        </w:rPr>
        <w:t>א. מהשורש ג־ה־ץ במשקל מִקְטָלָה: __________.</w:t>
      </w:r>
    </w:p>
    <w:p>
      <w:pPr>
        <w:bidi/>
        <w:spacing w:before="0" w:after="60"/>
        <w:jc w:val="both"/>
      </w:pPr>
      <w:r>
        <w:rPr>
          <w:rtl/>
        </w:rPr>
        <w:t>ב. מהשורש ד־י־ג במשקל קַטָּל: __________.</w:t>
      </w:r>
    </w:p>
    <w:p>
      <w:pPr>
        <w:bidi/>
        <w:spacing w:before="0" w:after="60"/>
        <w:jc w:val="both"/>
      </w:pPr>
      <w:r>
        <w:rPr>
          <w:rtl/>
        </w:rPr>
        <w:t>ג. המילה «שפעת» במשקל קַטֶּלֶת מציינת __________.</w:t>
      </w:r>
    </w:p>
    <w:p>
      <w:pPr>
        <w:bidi/>
        <w:spacing w:before="0" w:after="60"/>
        <w:jc w:val="both"/>
      </w:pPr>
      <w:r>
        <w:rPr>
          <w:rtl/>
        </w:rPr>
        <w:t>ד. המילה «מרפאה» היא במשקל __________. (קַטָּל / מִקְטָלָה)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מגהצה · ב. דייג · ג. מחלה · ד. מִקְטָלָה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