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שורש ומשקל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צרו מילה מן השורש במשקל הנתון.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משקל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ט־ב־ח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קַטָּל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ס־פ־ר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מִקְטָלָה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ז־ל־ג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מַקְטֵל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נ־ז־ל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קַטֶּלֶת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לפי המשמעות של המשקל.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נגר  |  מכבסה  |  מסרק  |  אדמת  |  טבח  |  מסעדה  |  מחשב  |  צהבת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מקצוע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מקום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כלי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המציאו מילה חדשה במשקל מִקְטָלָה (מקום) והסבירו מה עושים בו.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את השורש, את המשקל ואת המשמעות של המשקל.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משקל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 המשקל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צלם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מכבסה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מברג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חצבת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איזו מילה אינה שייכת לאותו משקל כמו האחרות?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rtl/>
        </w:rPr>
        <w:t xml:space="preserve">   ○ טבח      ○ נגר      ○ חייל      ○ שולחן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rtl/>
        </w:rPr>
        <w:t xml:space="preserve">   ○ מסרגה      ○ מזמרה      ○ מגהץ      ○ מספרה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rtl/>
        </w:rPr>
        <w:t xml:space="preserve">   ○ אדמת      ○ שפעת      ○ נזלת      ○ מכונית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הקטע «בוקר בעיר» והשלימו מילה מן השורש שבסוגריים, במשקל המתאים למשמעות.</w:t>
      </w:r>
    </w:p>
    <w:p>
      <w:pPr>
        <w:bidi/>
        <w:spacing w:before="0" w:after="60"/>
        <w:jc w:val="both"/>
      </w:pPr>
      <w:r>
        <w:rPr>
          <w:rtl/>
        </w:rPr>
        <w:t>א. בבוקר הלכתי ל__________ (ס־פ־ר, מקום) כדי להסתפר.</w:t>
      </w:r>
    </w:p>
    <w:p>
      <w:pPr>
        <w:bidi/>
        <w:spacing w:before="0" w:after="60"/>
        <w:jc w:val="both"/>
      </w:pPr>
      <w:r>
        <w:rPr>
          <w:rtl/>
        </w:rPr>
        <w:t>ב. ה__________ (ס־פ־ר, בעל מקצוע) שאל איזו תספורת אני רוצה.</w:t>
      </w:r>
    </w:p>
    <w:p>
      <w:pPr>
        <w:bidi/>
        <w:spacing w:before="0" w:after="60"/>
        <w:jc w:val="both"/>
      </w:pPr>
      <w:r>
        <w:rPr>
          <w:rtl/>
        </w:rPr>
        <w:t>ג. בדרך עברתי ליד ה__________ (כ־ב־ס, מקום) והרחתי ריח של סבון נקי.</w:t>
      </w:r>
    </w:p>
    <w:p>
      <w:pPr>
        <w:bidi/>
        <w:spacing w:before="0" w:after="60"/>
        <w:jc w:val="both"/>
      </w:pPr>
      <w:r>
        <w:rPr>
          <w:rtl/>
        </w:rPr>
        <w:t>ד. בבית ראיתי שאבא תולה מדף בעזרת __________ (ק־ד־ח, כלי).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בחרו בשורש כ־ב־ס או ב־ש־ל. כתבו שלוש מילים מן השורש במשקלים שונים, והסבירו כיצד המשקל משפיע על המשמעות של כל מילה.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מיינו את המילים לפי משמעות המשקל.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זמר  |  מחלבה  |  מצפן  |  שעלת  |  גנן  |  מרפאה  |  משפך  |  סוכרת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בעל מקצוע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מקום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כלי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את השורש של כל מילה.</w:t>
      </w:r>
    </w:p>
    <w:p>
      <w:pPr>
        <w:bidi/>
        <w:spacing w:before="0" w:after="60"/>
        <w:jc w:val="both"/>
      </w:pPr>
      <w:r>
        <w:rPr>
          <w:rtl/>
        </w:rPr>
        <w:t>א. מנסרה ← __________</w:t>
      </w:r>
    </w:p>
    <w:p>
      <w:pPr>
        <w:bidi/>
        <w:spacing w:before="0" w:after="60"/>
        <w:jc w:val="both"/>
      </w:pPr>
      <w:r>
        <w:rPr>
          <w:rtl/>
        </w:rPr>
        <w:t>ב. דייג ← __________</w:t>
      </w:r>
    </w:p>
    <w:p>
      <w:pPr>
        <w:bidi/>
        <w:spacing w:before="0" w:after="60"/>
        <w:jc w:val="both"/>
      </w:pPr>
      <w:r>
        <w:rPr>
          <w:rtl/>
        </w:rPr>
        <w:t>ג. מגרפה ← __________</w:t>
      </w:r>
    </w:p>
    <w:p>
      <w:pPr>
        <w:bidi/>
        <w:spacing w:before="0" w:after="60"/>
        <w:jc w:val="both"/>
      </w:pPr>
      <w:r>
        <w:rPr>
          <w:rtl/>
        </w:rPr>
        <w:t>ד. צרבת ← __________</w:t>
      </w:r>
    </w:p>
    <w:p>
      <w:pPr>
        <w:bidi/>
        <w:spacing w:before="0" w:after="60"/>
        <w:jc w:val="both"/>
      </w:pPr>
      <w:r>
        <w:rPr>
          <w:rtl/>
        </w:rPr>
        <w:t>ה. מרפאה ← __________</w:t>
      </w:r>
    </w:p>
    <w:p>
      <w:pPr>
        <w:bidi/>
        <w:spacing w:before="0" w:after="60"/>
        <w:jc w:val="both"/>
      </w:pPr>
      <w:r>
        <w:rPr>
          <w:rtl/>
        </w:rPr>
        <w:t>ו. קצב ←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התאימו לכל הגדרה את המילה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מי שעובד בגינה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קדחת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כלי שמראה את הכיוון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מקצפה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מחלה שגורמת לחום גבוה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גנן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מקום שבו מנסרים עצים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מזבלה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כלי להקצפת ביצים ושמנת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מצפן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מקום שבו זורקים אשפה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מנסרה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המילים «זמר» ו«דייג» הן באותו משקל.      נכון / לא נכון</w:t>
      </w:r>
    </w:p>
    <w:p>
      <w:pPr>
        <w:bidi/>
        <w:spacing w:before="0" w:after="60"/>
        <w:jc w:val="both"/>
      </w:pPr>
      <w:r>
        <w:rPr>
          <w:rtl/>
        </w:rPr>
        <w:t>ב. «משפך» ו«מצפן» הן במשקל מַקְטֵל.      נכון / לא נכון</w:t>
      </w:r>
    </w:p>
    <w:p>
      <w:pPr>
        <w:bidi/>
        <w:spacing w:before="0" w:after="60"/>
        <w:jc w:val="both"/>
      </w:pPr>
      <w:r>
        <w:rPr>
          <w:rtl/>
        </w:rPr>
        <w:t>ג. המשקל קַטֶּלֶת מציין לרוב בעל מקצוע.      נכון / לא נכון</w:t>
      </w:r>
    </w:p>
    <w:p>
      <w:pPr>
        <w:bidi/>
        <w:spacing w:before="0" w:after="60"/>
        <w:jc w:val="both"/>
      </w:pPr>
      <w:r>
        <w:rPr>
          <w:rtl/>
        </w:rPr>
        <w:t>ד. השורש של «משטרה» הוא מ־ש־ט.      נכון / לא נכון</w:t>
      </w:r>
    </w:p>
    <w:p>
      <w:pPr>
        <w:bidi/>
        <w:spacing w:before="0" w:after="60"/>
        <w:jc w:val="both"/>
      </w:pPr>
      <w:r>
        <w:rPr>
          <w:rtl/>
        </w:rPr>
        <w:t>ה. במילים במשקל מִקְטָלָה המ"ם שבהתחלה אינה חלק מן השורש.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דני לא הכיר את המילה «מחלבה». הסבירו לו איך אפשר לנחש את פירושה בעזרת השורש והמשקל, בלי מילון.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שורש ומשקל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צרו מילה מן השורש במשקל הנתון.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משקל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ט־ב־ח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קַטָּל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טבח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מקצוע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ס־פ־ר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מִקְטָלָה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מספרה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מקום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ז־ל־ג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מַקְטֵל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מזלג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כלי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נ־ז־ל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קַטֶּלֶת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נזלת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מחלה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לפי המשמעות של המשקל.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מקצוע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מקום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כלי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נגר, טבח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מכבסה, מסעדה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מסרק, מחשב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אדמת, צהבת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המציאו מילה חדשה במשקל מִקְטָלָה (מקום) והסבירו מה עושים בו.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«מרקדה» – מקום שבו רוקדים.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את השורש, את המשקל ואת המשמעות של המשקל.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משקל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 המשקל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צלם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צ־ל־ם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קַטָּל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בעל מקצוע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מכבסה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כ־ב־ס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מִקְטָלָה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מקום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מברג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ב־ר־ג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מַקְטֵל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כלי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חצבת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ח־צ־ב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קַטֶּלֶת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מחלה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איזו מילה אינה שייכת לאותו משקל כמו האחרות?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שולחן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מספרה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מכונית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הקטע «בוקר בעיר» והשלימו מילה מן השורש שבסוגריים, במשקל המתאים למשמעות.</w:t>
      </w:r>
    </w:p>
    <w:p>
      <w:pPr>
        <w:bidi/>
        <w:spacing w:before="0" w:after="40"/>
        <w:jc w:val="both"/>
      </w:pPr>
      <w:r>
        <w:rPr>
          <w:rtl/>
        </w:rPr>
        <w:t>א. בבוקר הלכתי למספרה (ס־פ־ר, מקום) כדי להסתפר.</w:t>
      </w:r>
    </w:p>
    <w:p>
      <w:pPr>
        <w:bidi/>
        <w:spacing w:before="0" w:after="40"/>
        <w:jc w:val="both"/>
      </w:pPr>
      <w:r>
        <w:rPr>
          <w:rtl/>
        </w:rPr>
        <w:t>ב. הספר (ס־פ־ר, בעל מקצוע) שאל איזו תספורת אני רוצה.</w:t>
      </w:r>
    </w:p>
    <w:p>
      <w:pPr>
        <w:bidi/>
        <w:spacing w:before="0" w:after="40"/>
        <w:jc w:val="both"/>
      </w:pPr>
      <w:r>
        <w:rPr>
          <w:rtl/>
        </w:rPr>
        <w:t>ג. בדרך עברתי ליד המכבסה (כ־ב־ס, מקום) והרחתי ריח של סבון נקי.</w:t>
      </w:r>
    </w:p>
    <w:p>
      <w:pPr>
        <w:bidi/>
        <w:spacing w:before="0" w:after="40"/>
        <w:jc w:val="both"/>
      </w:pPr>
      <w:r>
        <w:rPr>
          <w:rtl/>
        </w:rPr>
        <w:t>ד. בבית ראיתי שאבא תולה מדף בעזרת מקדחה (ק־ד־ח, כלי).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בחרו בשורש כ־ב־ס או ב־ש־ל. כתבו שלוש מילים מן השורש במשקלים שונים, והסבירו כיצד המשקל משפיע על המשמעות של כל מילה.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כ־ב־ס: כַּבָּס – מי שעובד בכביסה (קַטָּל, בעל מקצוע); מִכְבָּסָה – מקום שמכבסים בו (מִקְטָלָה, מקום); כביסה – הפעולה עצמה או הבגדים שמכבסים. השורש נותן את הרעיון (ניקוי בגדים), והמשקל קובע אם מדובר באדם, במקום או בפעולה.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מיינו את המילים לפי משמעות המשקל.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בעל מקצוע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מקום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כלי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זמר, גנן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מחלבה, מרפאה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מצפן, משפך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שעלת, סוכרת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את השורש של כל מילה.</w:t>
      </w:r>
    </w:p>
    <w:p>
      <w:pPr>
        <w:bidi/>
        <w:spacing w:before="0" w:after="40"/>
        <w:jc w:val="both"/>
      </w:pPr>
      <w:r>
        <w:rPr>
          <w:rtl/>
        </w:rPr>
        <w:t>א. מנסרה ← נ־ס־ר</w:t>
      </w:r>
    </w:p>
    <w:p>
      <w:pPr>
        <w:bidi/>
        <w:spacing w:before="0" w:after="40"/>
        <w:jc w:val="both"/>
      </w:pPr>
      <w:r>
        <w:rPr>
          <w:rtl/>
        </w:rPr>
        <w:t>ב. דייג ← ד־י־ג</w:t>
      </w:r>
    </w:p>
    <w:p>
      <w:pPr>
        <w:bidi/>
        <w:spacing w:before="0" w:after="40"/>
        <w:jc w:val="both"/>
      </w:pPr>
      <w:r>
        <w:rPr>
          <w:rtl/>
        </w:rPr>
        <w:t>ג. מגרפה ← ג־ר־פ</w:t>
      </w:r>
    </w:p>
    <w:p>
      <w:pPr>
        <w:bidi/>
        <w:spacing w:before="0" w:after="40"/>
        <w:jc w:val="both"/>
      </w:pPr>
      <w:r>
        <w:rPr>
          <w:rtl/>
        </w:rPr>
        <w:t>ד. צרבת ← צ־ר־ב</w:t>
      </w:r>
    </w:p>
    <w:p>
      <w:pPr>
        <w:bidi/>
        <w:spacing w:before="0" w:after="40"/>
        <w:jc w:val="both"/>
      </w:pPr>
      <w:r>
        <w:rPr>
          <w:rtl/>
        </w:rPr>
        <w:t>ה. מרפאה ← ר־פ־א</w:t>
      </w:r>
    </w:p>
    <w:p>
      <w:pPr>
        <w:bidi/>
        <w:spacing w:before="0" w:after="40"/>
        <w:jc w:val="both"/>
      </w:pPr>
      <w:r>
        <w:rPr>
          <w:rtl/>
        </w:rPr>
        <w:t>ו. קצב ← ק־צ־ב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התאימו לכל הגדרה את המילה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מי שעובד בגינה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קדחת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כלי שמראה את הכיוון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מקצפה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מחלה שגורמת לחום גבוה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גנן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מקום שבו מנסרים עצים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מזבלה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כלי להקצפת ביצים ושמנת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מצפן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מקום שבו זורקים אשפה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מנסרה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המילים «זמר» ו«דייג» הן באותו משקל. – נכון</w:t>
      </w:r>
    </w:p>
    <w:p>
      <w:pPr>
        <w:bidi/>
        <w:spacing w:before="0" w:after="40"/>
        <w:jc w:val="both"/>
      </w:pPr>
      <w:r>
        <w:rPr>
          <w:rtl/>
        </w:rPr>
        <w:t>ב. «משפך» ו«מצפן» הן במשקל מַקְטֵל. – נכון</w:t>
      </w:r>
    </w:p>
    <w:p>
      <w:pPr>
        <w:bidi/>
        <w:spacing w:before="0" w:after="40"/>
        <w:jc w:val="both"/>
      </w:pPr>
      <w:r>
        <w:rPr>
          <w:rtl/>
        </w:rPr>
        <w:t>ג. המשקל קַטֶּלֶת מציין לרוב בעל מקצוע. – לא נכון – קַטֶּלֶת מציין לרוב מחלה; בעל מקצוע – קַטָּל</w:t>
      </w:r>
    </w:p>
    <w:p>
      <w:pPr>
        <w:bidi/>
        <w:spacing w:before="0" w:after="40"/>
        <w:jc w:val="both"/>
      </w:pPr>
      <w:r>
        <w:rPr>
          <w:rtl/>
        </w:rPr>
        <w:t>ד. השורש של «משטרה» הוא מ־ש־ט. – לא נכון – השורש הוא ש־ט־ר; המ"ם שייכת למשקל</w:t>
      </w:r>
    </w:p>
    <w:p>
      <w:pPr>
        <w:bidi/>
        <w:spacing w:before="0" w:after="40"/>
        <w:jc w:val="both"/>
      </w:pPr>
      <w:r>
        <w:rPr>
          <w:rtl/>
        </w:rPr>
        <w:t>ה. במילים במשקל מִקְטָלָה המ"ם שבהתחלה אינה חלק מן השורש.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דני לא הכיר את המילה «מחלבה». הסבירו לו איך אפשר לנחש את פירושה בעזרת השורש והמשקל, בלי מילון.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השורש ח־ל־ב קשור לחלב. המשקל מִקְטָלָה מציין לרוב מקום. לכן «מחלבה» היא מקום שבו מייצרים מוצרי חלב.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