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המספר בעברית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המספר במילים.</w:t>
      </w:r>
    </w:p>
    <w:p>
      <w:pPr>
        <w:bidi/>
        <w:spacing w:before="0" w:after="60"/>
        <w:jc w:val="both"/>
      </w:pPr>
      <w:r>
        <w:rPr>
          <w:rtl/>
        </w:rPr>
        <w:t>א. בכיתה יש __________ (4) חלונות.</w:t>
      </w:r>
    </w:p>
    <w:p>
      <w:pPr>
        <w:bidi/>
        <w:spacing w:before="0" w:after="60"/>
        <w:jc w:val="both"/>
      </w:pPr>
      <w:r>
        <w:rPr>
          <w:rtl/>
        </w:rPr>
        <w:t>ב. קנינו __________ (7) עגבניות.</w:t>
      </w:r>
    </w:p>
    <w:p>
      <w:pPr>
        <w:bidi/>
        <w:spacing w:before="0" w:after="60"/>
        <w:jc w:val="both"/>
      </w:pPr>
      <w:r>
        <w:rPr>
          <w:rtl/>
        </w:rPr>
        <w:t>ג. הסיפור כולל __________ (8) פרקים.</w:t>
      </w:r>
    </w:p>
    <w:p>
      <w:pPr>
        <w:bidi/>
        <w:spacing w:before="0" w:after="60"/>
        <w:jc w:val="both"/>
      </w:pPr>
      <w:r>
        <w:rPr>
          <w:rtl/>
        </w:rPr>
        <w:t>ד. יש לי __________ (2) אחיות.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המספר הסודר.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 – זכר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 – 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 נכון?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שלוש תפוחים      ○ שלושה תפוחים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חמש מחברות      ○ חמישה מחברות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rtl/>
        </w:rPr>
        <w:t xml:space="preserve">   ○ הבית השני      ○ הבית השתיים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קראו את ההזמנה ליום ההולדת וכתבו את המספרים במילים.</w:t>
      </w:r>
    </w:p>
    <w:p>
      <w:pPr>
        <w:bidi/>
        <w:spacing w:before="0" w:after="60"/>
        <w:jc w:val="both"/>
      </w:pPr>
      <w:r>
        <w:rPr>
          <w:rtl/>
        </w:rPr>
        <w:t>א. ליום ההולדת הזמנו __________ (12) חברים.</w:t>
      </w:r>
    </w:p>
    <w:p>
      <w:pPr>
        <w:bidi/>
        <w:spacing w:before="0" w:after="60"/>
        <w:jc w:val="both"/>
      </w:pPr>
      <w:r>
        <w:rPr>
          <w:rtl/>
        </w:rPr>
        <w:t>ב. על השולחן היו __________ (3) עוגות.</w:t>
      </w:r>
    </w:p>
    <w:p>
      <w:pPr>
        <w:bidi/>
        <w:spacing w:before="0" w:after="60"/>
        <w:jc w:val="both"/>
      </w:pPr>
      <w:r>
        <w:rPr>
          <w:rtl/>
        </w:rPr>
        <w:t>ג. ההורים ניפחו __________ (15) בלונים.</w:t>
      </w:r>
    </w:p>
    <w:p>
      <w:pPr>
        <w:bidi/>
        <w:spacing w:before="0" w:after="60"/>
        <w:jc w:val="both"/>
      </w:pPr>
      <w:r>
        <w:rPr>
          <w:rtl/>
        </w:rPr>
        <w:t>ד. המסיבה התחילה בשעה __________ (5) אחר הצוהריים.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המספר המונה (זכר ונקבה) ואת המספר הסודר.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 – זכר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 – נקבה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 – זכר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הצורה הנכונה.</w:t>
      </w:r>
    </w:p>
    <w:p>
      <w:pPr>
        <w:bidi/>
        <w:spacing w:before="0" w:after="20"/>
        <w:jc w:val="both"/>
      </w:pPr>
      <w:r>
        <w:rPr>
          <w:rtl/>
        </w:rPr>
        <w:t>א. בכיתה שלנו יש ___ בנות.</w:t>
      </w:r>
    </w:p>
    <w:p>
      <w:pPr>
        <w:bidi/>
        <w:spacing w:before="0" w:after="80"/>
        <w:jc w:val="both"/>
      </w:pPr>
      <w:r>
        <w:rPr>
          <w:rtl/>
        </w:rPr>
        <w:t xml:space="preserve">   ○ שלושה עשר      ○ שלוש עשרה      ○ שלושה עשרה</w:t>
      </w:r>
    </w:p>
    <w:p>
      <w:pPr>
        <w:bidi/>
        <w:spacing w:before="0" w:after="20"/>
        <w:jc w:val="both"/>
      </w:pPr>
      <w:r>
        <w:rPr>
          <w:rtl/>
        </w:rPr>
        <w:t>ב. קראתי ___ ספרים בחופש.</w:t>
      </w:r>
    </w:p>
    <w:p>
      <w:pPr>
        <w:bidi/>
        <w:spacing w:before="0" w:after="80"/>
        <w:jc w:val="both"/>
      </w:pPr>
      <w:r>
        <w:rPr>
          <w:rtl/>
        </w:rPr>
        <w:t xml:space="preserve">   ○ שבע      ○ שבעה      ○ שביעי</w:t>
      </w:r>
    </w:p>
    <w:p>
      <w:pPr>
        <w:bidi/>
        <w:spacing w:before="0" w:after="20"/>
        <w:jc w:val="both"/>
      </w:pPr>
      <w:r>
        <w:rPr>
          <w:rtl/>
        </w:rPr>
        <w:t>ג. זה הניסיון ה___ שלי.</w:t>
      </w:r>
    </w:p>
    <w:p>
      <w:pPr>
        <w:bidi/>
        <w:spacing w:before="0" w:after="80"/>
        <w:jc w:val="both"/>
      </w:pPr>
      <w:r>
        <w:rPr>
          <w:rtl/>
        </w:rPr>
        <w:t xml:space="preserve">   ○ שלוש      ○ שלישית      ○ שלישי</w:t>
      </w:r>
    </w:p>
    <w:p>
      <w:pPr>
        <w:bidi/>
        <w:spacing w:before="0" w:after="20"/>
        <w:jc w:val="both"/>
      </w:pPr>
      <w:r>
        <w:rPr>
          <w:rtl/>
        </w:rPr>
        <w:t>ד. השעה עכשיו ___.</w:t>
      </w:r>
    </w:p>
    <w:p>
      <w:pPr>
        <w:bidi/>
        <w:spacing w:before="0" w:after="80"/>
        <w:jc w:val="both"/>
      </w:pPr>
      <w:r>
        <w:rPr>
          <w:rtl/>
        </w:rPr>
        <w:t xml:space="preserve">   ○ שתיים      ○ שניים      ○ שני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פסקה קצרה (3–4 משפטים) על הכיתה שלכם. כתבו במילים לפחות ארבעה מספרים: מספר מונה בזכר, מספר מונה בנקבה ומספר סודר אחד לפחות.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מיינו את הצירופים לפי המין של שם העצם.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ארבע אצבעות  |  ארבעה כדורים  |  שש מדבקות  |  שישה ימים  |  שבע שנים  |  שבעה חודשים  |  תשע דקות  |  תשעה שבועות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 בנקבה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 בזכר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צירוף בספרות את הכתיבה הנכונה במילים.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5 ספרים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חמישה ספרים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5 מחברות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שתי תמונות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2 עפרונות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עשרה ילדים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2 תמונות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שני עפרונות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10 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חמש מחברות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10 ילדות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עשר ילדות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את המספר הסודר המתאים.</w:t>
      </w:r>
    </w:p>
    <w:p>
      <w:pPr>
        <w:bidi/>
        <w:spacing w:before="0" w:after="60"/>
        <w:jc w:val="both"/>
      </w:pPr>
      <w:r>
        <w:rPr>
          <w:rtl/>
        </w:rPr>
        <w:t>א. נועה הגיעה למקום ה__________ (1) בתחרות.</w:t>
      </w:r>
    </w:p>
    <w:p>
      <w:pPr>
        <w:bidi/>
        <w:spacing w:before="0" w:after="60"/>
        <w:jc w:val="both"/>
      </w:pPr>
      <w:r>
        <w:rPr>
          <w:rtl/>
        </w:rPr>
        <w:t>ב. אנחנו גרים בקומה ה__________ (4).</w:t>
      </w:r>
    </w:p>
    <w:p>
      <w:pPr>
        <w:bidi/>
        <w:spacing w:before="0" w:after="60"/>
        <w:jc w:val="both"/>
      </w:pPr>
      <w:r>
        <w:rPr>
          <w:rtl/>
        </w:rPr>
        <w:t>ג. זה היום ה__________ (7) של החופש.</w:t>
      </w:r>
    </w:p>
    <w:p>
      <w:pPr>
        <w:bidi/>
        <w:spacing w:before="0" w:after="60"/>
        <w:jc w:val="both"/>
      </w:pPr>
      <w:r>
        <w:rPr>
          <w:rtl/>
        </w:rPr>
        <w:t>ד. קראתי את הפרק ה__________ (2) בספר.</w:t>
      </w:r>
    </w:p>
    <w:p>
      <w:pPr>
        <w:bidi/>
        <w:spacing w:before="0" w:after="60"/>
        <w:jc w:val="both"/>
      </w:pPr>
      <w:r>
        <w:rPr>
          <w:rtl/>
        </w:rPr>
        <w:t>ה. היא ישבה בשורה ה__________ (9).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אומרים «שלוש ילדים».      נכון / לא נכון</w:t>
      </w:r>
    </w:p>
    <w:p>
      <w:pPr>
        <w:bidi/>
        <w:spacing w:before="0" w:after="60"/>
        <w:jc w:val="both"/>
      </w:pPr>
      <w:r>
        <w:rPr>
          <w:rtl/>
        </w:rPr>
        <w:t>ב. המספר «שמונה» נכתב באותה צורה בזכר ובנקבה.      נכון / לא נכון</w:t>
      </w:r>
    </w:p>
    <w:p>
      <w:pPr>
        <w:bidi/>
        <w:spacing w:before="0" w:after="60"/>
        <w:jc w:val="both"/>
      </w:pPr>
      <w:r>
        <w:rPr>
          <w:rtl/>
        </w:rPr>
        <w:t>ג. המספר «עשרים» נכתב באותה צורה בזכר ובנקבה.      נכון / לא נכון</w:t>
      </w:r>
    </w:p>
    <w:p>
      <w:pPr>
        <w:bidi/>
        <w:spacing w:before="0" w:after="60"/>
        <w:jc w:val="both"/>
      </w:pPr>
      <w:r>
        <w:rPr>
          <w:rtl/>
        </w:rPr>
        <w:t>ד. בשעון אומרים «השעה שלושה».      נכון / לא נכון</w:t>
      </w:r>
    </w:p>
    <w:p>
      <w:pPr>
        <w:bidi/>
        <w:spacing w:before="0" w:after="60"/>
        <w:jc w:val="both"/>
      </w:pPr>
      <w:r>
        <w:rPr>
          <w:rtl/>
        </w:rPr>
        <w:t>ה. בצירוף «השורה השנייה» יש מספר סודר.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מתכון קצר (3 משפטים) ובו לפחות ארבעה מספרים במילים: שניים עם שמות עצם בזכר ושניים עם שמות עצם בנקבה.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המספר בעברית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המספר במילים.</w:t>
      </w:r>
    </w:p>
    <w:p>
      <w:pPr>
        <w:bidi/>
        <w:spacing w:before="0" w:after="40"/>
        <w:jc w:val="both"/>
      </w:pPr>
      <w:r>
        <w:rPr>
          <w:rtl/>
        </w:rPr>
        <w:t>א. בכיתה יש ארבעה (4) חלונות.</w:t>
      </w:r>
    </w:p>
    <w:p>
      <w:pPr>
        <w:bidi/>
        <w:spacing w:before="0" w:after="40"/>
        <w:jc w:val="both"/>
      </w:pPr>
      <w:r>
        <w:rPr>
          <w:rtl/>
        </w:rPr>
        <w:t>ב. קנינו שבע (7) עגבניות.</w:t>
      </w:r>
    </w:p>
    <w:p>
      <w:pPr>
        <w:bidi/>
        <w:spacing w:before="0" w:after="40"/>
        <w:jc w:val="both"/>
      </w:pPr>
      <w:r>
        <w:rPr>
          <w:rtl/>
        </w:rPr>
        <w:t>ג. הסיפור כולל שמונה (8) פרקים.</w:t>
      </w:r>
    </w:p>
    <w:p>
      <w:pPr>
        <w:bidi/>
        <w:spacing w:before="0" w:after="40"/>
        <w:jc w:val="both"/>
      </w:pPr>
      <w:r>
        <w:rPr>
          <w:rtl/>
        </w:rPr>
        <w:t>ד. יש לי שתי (2) אחיות.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המספר הסודר.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 – זכר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 – 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ראשון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ראשונה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שלישי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שלישית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עשירי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עשירית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 נכון?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שלושה תפוחים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חמש מחברות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הבית השני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קראו את ההזמנה ליום ההולדת וכתבו את המספרים במילים.</w:t>
      </w:r>
    </w:p>
    <w:p>
      <w:pPr>
        <w:bidi/>
        <w:spacing w:before="0" w:after="40"/>
        <w:jc w:val="both"/>
      </w:pPr>
      <w:r>
        <w:rPr>
          <w:rtl/>
        </w:rPr>
        <w:t>א. ליום ההולדת הזמנו שנים עשר (12) חברים.</w:t>
      </w:r>
    </w:p>
    <w:p>
      <w:pPr>
        <w:bidi/>
        <w:spacing w:before="0" w:after="40"/>
        <w:jc w:val="both"/>
      </w:pPr>
      <w:r>
        <w:rPr>
          <w:rtl/>
        </w:rPr>
        <w:t>ב. על השולחן היו שלוש (3) עוגות.</w:t>
      </w:r>
    </w:p>
    <w:p>
      <w:pPr>
        <w:bidi/>
        <w:spacing w:before="0" w:after="40"/>
        <w:jc w:val="both"/>
      </w:pPr>
      <w:r>
        <w:rPr>
          <w:rtl/>
        </w:rPr>
        <w:t>ג. ההורים ניפחו חמישה עשר (15) בלונים.</w:t>
      </w:r>
    </w:p>
    <w:p>
      <w:pPr>
        <w:bidi/>
        <w:spacing w:before="0" w:after="40"/>
        <w:jc w:val="both"/>
      </w:pPr>
      <w:r>
        <w:rPr>
          <w:rtl/>
        </w:rPr>
        <w:t>ד. המסיבה התחילה בשעה חמש (5) אחר הצוהריים.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המספר המונה (זכר ונקבה) ואת המספר הסודר.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 – זכר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 – נקבה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 – זכר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שלושה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שלוש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שלישי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שישה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שישי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שמונה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שמונה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שמיני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תשעה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תשע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תשיעי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הצורה הנכונה.</w:t>
      </w:r>
    </w:p>
    <w:p>
      <w:pPr>
        <w:bidi/>
        <w:spacing w:before="0" w:after="20"/>
        <w:jc w:val="both"/>
      </w:pPr>
      <w:r>
        <w:rPr>
          <w:rtl/>
        </w:rPr>
        <w:t>א. בכיתה שלנו יש ___ בנות.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שלוש עשרה</w:t>
      </w:r>
    </w:p>
    <w:p>
      <w:pPr>
        <w:bidi/>
        <w:spacing w:before="0" w:after="20"/>
        <w:jc w:val="both"/>
      </w:pPr>
      <w:r>
        <w:rPr>
          <w:rtl/>
        </w:rPr>
        <w:t>ב. קראתי ___ ספרים בחופש.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שבעה</w:t>
      </w:r>
    </w:p>
    <w:p>
      <w:pPr>
        <w:bidi/>
        <w:spacing w:before="0" w:after="20"/>
        <w:jc w:val="both"/>
      </w:pPr>
      <w:r>
        <w:rPr>
          <w:rtl/>
        </w:rPr>
        <w:t>ג. זה הניסיון ה___ שלי.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שלישי</w:t>
      </w:r>
    </w:p>
    <w:p>
      <w:pPr>
        <w:bidi/>
        <w:spacing w:before="0" w:after="20"/>
        <w:jc w:val="both"/>
      </w:pPr>
      <w:r>
        <w:rPr>
          <w:rtl/>
        </w:rPr>
        <w:t>ד. השעה עכשיו ___.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שתיים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פסקה קצרה (3–4 משפטים) על הכיתה שלכם. כתבו במילים לפחות ארבעה מספרים: מספר מונה בזכר, מספר מונה בנקבה ומספר סודר אחד לפחות.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בכיתה שלנו יש שלושים ושניים תלמידים: שבע עשרה בנות וחמישה עשר בנים. בכיתה ארבעה חלונות ושני לוחות. אני יושב בשורה השלישית.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מיינו את הצירופים לפי המין של שם העצם.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 בנקבה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 בזכר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ארבע אצבעות, שש מדבקות, שבע שנים, תשע דקות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ארבעה כדורים, שישה ימים, שבעה חודשים, תשעה שבועות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צירוף בספרות את הכתיבה הנכונה במילים.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5 ספרים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חמישה ספרים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5 מחברות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שתי תמונות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2 עפרונות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עשרה ילדים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2 תמונות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שני עפרונות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10 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חמש מחברות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10 ילדות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עשר ילדות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את המספר הסודר המתאים.</w:t>
      </w:r>
    </w:p>
    <w:p>
      <w:pPr>
        <w:bidi/>
        <w:spacing w:before="0" w:after="40"/>
        <w:jc w:val="both"/>
      </w:pPr>
      <w:r>
        <w:rPr>
          <w:rtl/>
        </w:rPr>
        <w:t>א. נועה הגיעה למקום הראשון (1) בתחרות.</w:t>
      </w:r>
    </w:p>
    <w:p>
      <w:pPr>
        <w:bidi/>
        <w:spacing w:before="0" w:after="40"/>
        <w:jc w:val="both"/>
      </w:pPr>
      <w:r>
        <w:rPr>
          <w:rtl/>
        </w:rPr>
        <w:t>ב. אנחנו גרים בקומה הרביעית (4).</w:t>
      </w:r>
    </w:p>
    <w:p>
      <w:pPr>
        <w:bidi/>
        <w:spacing w:before="0" w:after="40"/>
        <w:jc w:val="both"/>
      </w:pPr>
      <w:r>
        <w:rPr>
          <w:rtl/>
        </w:rPr>
        <w:t>ג. זה היום השביעי (7) של החופש.</w:t>
      </w:r>
    </w:p>
    <w:p>
      <w:pPr>
        <w:bidi/>
        <w:spacing w:before="0" w:after="40"/>
        <w:jc w:val="both"/>
      </w:pPr>
      <w:r>
        <w:rPr>
          <w:rtl/>
        </w:rPr>
        <w:t>ד. קראתי את הפרק השני (2) בספר.</w:t>
      </w:r>
    </w:p>
    <w:p>
      <w:pPr>
        <w:bidi/>
        <w:spacing w:before="0" w:after="40"/>
        <w:jc w:val="both"/>
      </w:pPr>
      <w:r>
        <w:rPr>
          <w:rtl/>
        </w:rPr>
        <w:t>ה. היא ישבה בשורה התשיעית (9).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אומרים «שלוש ילדים». – לא נכון – שלושה ילדים – «ילד» בזכר</w:t>
      </w:r>
    </w:p>
    <w:p>
      <w:pPr>
        <w:bidi/>
        <w:spacing w:before="0" w:after="40"/>
        <w:jc w:val="both"/>
      </w:pPr>
      <w:r>
        <w:rPr>
          <w:rtl/>
        </w:rPr>
        <w:t>ב. המספר «שמונה» נכתב באותה צורה בזכר ובנקבה. – נכון</w:t>
      </w:r>
    </w:p>
    <w:p>
      <w:pPr>
        <w:bidi/>
        <w:spacing w:before="0" w:after="40"/>
        <w:jc w:val="both"/>
      </w:pPr>
      <w:r>
        <w:rPr>
          <w:rtl/>
        </w:rPr>
        <w:t>ג. המספר «עשרים» נכתב באותה צורה בזכר ובנקבה. – נכון</w:t>
      </w:r>
    </w:p>
    <w:p>
      <w:pPr>
        <w:bidi/>
        <w:spacing w:before="0" w:after="40"/>
        <w:jc w:val="both"/>
      </w:pPr>
      <w:r>
        <w:rPr>
          <w:rtl/>
        </w:rPr>
        <w:t>ד. בשעון אומרים «השעה שלושה». – לא נכון – השעה שלוש – «שעה» בנקבה</w:t>
      </w:r>
    </w:p>
    <w:p>
      <w:pPr>
        <w:bidi/>
        <w:spacing w:before="0" w:after="40"/>
        <w:jc w:val="both"/>
      </w:pPr>
      <w:r>
        <w:rPr>
          <w:rtl/>
        </w:rPr>
        <w:t>ה. בצירוף «השורה השנייה» יש מספר סודר.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מתכון קצר (3 משפטים) ובו לפחות ארבעה מספרים במילים: שניים עם שמות עצם בזכר ושניים עם שמות עצם בנקבה.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מערבבים שלוש ביצים, שתי כוסות קמח וחמישה אגוזים קצוצים. מוסיפים שני תפוחים חתוכים. אופים עשרים דקות.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