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סיכום טקסט מידעי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כל מה שצריך לזכור על סיכום של טקסט מידעי,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6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למה מסכמים?</w:t>
      </w:r>
    </w:p>
    <w:p>
      <w:pPr>
        <w:bidi/>
        <w:spacing w:before="0" w:after="40"/>
        <w:jc w:val="both"/>
      </w:pPr>
      <w:r>
        <w:rPr>
          <w:rtl/>
        </w:rPr>
        <w:t>סיכום מציג את עיקר הטקסט בקצרה ובמילים שלנו. הוא עוזר להבין ולזכור.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מתי משתמשים בסיכום? לקראת מבחן · תקציר של כתבה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שלבי הסיכום</w:t>
      </w:r>
    </w:p>
    <w:p>
      <w:pPr>
        <w:bidi/>
        <w:spacing w:before="0" w:after="20"/>
        <w:jc w:val="both"/>
      </w:pPr>
      <w:r>
        <w:rPr>
          <w:rtl/>
        </w:rPr>
        <w:t>1. קוראים את כל הטקסט.</w:t>
      </w:r>
    </w:p>
    <w:p>
      <w:pPr>
        <w:bidi/>
        <w:spacing w:before="0" w:after="20"/>
        <w:jc w:val="both"/>
      </w:pPr>
      <w:r>
        <w:rPr>
          <w:rtl/>
        </w:rPr>
        <w:t>2. מוצאים את הנושא.</w:t>
      </w:r>
    </w:p>
    <w:p>
      <w:pPr>
        <w:bidi/>
        <w:spacing w:before="0" w:after="20"/>
        <w:jc w:val="both"/>
      </w:pPr>
      <w:r>
        <w:rPr>
          <w:rtl/>
        </w:rPr>
        <w:t>3. בכל פסקה מסמנים את הרעיון המרכזי.</w:t>
      </w:r>
    </w:p>
    <w:p>
      <w:pPr>
        <w:bidi/>
        <w:spacing w:before="0" w:after="20"/>
        <w:jc w:val="both"/>
      </w:pPr>
      <w:r>
        <w:rPr>
          <w:rtl/>
        </w:rPr>
        <w:t>4. משמיטים דוגמאות, חזרות ופרטים קטנים.</w:t>
      </w:r>
    </w:p>
    <w:p>
      <w:pPr>
        <w:bidi/>
        <w:spacing w:before="0" w:after="20"/>
        <w:jc w:val="both"/>
      </w:pPr>
      <w:r>
        <w:rPr>
          <w:rtl/>
        </w:rPr>
        <w:t>5. כותבים במילים שלנו ומחברים במילות קישור.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הכללה</w:t>
      </w:r>
    </w:p>
    <w:p>
      <w:pPr>
        <w:bidi/>
        <w:spacing w:before="0" w:after="40"/>
        <w:jc w:val="both"/>
      </w:pPr>
      <w:r>
        <w:rPr>
          <w:rtl/>
        </w:rPr>
        <w:t>במקום רשימה של פרטים כותבים מילה שכוללת את כולם.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פרטים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כוללת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תפוחים, בננות ואגסים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פטיש, מברג ומסור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כלי עבודה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סיכום טוב</w:t>
      </w:r>
    </w:p>
    <w:p>
      <w:pPr>
        <w:bidi/>
        <w:spacing w:before="0" w:after="20"/>
        <w:jc w:val="both"/>
      </w:pPr>
      <w:r>
        <w:rPr>
          <w:rtl/>
        </w:rPr>
        <w:t>1. קצר בהרבה מהמקור.</w:t>
      </w:r>
    </w:p>
    <w:p>
      <w:pPr>
        <w:bidi/>
        <w:spacing w:before="0" w:after="20"/>
        <w:jc w:val="both"/>
      </w:pPr>
      <w:r>
        <w:rPr>
          <w:rtl/>
        </w:rPr>
        <w:t>2. לא מעתיק משפטים שלמים.</w:t>
      </w:r>
    </w:p>
    <w:p>
      <w:pPr>
        <w:bidi/>
        <w:spacing w:before="0" w:after="20"/>
        <w:jc w:val="both"/>
      </w:pPr>
      <w:r>
        <w:rPr>
          <w:rtl/>
        </w:rPr>
        <w:t>3. לא מוסיף דעה אישית.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סיכום טוב קצר בהרבה מן המקור, לא מעתיק משפטים שלמים, ואינו מוסיף דעה אישית.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«חתול, כלב ואוגר» בהכללה: ___.</w:t>
      </w:r>
    </w:p>
    <w:p>
      <w:pPr>
        <w:bidi/>
        <w:spacing w:before="0" w:after="20"/>
        <w:jc w:val="both"/>
      </w:pPr>
      <w:r>
        <w:rPr>
          <w:rtl/>
        </w:rPr>
        <w:t>1. שואלים: מה משותף לכולם? בעלי חיים שמגדלים בבית.</w:t>
      </w:r>
    </w:p>
    <w:p>
      <w:pPr>
        <w:bidi/>
        <w:spacing w:before="0" w:after="20"/>
        <w:jc w:val="both"/>
      </w:pPr>
      <w:r>
        <w:rPr>
          <w:rtl/>
        </w:rPr>
        <w:t>2. כותבים מילה כוללת: חיות מחמד.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חיות מחמד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את המשפט. כשיש סוגריים, בחרו אחת מהאפשרויות:</w:t>
      </w:r>
    </w:p>
    <w:p>
      <w:pPr>
        <w:bidi/>
        <w:spacing w:before="0" w:after="60"/>
        <w:jc w:val="both"/>
      </w:pPr>
      <w:r>
        <w:rPr>
          <w:rtl/>
        </w:rPr>
        <w:t>א. «עט, עיפרון ומחק» בהכללה: __________.</w:t>
      </w:r>
    </w:p>
    <w:p>
      <w:pPr>
        <w:bidi/>
        <w:spacing w:before="0" w:after="60"/>
        <w:jc w:val="both"/>
      </w:pPr>
      <w:r>
        <w:rPr>
          <w:rtl/>
        </w:rPr>
        <w:t>ב. «גשם, רוח וברד» בהכללה: __________.</w:t>
      </w:r>
    </w:p>
    <w:p>
      <w:pPr>
        <w:bidi/>
        <w:spacing w:before="0" w:after="60"/>
        <w:jc w:val="both"/>
      </w:pPr>
      <w:r>
        <w:rPr>
          <w:rtl/>
        </w:rPr>
        <w:t>ג. בסיכום __________ דוגמאות ופרטים קטנים. (מוסיפים / משמיטים)</w:t>
      </w:r>
    </w:p>
    <w:p>
      <w:pPr>
        <w:bidi/>
        <w:spacing w:before="0" w:after="60"/>
        <w:jc w:val="both"/>
      </w:pPr>
      <w:r>
        <w:rPr>
          <w:rtl/>
        </w:rPr>
        <w:t>ד. סיכום נכתב במילים __________. (שלנו / של הכותב)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ציוד כתיבה · ב. מזג אוויר · ג. משמיטים · ד. שלנו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