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סיכום טקסט מידעי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המלח של ים המלח*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ים המלח הוא אחד האגמים המלוחים ביותר בעולם, והמקום הנמוך ביותר על פני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היבשה. מימיו מלוחים פי כמה וכמה ממי הים התיכון.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בגלל המליחות הגבוהה אין בו דגים או צמחים, ולכן בשפות רבות קוראים לו «הים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המת». אנשים שנכנסים למים צפים בקלות, אפילו בלי לשחות.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בשנים האחרונות מפלס המים יורד במהירות. הסיבות לכך הן שימוש רב במי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הירדן, שזרמו בעבר אל האגם, וכן הפקת מינרלים מהמים. בעקבות הירידה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נפתחים בחוף בולענים – בורות שנוצרים פתאום באדמה.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רועי סויסה, 2023.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את הרעיון המרכזי של כל פסקה במשפט קצר.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פסקה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רעיון מרכזי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סיכום של הטקסט ב־3–4 משפטים, במילים שלכם.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הדולפין – יונק חכם בים*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הדולפין חי בים, אבל הוא אינו דג אלא יונק. כמו כל היונקים, הוא נושם אוויר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בריאות, ולכן עליו לעלות אל פני המים כמה פעמים בשעה. הנקבה מניקה את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הגור שלה בחלב, והגור נשאר לידה זמן רב, לפעמים יותר משנה.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דולפינים חיים בקבוצות. הם צדים יחד, שומרים זה על זה ואפילו משחקים יחד.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כדי לתקשר הם משמיעים צפצופים, שריקות ונקישות. לכל דולפין יש שריקה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מיוחדת משלו, מעין שם פרטי, שבעזרתה חבריו מזהים אותו.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7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לדולפינים יש גם «סונאר» טבעי: הם משמיעים צלילים ומקשיבים להד שחוזר מן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הדגים ומן הסלעים. כך הם מוצאים מזון ומתמצאים גם במים עכורים, כשקשה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לראות.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10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כיום דולפינים רבים נפגעים מרשתות דיג, מזיהום הים ומפסולת פלסטיק. ארגונים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לשמירת הטבע פועלים כדי להגן עליהם, למשל בהגבלת הדיג באזורים שבהם הם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חיים.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שירה אלמוג, 2017. מתוך: אתר «מדע בגובה העיניים».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הכללה: כתבו מילה כוללת לכל רשימה. השורה האחרונה לקוחה מן הטקסט.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רשימה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כוללת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תפוחים, אגסים, ענבים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פטיש, מברג, מסור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גשם, רוח, שלג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רשתות דיג, זיהום הים, פסולת פלסטיק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הפרטים: מה ייכנס לסיכום ומה אפשר להשמיט?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הדולפין הוא יונק ולא דג  |  הגור נשאר ליד אמו לפעמים יותר משנה  |  דולפינים חיים בקבוצות ומתקשרים בקולות  |  הם משמיעים צפצופים, שריקות ונקישות  |  הם מתמצאים בעזרת הד  |  דולפינים רבים בסכנה בגלל בני האדם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נכנס לסיכום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אפשר להשמיט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ענו לפי הטקסט.</w:t>
      </w:r>
    </w:p>
    <w:p>
      <w:pPr>
        <w:bidi/>
        <w:spacing w:before="0" w:after="20"/>
        <w:jc w:val="both"/>
      </w:pPr>
      <w:r>
        <w:rPr>
          <w:rtl/>
        </w:rPr>
        <w:t>א. איזה משפט מתאים לפתוח את הסיכום?</w:t>
      </w:r>
    </w:p>
    <w:p>
      <w:pPr>
        <w:bidi/>
        <w:spacing w:before="0" w:after="80"/>
        <w:jc w:val="both"/>
      </w:pPr>
      <w:r>
        <w:rPr>
          <w:rtl/>
        </w:rPr>
        <w:t xml:space="preserve">   ○ דולפינים שורקים      ○ הטקסט עוסק בדולפין – יונק ימי חברותי שמתמצא בעזרת הד ונמצא בסכנה      ○ הגור נשאר ליד אמו      ○ יש ארגונים לשמירת הטבע</w:t>
      </w:r>
    </w:p>
    <w:p>
      <w:pPr>
        <w:bidi/>
        <w:spacing w:before="0" w:after="20"/>
        <w:jc w:val="both"/>
      </w:pPr>
      <w:r>
        <w:rPr>
          <w:rtl/>
        </w:rPr>
        <w:t>ב. מה פירוש «מים עכורים» בפסקה 3?</w:t>
      </w:r>
    </w:p>
    <w:p>
      <w:pPr>
        <w:bidi/>
        <w:spacing w:before="0" w:after="80"/>
        <w:jc w:val="both"/>
      </w:pPr>
      <w:r>
        <w:rPr>
          <w:rtl/>
        </w:rPr>
        <w:t xml:space="preserve">   ○ מים חמים      ○ מים לא צלולים, שקשה לראות בהם      ○ מים עמוקים מאוד      ○ מים מתוקים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סיכום של הטקסט ב־3 משפטים, במילים שלכם. השתמשו במילה כוללת אחת לפחות ובמילת קישור אחת לפחות.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רשימה את המילה הכוללת (הכללה).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מיטה, ספה, ארון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חיות טרף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אריה, נמר, זאב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חודשי החורף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חולצה, מכנסיים, מעיל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אנשי רפואה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אוטובוס, רכבת, מונית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בגדים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רופא, אחות, רוקח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כלי תחבורה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דצמבר, ינואר, פברואר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רהיטים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מיינו: מה עושים כשמסכמים ומה לא עושים?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כותבים במילים שלנו  |  מעתיקים משפטים שלמים  |  משמיטים דוגמאות  |  מוסיפים דעה אישית  |  מחפשים רעיון מרכזי בכל פסקה  |  מוסיפים פרטים שלא היו בטקסט  |  משתמשים במילה כוללת  |  מעתיקים את כל המספרים והתאריכים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עושים בסיכום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עושים בסיכום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הגמל – «ספינת המדבר»*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הגמל חי באזורים מדבריים, ויש לו תכונות שעוזרות לו לשרוד בחום וביובש.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בדבשת שעל גבו הוא אוגר שומן, ולא מים כפי שרבים חושבים. כשאין לו מזון, גופו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משתמש בשומן הזה.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הגמל יכול ללכת ימים רבים בלי לשתות. כשהוא מוצא מים, הוא שותה כמות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גדולה מאוד בבת אחת. ריסים ארוכים מגנים על עיניו מפני החול, והוא יכול לסגור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את נחיריו בזמן סופה.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7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בזכות התכונות האלה השתמשו אנשי המדבר בגמלים במשך אלפי שנים כדי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להוביל סחורות ואנשים. לכן כינו אותו «ספינת המדבר».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ליאת אדלר, 2019.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תלמיד כתב משפטים לסיכום של «הגמל». האם כל משפט מתאים לסיכום? כתבו «נכון» אם הוא מתאים ו«לא נכון» אם לא, והסבירו.</w:t>
      </w:r>
    </w:p>
    <w:p>
      <w:pPr>
        <w:bidi/>
        <w:spacing w:before="0" w:after="60"/>
        <w:jc w:val="both"/>
      </w:pPr>
      <w:r>
        <w:rPr>
          <w:rtl/>
        </w:rPr>
        <w:t>א. הגמל מותאם לחיים במדבר החם והיבש.      נכון / לא נכון</w:t>
      </w:r>
    </w:p>
    <w:p>
      <w:pPr>
        <w:bidi/>
        <w:spacing w:before="0" w:after="60"/>
        <w:jc w:val="both"/>
      </w:pPr>
      <w:r>
        <w:rPr>
          <w:rtl/>
        </w:rPr>
        <w:t>ב. בדבשת של הגמל יש מים.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לדעתי הגמל הוא החיה הכי יפה במדבר.      נכון / לא נכון</w:t>
      </w:r>
    </w:p>
    <w:p>
      <w:pPr>
        <w:bidi/>
        <w:spacing w:before="0" w:after="60"/>
        <w:jc w:val="both"/>
      </w:pPr>
      <w:r>
        <w:rPr>
          <w:rtl/>
        </w:rPr>
        <w:t>ד. הגמל מוגן מן החול בעזרת ריסים ארוכים ונחיריים שנסגרים.      נכון / לא נכון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סיכום טקסט מידעי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את הרעיון המרכזי של כל פסקה במשפט קצר.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פסקה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רעיון מרכזי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ים המלח מלוח מאוד והוא המקום הנמוך ביותר ביבשה.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בגלל המליחות אין בו חיים, ואנשים צפים בו.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המפלס יורד בגלל שימוש במים והפקת מינרלים, ונוצרים בולענים.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כתבו סיכום של הטקסט ב־3–4 משפטים, במילים שלכם.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ים המלח הוא אגם מלוח מאוד ונמוך מאוד. בגלל המליחות אין בו חיים ואפשר לצוף בו. היום המפלס שלו יורד בגלל שימוש במים והפקת מינרלים, ולכן נפתחים בחוף בולענים.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הכללה: כתבו מילה כוללת לכל רשימה. השורה האחרונה לקוחה מן הטקסט.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רשימה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כוללת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תפוחים, אגסים, ענבים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פירות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פטיש, מברג, מסור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כלי עבודה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גשם, רוח, שלג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מזג אוויר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רשתות דיג, זיהום הים, פסולת פלסטיק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סכנות לדולפינים / פגיעות של בני האדם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הפרטים: מה ייכנס לסיכום ומה אפשר להשמיט?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נכנס לסיכום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אפשר להשמיט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הדולפין הוא יונק ולא דג, דולפינים חיים בקבוצות ומתקשרים בקולות, הם מתמצאים בעזרת הד, דולפינים רבים בסכנה בגלל בני האדם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הגור נשאר ליד אמו לפעמים יותר משנה, הם משמיעים צפצופים, שריקות ונקישות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ענו לפי הטקסט.</w:t>
      </w:r>
    </w:p>
    <w:p>
      <w:pPr>
        <w:bidi/>
        <w:spacing w:before="0" w:after="20"/>
        <w:jc w:val="both"/>
      </w:pPr>
      <w:r>
        <w:rPr>
          <w:rtl/>
        </w:rPr>
        <w:t>א. איזה משפט מתאים לפתוח את הסיכום?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הטקסט עוסק בדולפין – יונק ימי חברותי שמתמצא בעזרת הד ונמצא בסכנה</w:t>
      </w:r>
    </w:p>
    <w:p>
      <w:pPr>
        <w:bidi/>
        <w:spacing w:before="0" w:after="20"/>
        <w:jc w:val="both"/>
      </w:pPr>
      <w:r>
        <w:rPr>
          <w:rtl/>
        </w:rPr>
        <w:t>ב. מה פירוש «מים עכורים» בפסקה 3?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מים לא צלולים, שקשה לראות בהם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סיכום של הטקסט ב־3 משפטים, במילים שלכם. השתמשו במילה כוללת אחת לפחות ובמילת קישור אחת לפחות.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הדולפין הוא יונק ימי שנושם אוויר ומניק את גוריו. דולפינים חיים בקבוצות, מתקשרים בקולות ומתמצאים בעזרת הד. אולם כיום הם בסכנה בגלל פגיעות של בני האדם, ולכן פועלים להגן עליהם.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רשימה את המילה הכוללת (הכללה).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מיטה, ספה, ארון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חיות טרף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אריה, נמר, זאב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חודשי החורף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חולצה, מכנסיים, מעיל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אנשי רפואה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אוטובוס, רכבת, מונית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בגדים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רופא, אחות, רוקח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כלי תחבורה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דצמבר, ינואר, פברואר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רהיטים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מיינו: מה עושים כשמסכמים ומה לא עושים?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עושים בסיכום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לא עושים בסיכום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כותבים במילים שלנו, משמיטים דוגמאות, מחפשים רעיון מרכזי בכל פסקה, משתמשים במילה כוללת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מעתיקים משפטים שלמים, מוסיפים דעה אישית, מוסיפים פרטים שלא היו בטקסט, מעתיקים את כל המספרים והתאריכים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תלמיד כתב משפטים לסיכום של «הגמל». האם כל משפט מתאים לסיכום? כתבו «נכון» אם הוא מתאים ו«לא נכון» אם לא, והסבירו.</w:t>
      </w:r>
    </w:p>
    <w:p>
      <w:pPr>
        <w:bidi/>
        <w:spacing w:before="0" w:after="40"/>
        <w:jc w:val="both"/>
      </w:pPr>
      <w:r>
        <w:rPr>
          <w:rtl/>
        </w:rPr>
        <w:t>א. הגמל מותאם לחיים במדבר החם והיבש. – נכון</w:t>
      </w:r>
    </w:p>
    <w:p>
      <w:pPr>
        <w:bidi/>
        <w:spacing w:before="0" w:after="40"/>
        <w:jc w:val="both"/>
      </w:pPr>
      <w:r>
        <w:rPr>
          <w:rtl/>
        </w:rPr>
        <w:t>ב. בדבשת של הגמל יש מים. – לא נכון – טעות: לפי הטקסט הדבשת אוגרת שומן</w:t>
      </w:r>
    </w:p>
    <w:p>
      <w:pPr>
        <w:bidi/>
        <w:spacing w:before="0" w:after="40"/>
        <w:jc w:val="both"/>
      </w:pPr>
      <w:r>
        <w:rPr>
          <w:rtl/>
        </w:rPr>
        <w:t>ג. לדעתי הגמל הוא החיה הכי יפה במדבר. – לא נכון – זו דעה אישית; אין לה מקום בסיכום</w:t>
      </w:r>
    </w:p>
    <w:p>
      <w:pPr>
        <w:bidi/>
        <w:spacing w:before="0" w:after="40"/>
        <w:jc w:val="both"/>
      </w:pPr>
      <w:r>
        <w:rPr>
          <w:rtl/>
        </w:rPr>
        <w:t>ד. הגמל מוגן מן החול בעזרת ריסים ארוכים ונחיריים שנסגרים. – נכון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