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ז'   |   מבחן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מבחן מסכם בלשון – כיתה ז' · רמה בסיסית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קראו את הטקסט בעיון וענו על כל השאלות.</w:t>
      </w:r>
    </w:p>
    <w:p>
      <w:pPr>
        <w:bidi/>
        <w:spacing w:before="200" w:after="80"/>
        <w:jc w:val="both"/>
      </w:pPr>
      <w:r>
        <w:rPr>
          <w:rFonts w:ascii="David" w:hAnsi="David" w:cs="David"/>
          <w:b/>
          <w:bCs/>
          <w:color w:val="9F1239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ב: ידע לשוני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ג: 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א: הבנת הנקרא (40 נק')</w:t>
      </w:r>
    </w:p>
    <w:p>
      <w:pPr>
        <w:bidi/>
        <w:spacing w:before="120" w:after="40"/>
        <w:jc w:val="center"/>
      </w:pPr>
      <w:r>
        <w:rPr>
          <w:rFonts w:ascii="David" w:hAnsi="David" w:cs="David"/>
          <w:b/>
          <w:bCs/>
          <w:color w:val="9F1239"/>
          <w:sz w:val="30"/>
          <w:szCs w:val="30"/>
          <w:rtl/>
        </w:rPr>
        <w:t>גינה על הגג*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בשנים האחרונות אפשר לראות על גגות של בתי ספר רבים משהו מפתיע: ערוגות של ירקות,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עציצים של תבלינים ואפילו עצי פרי קטנים. בחלק מהמקומות מגדלים שם גם צמחי תבלין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שמגיעים אחר כך למטבח של בית הספר. הגגות האלה, שבעבר עמדו ריקים ומאובקים, הפכו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לגינות לימודיות. מה הוביל לשינוי הזה, והאם הוא באמת משתלם?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5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הרעיון נולד מתוך בעיה פשוטה: בבתי ספר רבים בעיר אין מספיק שטח פתוח. החצר משמשת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להפסקות ולשיעורי ספורט, ולא נשאר בה מקום לגינה. גם בשכונה עצמה, הצפופה בבניינים, אין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לרוב גינה ציבורית קרובה, ותלמידים רבים כמעט אינם פוגשים צמחים מקרוב. הגג, לעומת זאת,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הוא שטח גדול שאיש אינו משתמש בו. לכן החליטו כמה בתי ספר לנצל אותו ולהפוך אותו לכיתה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פתוחה.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10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לגינה על הגג יש כמה יתרונות. ראשית, היא מאפשרת לתלמידים ללמוד מתוך עשייה. בשיעור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מדעים הם בודקים איך צמחים גדלים, ובשיעור חשבון הם מודדים את הערוגות ומחשבים כמה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זרעים צריך. שנית, הצמחים מגינים על הגג מפני קרני השמש, ולכן הכיתות שמתחתיו מתחממות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פחות בקיץ. נוסף על כך, הגינה מושכת ציפורים ופרפרים, וכך נוצרת פינת טבע קטנה בלב העיר.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יש תלמידים שמספרים שהגינה עזרה להם גם להכיר חברים מכיתות אחרות, כי העבודה בה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נעשית בקבוצות מעורבות.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16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עם זאת, לא הכול פשוט. אדמה רטובה ועציצים גדולים כבדים מאוד, ולכן לפני שמקימים גינה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צריך לבדוק שהגג יכול לשאת את המשקל. יש גם להתקין גדר גבוהה, כדי שאיש לא ייפגע. בעיה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נוספת היא ההשקיה בחופשת הקיץ: כשהתלמידים בבית, מישהו צריך לדאוג שהצמחים לא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יתייבשו. גם העלות אינה קטנה: אדמה, עציצים, צינורות וזרעים עולים כסף, ובתי ספר רבים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נאלצים לבקש תרומות.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בבית ספר אחד בצפון הארץ מצאו פתרון יצירתי. התלמידים התקינו מערכת השקיה בטפטוף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שפועלת לפי שעון, ובחופשה מתנדבים הורים ותושבי השכונה לבדוק שהכול תקין. בכל שבוע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אחראית על הגינה כיתה אחרת, והתלמידים רושמים ביומן משותף מה נשתל, מה נקטף ומה צריך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לתקן. בתמורה הם מקבלים חלק מהירקות. כך הפכה הגינה לפרויקט של השכונה כולה, ותושבים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שלא הכירו זה את זה נפגשים בה בימי שישי.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26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לדעתי, גינה על הגג היא השקעה שכדאי לעשות. נכון שהיא דורשת תכנון ועבודה, אבל היא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מלמדת את התלמידים אחריות, סבלנות ושיתוף פעולה – דברים שקשה ללמוד מתוך ספר.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תלמיד שגידל עגבנייה מזרע קטן ועד פרי אדום יודע כמה זמן ומאמץ נדרשים לכך, ומעריך יותר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את האוכל שבצלחת שלו. אם ייבנו גינות כאלה בבתי ספר נוספים, אולי גם העיר כולה תהיה קצת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ירוקה יותר.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תמר דגן, 2020. מתוך: «עלים» – ירחון לנוער.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איתור מידע: בחרו את התשובה הנכונה לפי הטקסט. (8 נק')</w:t>
      </w:r>
    </w:p>
    <w:p>
      <w:pPr>
        <w:bidi/>
        <w:spacing w:before="0" w:after="20"/>
        <w:jc w:val="both"/>
      </w:pPr>
      <w:r>
        <w:rPr>
          <w:rtl/>
        </w:rPr>
        <w:t>א. לפי מה שכתוב בשורות 5–9, מדוע החליטו בתי ספר להקים גינה דווקא על הגג?</w:t>
      </w:r>
    </w:p>
    <w:p>
      <w:pPr>
        <w:bidi/>
        <w:spacing w:before="0" w:after="80"/>
        <w:jc w:val="both"/>
      </w:pPr>
      <w:r>
        <w:rPr>
          <w:rtl/>
        </w:rPr>
        <w:t xml:space="preserve">   ○ כי הגג נקי יותר מהחצר      ○ כי בחצר אין מקום פנוי לגינה      ○ כי התלמידים ביקשו לעבוד בגובה      ○ כי הגג קרוב לחדר המורים</w:t>
      </w:r>
    </w:p>
    <w:p>
      <w:pPr>
        <w:bidi/>
        <w:spacing w:before="0" w:after="20"/>
        <w:jc w:val="both"/>
      </w:pPr>
      <w:r>
        <w:rPr>
          <w:rtl/>
        </w:rPr>
        <w:t>ב. לפי מה שכתוב בשורות 10–15, מה עושים התלמידים בגינה בשיעור חשבון?</w:t>
      </w:r>
    </w:p>
    <w:p>
      <w:pPr>
        <w:bidi/>
        <w:spacing w:before="0" w:after="80"/>
        <w:jc w:val="both"/>
      </w:pPr>
      <w:r>
        <w:rPr>
          <w:rtl/>
        </w:rPr>
        <w:t xml:space="preserve">   ○ בודקים איך צמחים גדלים      ○ קוטפים ירקות למטבח      ○ מודדים ערוגות ומחשבים כמה זרעים צריך      ○ כותבים יומן</w:t>
      </w:r>
    </w:p>
    <w:p>
      <w:pPr>
        <w:bidi/>
        <w:spacing w:before="0" w:after="20"/>
        <w:jc w:val="both"/>
      </w:pPr>
      <w:r>
        <w:rPr>
          <w:rtl/>
        </w:rPr>
        <w:t>ג. לפי מה שכתוב בשורות 16–20, מה צריך לבדוק לפני שמקימים גינה על גג?</w:t>
      </w:r>
    </w:p>
    <w:p>
      <w:pPr>
        <w:bidi/>
        <w:spacing w:before="0" w:after="80"/>
        <w:jc w:val="both"/>
      </w:pPr>
      <w:r>
        <w:rPr>
          <w:rtl/>
        </w:rPr>
        <w:t xml:space="preserve">   ○ שהגג יכול לשאת את המשקל      ○ שיש בשכונה גינה ציבורית      ○ שהגג פונה צפונה      ○ שיש מספיק ציפורים</w:t>
      </w:r>
    </w:p>
    <w:p>
      <w:pPr>
        <w:bidi/>
        <w:spacing w:before="0" w:after="20"/>
        <w:jc w:val="both"/>
      </w:pPr>
      <w:r>
        <w:rPr>
          <w:rtl/>
        </w:rPr>
        <w:t>ד. לפי מה שכתוב בשורות 21–25, מי בודק את הגינה בחופשת הקיץ בבית הספר שבצפון?</w:t>
      </w:r>
    </w:p>
    <w:p>
      <w:pPr>
        <w:bidi/>
        <w:spacing w:before="0" w:after="80"/>
        <w:jc w:val="both"/>
      </w:pPr>
      <w:r>
        <w:rPr>
          <w:rtl/>
        </w:rPr>
        <w:t xml:space="preserve">   ○ עובדי העירייה      ○ המורים למדעים      ○ איש אינו בודק      ○ הורים ותושבי השכונה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פרשנות: בשורות 10–15 נאמר שהגינה מאפשרת «ללמוד מתוך עשייה». הסבירו במילים שלכם מה פירוש הביטוי, והביאו שתי דוגמאות מן הטקסט.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 לפי הטקסט? תקנו את המשפטים הלא נכונים. (4 נק')</w:t>
      </w:r>
    </w:p>
    <w:p>
      <w:pPr>
        <w:bidi/>
        <w:spacing w:before="0" w:after="60"/>
        <w:jc w:val="both"/>
      </w:pPr>
      <w:r>
        <w:rPr>
          <w:rtl/>
        </w:rPr>
        <w:t>א. הצמחים על הגג עוזרים לכיתות שמתחתיו להישאר קרירות יותר בקיץ.      נכון / לא נכון</w:t>
      </w:r>
    </w:p>
    <w:p>
      <w:pPr>
        <w:bidi/>
        <w:spacing w:before="0" w:after="60"/>
        <w:jc w:val="both"/>
      </w:pPr>
      <w:r>
        <w:rPr>
          <w:rtl/>
        </w:rPr>
        <w:t>ב. הקמת גינה על הגג אינה עולה כסף.      נכון / לא נכון</w:t>
      </w:r>
    </w:p>
    <w:p>
      <w:pPr>
        <w:bidi/>
        <w:spacing w:before="0" w:after="60"/>
        <w:jc w:val="both"/>
      </w:pPr>
      <w:r>
        <w:rPr>
          <w:rtl/>
        </w:rPr>
        <w:t>ג. בבית הספר שבצפון (בשורות 21–25) התקינו מערכת השקיה שפועלת לפי שעון.      נכון / לא נכון</w:t>
      </w:r>
    </w:p>
    <w:p>
      <w:pPr>
        <w:bidi/>
        <w:spacing w:before="0" w:after="60"/>
        <w:jc w:val="both"/>
      </w:pPr>
      <w:r>
        <w:rPr>
          <w:rtl/>
        </w:rPr>
        <w:t>ד. הכותב מתנגד להקמת גינות על גגות.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אוצר מילים בהקשר: מה פירוש המילה לפי הטקסט? (4 נק')</w:t>
      </w:r>
    </w:p>
    <w:p>
      <w:pPr>
        <w:bidi/>
        <w:spacing w:before="0" w:after="20"/>
        <w:jc w:val="both"/>
      </w:pPr>
      <w:r>
        <w:rPr>
          <w:rtl/>
        </w:rPr>
        <w:t>א. «הגגות... עמדו ריקים ומאובקים» (בשורות 1–4) – «מאובקים» פירושו:</w:t>
      </w:r>
    </w:p>
    <w:p>
      <w:pPr>
        <w:bidi/>
        <w:spacing w:before="0" w:after="80"/>
        <w:jc w:val="both"/>
      </w:pPr>
      <w:r>
        <w:rPr>
          <w:rtl/>
        </w:rPr>
        <w:t xml:space="preserve">   ○ שבורים      ○ מכוסים באבק      ○ גבוהים      ○ נעולים</w:t>
      </w:r>
    </w:p>
    <w:p>
      <w:pPr>
        <w:bidi/>
        <w:spacing w:before="0" w:after="20"/>
        <w:jc w:val="both"/>
      </w:pPr>
      <w:r>
        <w:rPr>
          <w:rtl/>
        </w:rPr>
        <w:t>ב. «בתמורה הם מקבלים חלק מהירקות» (בשורות 21–25) – «בתמורה» פירושו:</w:t>
      </w:r>
    </w:p>
    <w:p>
      <w:pPr>
        <w:bidi/>
        <w:spacing w:before="0" w:after="80"/>
        <w:jc w:val="both"/>
      </w:pPr>
      <w:r>
        <w:rPr>
          <w:rtl/>
        </w:rPr>
        <w:t xml:space="preserve">   ○ כתשלום על העזרה שלהם      ○ בהפתעה      ○ בלי רשות      ○ בסוף השנה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מבנה הטקסט: התאימו לכל קטע בטקסט (לפי מספרי השורות) את הנושא שלו.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בשורות 5–9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עמדת הכותב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בשורות 10–15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דוגמה לפתרון מוצלח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בשורות 16–20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היתרונות של הגינה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בשורות 21–25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הקשיים שצריך לפתור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בשורות 26–30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איך נולד הרעיון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עובדה, דעה או השערה? כתבו ליד כל משפט מן הטקסט.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 מן הטקסט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עובדה / דעה / השערה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בבתי ספר רבים בעיר אין מספיק שטח פתוח.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גינה על הגג היא השקעה שכדאי לעשות.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אם ייבנו גינות כאלה בבתי ספר נוספים, אולי גם העיר כולה תהיה ירוקה יותר.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הערכה: הכותב טוען שהגינה מלמדת דברים «שקשה ללמוד מתוך ספר» (בשורות 26–30). האם אתם מסכימים? נמקו את דעתכם בעזרת הטקסט ובעזרת דוגמה מניסיונכם.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ב: ידע לשוני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את השורש ואת המוספיות של כל מילה מן הטקסט.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מוספיות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מתנדבים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תלמידים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מערכת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את הפועל שבסוגריים (כתוב בעבר, גוף «הוא») בגוף ובזמן המתאימים. (8 נק')</w:t>
      </w:r>
    </w:p>
    <w:p>
      <w:pPr>
        <w:bidi/>
        <w:spacing w:before="0" w:after="60"/>
        <w:jc w:val="both"/>
      </w:pPr>
      <w:r>
        <w:rPr>
          <w:rtl/>
        </w:rPr>
        <w:t>א. בשנה הבאה גם אנחנו __________ (שתל) ירקות על הגג.</w:t>
      </w:r>
    </w:p>
    <w:p>
      <w:pPr>
        <w:bidi/>
        <w:spacing w:before="0" w:after="60"/>
        <w:jc w:val="both"/>
      </w:pPr>
      <w:r>
        <w:rPr>
          <w:rtl/>
        </w:rPr>
        <w:t>ב. אתמול התלמידים __________ (התקין) מערכת השקיה.</w:t>
      </w:r>
    </w:p>
    <w:p>
      <w:pPr>
        <w:bidi/>
        <w:spacing w:before="0" w:after="60"/>
        <w:jc w:val="both"/>
      </w:pPr>
      <w:r>
        <w:rPr>
          <w:rtl/>
        </w:rPr>
        <w:t>ג. עכשיו המורה __________ (הסביר) איך מודדים ערוגה.</w:t>
      </w:r>
    </w:p>
    <w:p>
      <w:pPr>
        <w:bidi/>
        <w:spacing w:before="0" w:after="60"/>
        <w:jc w:val="both"/>
      </w:pPr>
      <w:r>
        <w:rPr>
          <w:rtl/>
        </w:rPr>
        <w:t>ד. __________ (סגר) את השער אחריכם! (פנייה לאתם)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כל צירוף סמיכות ביידוע וברבים.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צירוף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ביידוע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ברבים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ערוגת ירקות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מערכת השקיה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פינת טבע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מהו חלק הדיבור של המילה? (4 נק')</w:t>
      </w:r>
    </w:p>
    <w:p>
      <w:pPr>
        <w:bidi/>
        <w:spacing w:before="0" w:after="20"/>
        <w:jc w:val="both"/>
      </w:pPr>
      <w:r>
        <w:rPr>
          <w:rtl/>
        </w:rPr>
        <w:t>א. «סבלנות» היא:</w:t>
      </w:r>
    </w:p>
    <w:p>
      <w:pPr>
        <w:bidi/>
        <w:spacing w:before="0" w:after="80"/>
        <w:jc w:val="both"/>
      </w:pPr>
      <w:r>
        <w:rPr>
          <w:rtl/>
        </w:rPr>
        <w:t xml:space="preserve">   ○ שם עצם מוחשי      ○ שם עצם מופשט      ○ שם פעולה</w:t>
      </w:r>
    </w:p>
    <w:p>
      <w:pPr>
        <w:bidi/>
        <w:spacing w:before="0" w:after="20"/>
        <w:jc w:val="both"/>
      </w:pPr>
      <w:r>
        <w:rPr>
          <w:rtl/>
        </w:rPr>
        <w:t>ב. «ההשקיה» היא:</w:t>
      </w:r>
    </w:p>
    <w:p>
      <w:pPr>
        <w:bidi/>
        <w:spacing w:before="0" w:after="80"/>
        <w:jc w:val="both"/>
      </w:pPr>
      <w:r>
        <w:rPr>
          <w:rtl/>
        </w:rPr>
        <w:t xml:space="preserve">   ○ שם עצם מוחשי      ○ שם עצם מופשט      ○ שם פעולה</w:t>
      </w:r>
    </w:p>
    <w:p>
      <w:pPr>
        <w:bidi/>
        <w:spacing w:before="0" w:after="20"/>
        <w:jc w:val="both"/>
      </w:pPr>
      <w:r>
        <w:rPr>
          <w:rtl/>
        </w:rPr>
        <w:t>ג. «גדר» היא:</w:t>
      </w:r>
    </w:p>
    <w:p>
      <w:pPr>
        <w:bidi/>
        <w:spacing w:before="0" w:after="80"/>
        <w:jc w:val="both"/>
      </w:pPr>
      <w:r>
        <w:rPr>
          <w:rtl/>
        </w:rPr>
        <w:t xml:space="preserve">   ○ שם עצם מוחשי      ○ שם עצם מופשט      ○ שם פעולה</w:t>
      </w:r>
    </w:p>
    <w:p>
      <w:pPr>
        <w:bidi/>
        <w:spacing w:before="0" w:after="20"/>
        <w:jc w:val="both"/>
      </w:pPr>
      <w:r>
        <w:rPr>
          <w:rtl/>
        </w:rPr>
        <w:t>ד. «ירוקה» (העיר תהיה ירוקה) היא:</w:t>
      </w:r>
    </w:p>
    <w:p>
      <w:pPr>
        <w:bidi/>
        <w:spacing w:before="0" w:after="80"/>
        <w:jc w:val="both"/>
      </w:pPr>
      <w:r>
        <w:rPr>
          <w:rtl/>
        </w:rPr>
        <w:t xml:space="preserve">   ○ פועל      ○ שם תואר      ○ תואר הפועל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מילת קישור מתאימה מן המחסן. (6 נק')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מחסן מילים: אף על פי  |  ולכן  |  אם  |  ואילו</w:t>
      </w:r>
    </w:p>
    <w:p>
      <w:pPr>
        <w:bidi/>
        <w:spacing w:before="0" w:after="60"/>
        <w:jc w:val="both"/>
      </w:pPr>
      <w:r>
        <w:rPr>
          <w:rtl/>
        </w:rPr>
        <w:t>א. __________ שהגינה דורשת עבודה, כדאי להקים אותה.</w:t>
      </w:r>
    </w:p>
    <w:p>
      <w:pPr>
        <w:bidi/>
        <w:spacing w:before="0" w:after="60"/>
        <w:jc w:val="both"/>
      </w:pPr>
      <w:r>
        <w:rPr>
          <w:rtl/>
        </w:rPr>
        <w:t>ב. הצמחים מגינים על הגג, __________ הכיתות מתחממות פחות.</w:t>
      </w:r>
    </w:p>
    <w:p>
      <w:pPr>
        <w:bidi/>
        <w:spacing w:before="0" w:after="60"/>
        <w:jc w:val="both"/>
      </w:pPr>
      <w:r>
        <w:rPr>
          <w:rtl/>
        </w:rPr>
        <w:t>ג. __________ הגג חזק מספיק, אפשר להקים עליו גינה.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העבירו מדיבור ישיר לדיבור עקיף. (5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דיבור ישיר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דיבור עקיף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המנהלת אמרה: «אני גאה בתלמידים».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תלמיד שאל: «האם נקטוף היום עגבניות?»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ג: 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מכתב רשמי (כ־150 מילים) למנהל או למנהלת של בית הספר שלכם, ובו בקשה להקים גינה לימודית – על הגג או בחצר. הקפידו על: פנייה מכובדת ושורת «הנדון»; פתיח עם הבקשה; שני נימוקים, ולכל אחד הצדקה (דוגמה או עובדה, אפשר מן הטקסט); התייחסות לקושי אחד והצעה לפתור אותו; סגיר וחתימה; לשון רשמית, מילות קישור, כתיב ופיסוק. (25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  <w:jc w:val="center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