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מחוון למבחן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מבחן מסכם בלשון – כיתה ז' ·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 לפי הטקסט. (8 נק')</w:t>
      </w:r>
    </w:p>
    <w:p>
      <w:pPr>
        <w:bidi/>
        <w:spacing w:before="0" w:after="20"/>
        <w:jc w:val="both"/>
      </w:pPr>
      <w:r>
        <w:rPr>
          <w:rtl/>
        </w:rPr>
        <w:t>א. לפי מה שכתוב בשורות 5–9, מדוע החליטו בתי ספר להקים גינה דווקא על הגג?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בחצר אין מקום פנוי לגינה</w:t>
      </w:r>
    </w:p>
    <w:p>
      <w:pPr>
        <w:bidi/>
        <w:spacing w:before="0" w:after="20"/>
        <w:jc w:val="both"/>
      </w:pPr>
      <w:r>
        <w:rPr>
          <w:rtl/>
        </w:rPr>
        <w:t>ב. לפי מה שכתוב בשורות 10–15, מה עושים התלמידים בגינה בשיעור חשבון?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מודדים ערוגות ומחשבים כמה זרעים צריך</w:t>
      </w:r>
    </w:p>
    <w:p>
      <w:pPr>
        <w:bidi/>
        <w:spacing w:before="0" w:after="20"/>
        <w:jc w:val="both"/>
      </w:pPr>
      <w:r>
        <w:rPr>
          <w:rtl/>
        </w:rPr>
        <w:t>ג. לפי מה שכתוב בשורות 16–20, מה צריך לבדוק לפני שמקימים גינה על גג?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שהגג יכול לשאת את המשקל</w:t>
      </w:r>
    </w:p>
    <w:p>
      <w:pPr>
        <w:bidi/>
        <w:spacing w:before="0" w:after="20"/>
        <w:jc w:val="both"/>
      </w:pPr>
      <w:r>
        <w:rPr>
          <w:rtl/>
        </w:rPr>
        <w:t>ד. לפי מה שכתוב בשורות 21–25, מי בודק את הגינה בחופשת הקיץ בבית הספר שבצפון?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הורים ותושבי השכונה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פרשנות: בשורות 10–15 נאמר שהגינה מאפשרת «ללמוד מתוך עשייה». הסבירו במילים שלכם מה פירוש הביטוי, והביאו שתי דוגמאות מן הטקסט.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ללמוד מתוך עשייה – ללמוד על ידי פעולה והתנסות ולא רק מקריאה או מהקשבה (2). דוגמאות (2+2): בשיעור מדעים בודקים איך צמחים גדלים; בשיעור חשבון מודדים ערוגות ומחשבים כמה זרעים צריך; רושמים ביומן מה נשתל ומה נקטף.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 לפי הטקסט? תקנו את המשפטים הלא נכונים. (4 נק')</w:t>
      </w:r>
    </w:p>
    <w:p>
      <w:pPr>
        <w:bidi/>
        <w:spacing w:before="0" w:after="40"/>
        <w:jc w:val="both"/>
      </w:pPr>
      <w:r>
        <w:rPr>
          <w:rtl/>
        </w:rPr>
        <w:t>א. הצמחים על הגג עוזרים לכיתות שמתחתיו להישאר קרירות יותר בקיץ. – נכון</w:t>
      </w:r>
    </w:p>
    <w:p>
      <w:pPr>
        <w:bidi/>
        <w:spacing w:before="0" w:after="40"/>
        <w:jc w:val="both"/>
      </w:pPr>
      <w:r>
        <w:rPr>
          <w:rtl/>
        </w:rPr>
        <w:t>ב. הקמת גינה על הגג אינה עולה כסף. – לא נכון – אדמה, עציצים, צינורות וזרעים עולים כסף, ובתי ספר מבקשים תרומות</w:t>
      </w:r>
    </w:p>
    <w:p>
      <w:pPr>
        <w:bidi/>
        <w:spacing w:before="0" w:after="40"/>
        <w:jc w:val="both"/>
      </w:pPr>
      <w:r>
        <w:rPr>
          <w:rtl/>
        </w:rPr>
        <w:t>ג. בבית הספר שבצפון (בשורות 21–25) התקינו מערכת השקיה שפועלת לפי שעון. – נכון</w:t>
      </w:r>
    </w:p>
    <w:p>
      <w:pPr>
        <w:bidi/>
        <w:spacing w:before="0" w:after="40"/>
        <w:jc w:val="both"/>
      </w:pPr>
      <w:r>
        <w:rPr>
          <w:rtl/>
        </w:rPr>
        <w:t>ד. הכותב מתנגד להקמת גינות על גגות. – לא נכון – הכותב תומך בכך: «גינה על הגג היא השקעה שכדאי לעשות»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בהקשר: מה פירוש המילה לפי הטקסט? (4 נק')</w:t>
      </w:r>
    </w:p>
    <w:p>
      <w:pPr>
        <w:bidi/>
        <w:spacing w:before="0" w:after="20"/>
        <w:jc w:val="both"/>
      </w:pPr>
      <w:r>
        <w:rPr>
          <w:rtl/>
        </w:rPr>
        <w:t>א. «הגגות... עמדו ריקים ומאובקים» (בשורות 1–4) – «מאובקים»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מכוסים באבק</w:t>
      </w:r>
    </w:p>
    <w:p>
      <w:pPr>
        <w:bidi/>
        <w:spacing w:before="0" w:after="20"/>
        <w:jc w:val="both"/>
      </w:pPr>
      <w:r>
        <w:rPr>
          <w:rtl/>
        </w:rPr>
        <w:t>ב. «בתמורה הם מקבלים חלק מהירקות» (בשורות 21–25) – «בתמורה»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כתשלום על העזרה שלהם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הטקסט: התאימו לכל קטע בטקסט (לפי מספרי השורות) את הנושא שלו.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בשורות 5–9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עמדת הכותב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בשורות 10–15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דוגמה לפתרון מוצלח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בשורות 16–20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היתרונות של הגינה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בשורות 21–25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הקשיים שצריך לפתור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בשורות 26–30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איך נולד הרעיון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עובדה, דעה או השערה? כתבו ליד כל משפט מן הטקסט.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מן הטקסט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עובדה / דעה / השערה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בבתי ספר רבים בעיר אין מספיק שטח פתוח.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עובדה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גינה על הגג היא השקעה שכדאי לעשות.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דעה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אם ייבנו גינות כאלה בבתי ספר נוספים, אולי גם העיר כולה תהיה ירוקה יותר.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השערה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הכותב טוען שהגינה מלמדת דברים «שקשה ללמוד מתוך ספר» (בשורות 26–30). האם אתם מסכימים? נמקו את דעתכם בעזרת הטקסט ובעזרת דוגמה מניסיונכם.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ברורה (1); נימוק שמבוסס על הטקסט, למשל אחריות, סבלנות ושיתוף פעולה, או ההערכה לאוכל (2); דוגמה מניסיון אישי (2); ניסוח בהיר (1).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השורש ואת המוספיות של כל מילה מן הטקסט.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מוספיות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מתנדבים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נ־ד־ב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מת (תחילית), ים (סופית)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תלמידים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ל־מ־ד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 (תחילית), י (תוכית), ים (סופית)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מערכת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ע־ר־כ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 (תחילית), ת (סופית)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הפועל שבסוגריים (כתוב בעבר, גוף «הוא») בגוף ובזמן המתאימים. (8 נק')</w:t>
      </w:r>
    </w:p>
    <w:p>
      <w:pPr>
        <w:bidi/>
        <w:spacing w:before="0" w:after="40"/>
        <w:jc w:val="both"/>
      </w:pPr>
      <w:r>
        <w:rPr>
          <w:rtl/>
        </w:rPr>
        <w:t>א. בשנה הבאה גם אנחנו נשתול (שתל) ירקות על הגג.</w:t>
      </w:r>
    </w:p>
    <w:p>
      <w:pPr>
        <w:bidi/>
        <w:spacing w:before="0" w:after="40"/>
        <w:jc w:val="both"/>
      </w:pPr>
      <w:r>
        <w:rPr>
          <w:rtl/>
        </w:rPr>
        <w:t>ב. אתמול התלמידים התקינו (התקין) מערכת השקיה.</w:t>
      </w:r>
    </w:p>
    <w:p>
      <w:pPr>
        <w:bidi/>
        <w:spacing w:before="0" w:after="40"/>
        <w:jc w:val="both"/>
      </w:pPr>
      <w:r>
        <w:rPr>
          <w:rtl/>
        </w:rPr>
        <w:t>ג. עכשיו המורה מסבירה (הסביר) איך מודדים ערוגה.</w:t>
      </w:r>
    </w:p>
    <w:p>
      <w:pPr>
        <w:bidi/>
        <w:spacing w:before="0" w:after="40"/>
        <w:jc w:val="both"/>
      </w:pPr>
      <w:r>
        <w:rPr>
          <w:rtl/>
        </w:rPr>
        <w:t>ד. סגרו (סגר) את השער אחריכם! (פנייה לאתם)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כל צירוף סמיכות ביידוע וברבים.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צירוף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ביידוע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ברבים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ערוגת ירקות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ערוגת הירקות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ערוגות ירקות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מערכת השקיה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מערכת ההשקיה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מערכות השקיה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פינת טבע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פינת הטבע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פינות טבע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מהו חלק הדיבור של המילה? (4 נק')</w:t>
      </w:r>
    </w:p>
    <w:p>
      <w:pPr>
        <w:bidi/>
        <w:spacing w:before="0" w:after="20"/>
        <w:jc w:val="both"/>
      </w:pPr>
      <w:r>
        <w:rPr>
          <w:rtl/>
        </w:rPr>
        <w:t>א. «סבלנות» היא: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שם עצם מופשט</w:t>
      </w:r>
    </w:p>
    <w:p>
      <w:pPr>
        <w:bidi/>
        <w:spacing w:before="0" w:after="20"/>
        <w:jc w:val="both"/>
      </w:pPr>
      <w:r>
        <w:rPr>
          <w:rtl/>
        </w:rPr>
        <w:t>ב. «ההשקיה» היא: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שם פעולה</w:t>
      </w:r>
    </w:p>
    <w:p>
      <w:pPr>
        <w:bidi/>
        <w:spacing w:before="0" w:after="20"/>
        <w:jc w:val="both"/>
      </w:pPr>
      <w:r>
        <w:rPr>
          <w:rtl/>
        </w:rPr>
        <w:t>ג. «גדר» היא: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שם עצם מוחשי</w:t>
      </w:r>
    </w:p>
    <w:p>
      <w:pPr>
        <w:bidi/>
        <w:spacing w:before="0" w:after="20"/>
        <w:jc w:val="both"/>
      </w:pPr>
      <w:r>
        <w:rPr>
          <w:rtl/>
        </w:rPr>
        <w:t>ד. «ירוקה» (העיר תהיה ירוקה) היא: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שם תואר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מילת קישור מתאימה מן המחסן. (6 נק')</w:t>
      </w:r>
    </w:p>
    <w:p>
      <w:pPr>
        <w:bidi/>
        <w:spacing w:before="0" w:after="40"/>
        <w:jc w:val="both"/>
      </w:pPr>
      <w:r>
        <w:rPr>
          <w:rtl/>
        </w:rPr>
        <w:t>א. אף על פי שהגינה דורשת עבודה, כדאי להקים אותה.</w:t>
      </w:r>
    </w:p>
    <w:p>
      <w:pPr>
        <w:bidi/>
        <w:spacing w:before="0" w:after="40"/>
        <w:jc w:val="both"/>
      </w:pPr>
      <w:r>
        <w:rPr>
          <w:rtl/>
        </w:rPr>
        <w:t>ב. הצמחים מגינים על הגג, ולכן הכיתות מתחממות פחות.</w:t>
      </w:r>
    </w:p>
    <w:p>
      <w:pPr>
        <w:bidi/>
        <w:spacing w:before="0" w:after="40"/>
        <w:jc w:val="both"/>
      </w:pPr>
      <w:r>
        <w:rPr>
          <w:rtl/>
        </w:rPr>
        <w:t>ג. אם הגג חזק מספיק, אפשר להקים עליו גינה.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העבירו מדיבור ישיר לדיבור עקיף. (5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ישיר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עקיף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המנהלת אמרה: «אני גאה בתלמידים».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המנהלת אמרה שהיא גאה בתלמידים.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תלמיד שאל: «האם נקטוף היום עגבניות?»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תלמיד שאל אם יקטפו היום עגבניות.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מכתב רשמי (כ־150 מילים) למנהל או למנהלת של בית הספר שלכם, ובו בקשה להקים גינה לימודית – על הגג או בחצר. הקפידו על: פנייה מכובדת ושורת «הנדון»; פתיח עם הבקשה; שני נימוקים, ולכל אחד הצדקה (דוגמה או עובדה, אפשר מן הטקסט); התייחסות לקושי אחד והצעה לפתור אותו; סגיר וחתימה; לשון רשמית, מילות קישור, כתיב ופיסוק. (25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מבנה מכתב רשמי – פנייה, נדון מדויק, ברכה וחתימה (4); פתיח ובקשה ברורה (3); שני נימוקים עם הצדקה לכל אחד (6); קושי ופתרון (3); סגיר שחוזר לבקשה (2); משלב רשמי ומילות קישור מתאימות (3); כתיב, פיסוק ותקינות לשונית (4).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