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חלקי הדיבר: מילות תוכן ומילות תפקוד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כל חלקי הדיבר שלומדים בכיתה ז',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7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מילות תוכן ומילות תפקוד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 הדיבור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מציין?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עצם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אדם, דבר, רעיון או פעולה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ספסל, אומץ, ריצה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תואר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תכונה של שם העצם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ירוק, שקט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פעולה או מצב, עם גוף וזמן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כתבנו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תואר הפועל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איך, מתי או איפה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לאט, מחר, כאן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מילת יחס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קשר בין מילים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על, אל, בשביל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מילת קישור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קשר בין משפטים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לכן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שם העצם: שלושה סוגים</w:t>
      </w:r>
    </w:p>
    <w:p>
      <w:pPr>
        <w:bidi/>
        <w:spacing w:before="0" w:after="20"/>
        <w:jc w:val="both"/>
      </w:pPr>
      <w:r>
        <w:rPr>
          <w:rtl/>
        </w:rPr>
        <w:t>1. מוחשי – אפשר לחוש בו.</w:t>
      </w:r>
    </w:p>
    <w:p>
      <w:pPr>
        <w:bidi/>
        <w:spacing w:before="0" w:after="20"/>
        <w:jc w:val="both"/>
      </w:pPr>
      <w:r>
        <w:rPr>
          <w:rtl/>
        </w:rPr>
        <w:t>2. מופשט – רעיון, רגש או תכונה.</w:t>
      </w:r>
    </w:p>
    <w:p>
      <w:pPr>
        <w:bidi/>
        <w:spacing w:before="0" w:after="20"/>
        <w:jc w:val="both"/>
      </w:pPr>
      <w:r>
        <w:rPr>
          <w:rtl/>
        </w:rPr>
        <w:t>3. שם פעולה – הפעולה עצמה.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מוחשי: מגדל · מופשט: תקווה · שם פעולה: הקשבה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הבינוני: צורה אחת, שלושה תפקידים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תפקיד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הנהג שומר על המהירות.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עצם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השומר פתח את השער.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תואר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 שומר נבח.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לבדוק אם מילה היא שם עצם – נסו להוסיף לפניה ה"א הידיעה. כדי לבדוק אם היא פועל – נסו להעביר אותה לזמן אחר: אתמול, היום, מחר.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«סקרנות» היא שם עצם ___ (מוחשי / מופשט / שם פעולה).</w:t>
      </w:r>
    </w:p>
    <w:p>
      <w:pPr>
        <w:bidi/>
        <w:spacing w:before="0" w:after="20"/>
        <w:jc w:val="both"/>
      </w:pPr>
      <w:r>
        <w:rPr>
          <w:rtl/>
        </w:rPr>
        <w:t>1. אי אפשר לראות סקרנות או לגעת בה.</w:t>
      </w:r>
    </w:p>
    <w:p>
      <w:pPr>
        <w:bidi/>
        <w:spacing w:before="0" w:after="20"/>
        <w:jc w:val="both"/>
      </w:pPr>
      <w:r>
        <w:rPr>
          <w:rtl/>
        </w:rPr>
        <w:t>2. זו תכונה, ולכן זה שם עצם מופשט.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מופשט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בחרו את סוג שם העצם והשלימו:</w:t>
      </w:r>
    </w:p>
    <w:p>
      <w:pPr>
        <w:bidi/>
        <w:spacing w:before="0" w:after="60"/>
        <w:jc w:val="both"/>
      </w:pPr>
      <w:r>
        <w:rPr>
          <w:rtl/>
        </w:rPr>
        <w:t>א. «מזלג» הוא שם עצם __________ (מוחשי / מופשט / שם פעולה).</w:t>
      </w:r>
    </w:p>
    <w:p>
      <w:pPr>
        <w:bidi/>
        <w:spacing w:before="0" w:after="60"/>
        <w:jc w:val="both"/>
      </w:pPr>
      <w:r>
        <w:rPr>
          <w:rtl/>
        </w:rPr>
        <w:t>ב. «הקשבה» היא __________ (מוחשי / מופשט / שם פעולה).</w:t>
      </w:r>
    </w:p>
    <w:p>
      <w:pPr>
        <w:bidi/>
        <w:spacing w:before="0" w:after="60"/>
        <w:jc w:val="both"/>
      </w:pPr>
      <w:r>
        <w:rPr>
          <w:rtl/>
        </w:rPr>
        <w:t>ג. «חופש» הוא שם עצם __________ (מוחשי / מופשט / שם פעולה).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מוחשי · ב. שם פעולה · ג. מופשט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