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מערכת הפועל: גופים, זמנים ובניינים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הטו את הפועל לפי הכותרות.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הוא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אני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– אנחנו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ציווי – אתם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הפעלים לפי הבניין.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שמר  |  נגמר  |  סיפר  |  הסביר  |  התקדם  |  למד  |  נפתח  |  טייל  |  הזמין  |  התלבש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זמן הפועל?</w:t>
      </w:r>
    </w:p>
    <w:p>
      <w:pPr>
        <w:bidi/>
        <w:spacing w:before="0" w:after="20"/>
        <w:jc w:val="both"/>
      </w:pPr>
      <w:r>
        <w:rPr>
          <w:rtl/>
        </w:rPr>
        <w:t>א. נשמור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      ○ ציווי</w:t>
      </w:r>
    </w:p>
    <w:p>
      <w:pPr>
        <w:bidi/>
        <w:spacing w:before="0" w:after="20"/>
        <w:jc w:val="both"/>
      </w:pPr>
      <w:r>
        <w:rPr>
          <w:rtl/>
        </w:rPr>
        <w:t>ב. שמרי!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      ○ ציווי</w:t>
      </w:r>
    </w:p>
    <w:p>
      <w:pPr>
        <w:bidi/>
        <w:spacing w:before="0" w:after="20"/>
        <w:jc w:val="both"/>
      </w:pPr>
      <w:r>
        <w:rPr>
          <w:rtl/>
        </w:rPr>
        <w:t>ג. שומרות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      ○ ציווי</w:t>
      </w:r>
    </w:p>
    <w:p>
      <w:pPr>
        <w:bidi/>
        <w:spacing w:before="0" w:after="20"/>
        <w:jc w:val="both"/>
      </w:pPr>
      <w:r>
        <w:rPr>
          <w:rtl/>
        </w:rPr>
        <w:t>ד. שמרנו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      ○ ציווי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הפועל שבסוגריים (הוא כתוב בעבר, גוף «הוא») בזמן ובגוף המתאימים.</w:t>
      </w:r>
    </w:p>
    <w:p>
      <w:pPr>
        <w:bidi/>
        <w:spacing w:before="0" w:after="60"/>
        <w:jc w:val="both"/>
      </w:pPr>
      <w:r>
        <w:rPr>
          <w:rtl/>
        </w:rPr>
        <w:t>א. מחר אנחנו __________ (הזמין) את כל השכבה.</w:t>
      </w:r>
    </w:p>
    <w:p>
      <w:pPr>
        <w:bidi/>
        <w:spacing w:before="0" w:after="60"/>
        <w:jc w:val="both"/>
      </w:pPr>
      <w:r>
        <w:rPr>
          <w:rtl/>
        </w:rPr>
        <w:t>ב. אתמול הן __________ (התאמן) עד הערב.</w:t>
      </w:r>
    </w:p>
    <w:p>
      <w:pPr>
        <w:bidi/>
        <w:spacing w:before="0" w:after="60"/>
        <w:jc w:val="both"/>
      </w:pPr>
      <w:r>
        <w:rPr>
          <w:rtl/>
        </w:rPr>
        <w:t>ג. בבקשה, __________ (סגר) את הדלת! (פנייה לאתה)</w:t>
      </w:r>
    </w:p>
    <w:p>
      <w:pPr>
        <w:bidi/>
        <w:spacing w:before="0" w:after="60"/>
        <w:jc w:val="both"/>
      </w:pPr>
      <w:r>
        <w:rPr>
          <w:rtl/>
        </w:rPr>
        <w:t>ד. עכשיו היא __________ (סידר) את החדר.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יום לפני הטיול השנתי*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ערב לפני הטיול התכוננו כולנו בהתרגשות. המחנכת שלחה לנו רשימה של ציוד.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אימא שלי בדקה שהכנסתי לתיק כובע ובקבוק מים. אחי הקטן ביקש לבוא איתנו, אבל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הוסבר לו שזה טיול של הכיתה בלבד.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בבוקר נפגשנו ליד שער בית הספר, והאוטובוס יצא בדיוק בשבע.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אריה עמרני, 2024.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«יום לפני הטיול השנתי». בכל משפט כתבו את הפועל שבסוגריים ואת הבניין שלו.</w:t>
      </w:r>
    </w:p>
    <w:p>
      <w:pPr>
        <w:bidi/>
        <w:spacing w:before="0" w:after="100"/>
        <w:jc w:val="both"/>
      </w:pPr>
      <w:r>
        <w:rPr>
          <w:rtl/>
        </w:rPr>
        <w:t>א. ערב לפני הטיול (התכוננו) כולנו בהתרגשות.</w:t>
      </w:r>
    </w:p>
    <w:p>
      <w:pPr>
        <w:bidi/>
        <w:spacing w:before="0" w:after="100"/>
        <w:jc w:val="both"/>
      </w:pPr>
      <w:r>
        <w:rPr>
          <w:rtl/>
        </w:rPr>
        <w:t>ב. המחנכת (שלחה) לנו רשימה של ציוד.</w:t>
      </w:r>
    </w:p>
    <w:p>
      <w:pPr>
        <w:bidi/>
        <w:spacing w:before="0" w:after="100"/>
        <w:jc w:val="both"/>
      </w:pPr>
      <w:r>
        <w:rPr>
          <w:rtl/>
        </w:rPr>
        <w:t>ג. אחי הקטן (ביקש) לבוא איתנו.</w:t>
      </w:r>
    </w:p>
    <w:p>
      <w:pPr>
        <w:bidi/>
        <w:spacing w:before="0" w:after="100"/>
        <w:jc w:val="both"/>
      </w:pPr>
      <w:r>
        <w:rPr>
          <w:rtl/>
        </w:rPr>
        <w:t>ד. (הוסבר) לו שזה טיול של הכיתה בלבד.</w:t>
      </w:r>
    </w:p>
    <w:p>
      <w:pPr>
        <w:bidi/>
        <w:spacing w:before="0" w:after="100"/>
        <w:jc w:val="both"/>
      </w:pPr>
      <w:r>
        <w:rPr>
          <w:rtl/>
        </w:rPr>
        <w:t>ה. בבוקר (נפגשנו) ליד שער בית הספר.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נבחר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קיבל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פועל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הופתע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התנדב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סודר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נפעל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שמות הבניינים בנויים מהשורש פ־ע־ל.      נכון / לא נכון</w:t>
      </w:r>
    </w:p>
    <w:p>
      <w:pPr>
        <w:bidi/>
        <w:spacing w:before="0" w:after="60"/>
        <w:jc w:val="both"/>
      </w:pPr>
      <w:r>
        <w:rPr>
          <w:rtl/>
        </w:rPr>
        <w:t>ב. לציווי יש צורות גם לגוף «אני».      נכון / לא נכון</w:t>
      </w:r>
    </w:p>
    <w:p>
      <w:pPr>
        <w:bidi/>
        <w:spacing w:before="0" w:after="60"/>
        <w:jc w:val="both"/>
      </w:pPr>
      <w:r>
        <w:rPr>
          <w:rtl/>
        </w:rPr>
        <w:t>ג. כשמעבירים פועל מעבר לעתיד, הוא עובר לבניין אחר.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«הדליק» ו«נדליק» שייכים לאותו בניין.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הוראות לתלמיד בכיתה ג' איך לארוז תיק לטיול: חמש הוראות בציווי, בפנייה לאתה. סמנו את הפעלים.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הטו את הפועל «שמר» (בניין פעל) בעבר.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צורת הציווי המבוקשת.</w:t>
      </w:r>
    </w:p>
    <w:p>
      <w:pPr>
        <w:bidi/>
        <w:spacing w:before="0" w:after="60"/>
        <w:jc w:val="both"/>
      </w:pPr>
      <w:r>
        <w:rPr>
          <w:rtl/>
        </w:rPr>
        <w:t>א. «תכתבי» בציווי: __________!</w:t>
      </w:r>
    </w:p>
    <w:p>
      <w:pPr>
        <w:bidi/>
        <w:spacing w:before="0" w:after="60"/>
        <w:jc w:val="both"/>
      </w:pPr>
      <w:r>
        <w:rPr>
          <w:rtl/>
        </w:rPr>
        <w:t>ב. «תתקדמו» בציווי: __________!</w:t>
      </w:r>
    </w:p>
    <w:p>
      <w:pPr>
        <w:bidi/>
        <w:spacing w:before="0" w:after="60"/>
        <w:jc w:val="both"/>
      </w:pPr>
      <w:r>
        <w:rPr>
          <w:rtl/>
        </w:rPr>
        <w:t>ג. «תסביר» בציווי: __________!</w:t>
      </w:r>
    </w:p>
    <w:p>
      <w:pPr>
        <w:bidi/>
        <w:spacing w:before="0" w:after="60"/>
        <w:jc w:val="both"/>
      </w:pPr>
      <w:r>
        <w:rPr>
          <w:rtl/>
        </w:rPr>
        <w:t>ד. «תיכנסי» בציווי: __________!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הזמין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דיבר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הוסבר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למד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מערכת הפועל: גופים, זמנים ובניינים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הטו את הפועל לפי הכותרות.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הוא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אני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– אנחנו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ציווי – אתם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סידרתי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נסדר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סדרו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הדלקתי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הדליקו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נכנסתי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ניכנס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היכנסו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התלבשתי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התלבשו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הפעלים לפי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שמר, למד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נגמר, נפתח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סיפר, טייל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הסביר, הזמין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התקדם, התלבש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זמן הפועל?</w:t>
      </w:r>
    </w:p>
    <w:p>
      <w:pPr>
        <w:bidi/>
        <w:spacing w:before="0" w:after="20"/>
        <w:jc w:val="both"/>
      </w:pPr>
      <w:r>
        <w:rPr>
          <w:rtl/>
        </w:rPr>
        <w:t>א. נשמור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עתיד</w:t>
      </w:r>
    </w:p>
    <w:p>
      <w:pPr>
        <w:bidi/>
        <w:spacing w:before="0" w:after="20"/>
        <w:jc w:val="both"/>
      </w:pPr>
      <w:r>
        <w:rPr>
          <w:rtl/>
        </w:rPr>
        <w:t>ב. שמרי!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ציווי</w:t>
      </w:r>
    </w:p>
    <w:p>
      <w:pPr>
        <w:bidi/>
        <w:spacing w:before="0" w:after="20"/>
        <w:jc w:val="both"/>
      </w:pPr>
      <w:r>
        <w:rPr>
          <w:rtl/>
        </w:rPr>
        <w:t>ג. שומרות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הווה</w:t>
      </w:r>
    </w:p>
    <w:p>
      <w:pPr>
        <w:bidi/>
        <w:spacing w:before="0" w:after="20"/>
        <w:jc w:val="both"/>
      </w:pPr>
      <w:r>
        <w:rPr>
          <w:rtl/>
        </w:rPr>
        <w:t>ד. שמרנו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הפועל שבסוגריים (הוא כתוב בעבר, גוף «הוא») בזמן ובגוף המתאימים.</w:t>
      </w:r>
    </w:p>
    <w:p>
      <w:pPr>
        <w:bidi/>
        <w:spacing w:before="0" w:after="40"/>
        <w:jc w:val="both"/>
      </w:pPr>
      <w:r>
        <w:rPr>
          <w:rtl/>
        </w:rPr>
        <w:t>א. מחר אנחנו נזמין (הזמין) את כל השכבה.</w:t>
      </w:r>
    </w:p>
    <w:p>
      <w:pPr>
        <w:bidi/>
        <w:spacing w:before="0" w:after="40"/>
        <w:jc w:val="both"/>
      </w:pPr>
      <w:r>
        <w:rPr>
          <w:rtl/>
        </w:rPr>
        <w:t>ב. אתמול הן התאמנו (התאמן) עד הערב.</w:t>
      </w:r>
    </w:p>
    <w:p>
      <w:pPr>
        <w:bidi/>
        <w:spacing w:before="0" w:after="40"/>
        <w:jc w:val="both"/>
      </w:pPr>
      <w:r>
        <w:rPr>
          <w:rtl/>
        </w:rPr>
        <w:t>ג. בבקשה, סגור (סגר) את הדלת! (פנייה לאתה)</w:t>
      </w:r>
    </w:p>
    <w:p>
      <w:pPr>
        <w:bidi/>
        <w:spacing w:before="0" w:after="40"/>
        <w:jc w:val="both"/>
      </w:pPr>
      <w:r>
        <w:rPr>
          <w:rtl/>
        </w:rPr>
        <w:t>ד. עכשיו היא מסדרת (סידר) את החדר.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«יום לפני הטיול השנתי». בכל משפט כתבו את הפועל שבסוגריים ואת הבניין שלו.</w:t>
      </w:r>
    </w:p>
    <w:p>
      <w:pPr>
        <w:bidi/>
        <w:spacing w:before="0" w:after="100"/>
        <w:jc w:val="both"/>
      </w:pPr>
      <w:r>
        <w:rPr>
          <w:rtl/>
        </w:rPr>
        <w:t>א. ערב לפני הטיול (התכוננו) כולנו בהתרגשות.  ← התכוננו – התפעל</w:t>
      </w:r>
    </w:p>
    <w:p>
      <w:pPr>
        <w:bidi/>
        <w:spacing w:before="0" w:after="100"/>
        <w:jc w:val="both"/>
      </w:pPr>
      <w:r>
        <w:rPr>
          <w:rtl/>
        </w:rPr>
        <w:t>ב. המחנכת (שלחה) לנו רשימה של ציוד.  ← שלחה – פעל</w:t>
      </w:r>
    </w:p>
    <w:p>
      <w:pPr>
        <w:bidi/>
        <w:spacing w:before="0" w:after="100"/>
        <w:jc w:val="both"/>
      </w:pPr>
      <w:r>
        <w:rPr>
          <w:rtl/>
        </w:rPr>
        <w:t>ג. אחי הקטן (ביקש) לבוא איתנו.  ← ביקש – פיעל</w:t>
      </w:r>
    </w:p>
    <w:p>
      <w:pPr>
        <w:bidi/>
        <w:spacing w:before="0" w:after="100"/>
        <w:jc w:val="both"/>
      </w:pPr>
      <w:r>
        <w:rPr>
          <w:rtl/>
        </w:rPr>
        <w:t>ד. (הוסבר) לו שזה טיול של הכיתה בלבד.  ← הוסבר – הופעל</w:t>
      </w:r>
    </w:p>
    <w:p>
      <w:pPr>
        <w:bidi/>
        <w:spacing w:before="0" w:after="100"/>
        <w:jc w:val="both"/>
      </w:pPr>
      <w:r>
        <w:rPr>
          <w:rtl/>
        </w:rPr>
        <w:t>ה. בבוקר (נפגשנו) ליד שער בית הספר.  ← נפגשנו – נפעל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נבחר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קיבל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פועל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הופתע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הופעל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התנדב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סודר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נפעל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שמות הבניינים בנויים מהשורש פ־ע־ל. – נכון</w:t>
      </w:r>
    </w:p>
    <w:p>
      <w:pPr>
        <w:bidi/>
        <w:spacing w:before="0" w:after="40"/>
        <w:jc w:val="both"/>
      </w:pPr>
      <w:r>
        <w:rPr>
          <w:rtl/>
        </w:rPr>
        <w:t>ב. לציווי יש צורות גם לגוף «אני». – לא נכון – ציווי יש רק לנוכח: אתה, את, אתם, אתן</w:t>
      </w:r>
    </w:p>
    <w:p>
      <w:pPr>
        <w:bidi/>
        <w:spacing w:before="0" w:after="40"/>
        <w:jc w:val="both"/>
      </w:pPr>
      <w:r>
        <w:rPr>
          <w:rtl/>
        </w:rPr>
        <w:t>ג. כשמעבירים פועל מעבר לעתיד, הוא עובר לבניין אחר. – לא נכון – הפועל נשאר באותו בניין</w:t>
      </w:r>
    </w:p>
    <w:p>
      <w:pPr>
        <w:bidi/>
        <w:spacing w:before="0" w:after="40"/>
        <w:jc w:val="both"/>
      </w:pPr>
      <w:r>
        <w:rPr>
          <w:rtl/>
        </w:rPr>
        <w:t>ד. «הדליק» ו«נדליק» שייכים לאותו בניין.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הוראות לתלמיד בכיתה ג' איך לארוז תיק לטיול: חמש הוראות בציווי, בפנייה לאתה. סמנו את הפעלים.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הכן רשימה של ציוד. מלא שני בקבוקי מים. הכנס כובע וקרם הגנה. סגור היטב את התיק. בדוק שהוא לא כבד מדי.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הטו את הפועל «שמר» (בניין פעל) בעבר.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צורת הציווי המבוקשת.</w:t>
      </w:r>
    </w:p>
    <w:p>
      <w:pPr>
        <w:bidi/>
        <w:spacing w:before="0" w:after="40"/>
        <w:jc w:val="both"/>
      </w:pPr>
      <w:r>
        <w:rPr>
          <w:rtl/>
        </w:rPr>
        <w:t>א. «תכתבי» בציווי: כתבי!</w:t>
      </w:r>
    </w:p>
    <w:p>
      <w:pPr>
        <w:bidi/>
        <w:spacing w:before="0" w:after="40"/>
        <w:jc w:val="both"/>
      </w:pPr>
      <w:r>
        <w:rPr>
          <w:rtl/>
        </w:rPr>
        <w:t>ב. «תתקדמו» בציווי: התקדמו!</w:t>
      </w:r>
    </w:p>
    <w:p>
      <w:pPr>
        <w:bidi/>
        <w:spacing w:before="0" w:after="40"/>
        <w:jc w:val="both"/>
      </w:pPr>
      <w:r>
        <w:rPr>
          <w:rtl/>
        </w:rPr>
        <w:t>ג. «תסביר» בציווי: הסבר!</w:t>
      </w:r>
    </w:p>
    <w:p>
      <w:pPr>
        <w:bidi/>
        <w:spacing w:before="0" w:after="40"/>
        <w:jc w:val="both"/>
      </w:pPr>
      <w:r>
        <w:rPr>
          <w:rtl/>
        </w:rPr>
        <w:t>ד. «תיכנסי» בציווי: היכנסי!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הזמין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דיבר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הוסבר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הופעל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למד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הפעיל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