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הצירוף: סמיכות ושם עצם עם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כל צירוף סמיכות ביידוע וברבים.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צירוף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ביידוע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ברבים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 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שעון 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תחנת אוטובוס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ארוחת ערב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צירוף או משפט?</w:t>
      </w:r>
    </w:p>
    <w:p>
      <w:pPr>
        <w:bidi/>
        <w:spacing w:before="0" w:after="20"/>
        <w:jc w:val="both"/>
      </w:pPr>
      <w:r>
        <w:rPr>
          <w:rtl/>
        </w:rPr>
        <w:t>א. הגשם החזק</w:t>
      </w:r>
    </w:p>
    <w:p>
      <w:pPr>
        <w:bidi/>
        <w:spacing w:before="0" w:after="80"/>
        <w:jc w:val="both"/>
      </w:pPr>
      <w:r>
        <w:rPr>
          <w:rtl/>
        </w:rPr>
        <w:t xml:space="preserve">   ○ צירוף      ○ משפט</w:t>
      </w:r>
    </w:p>
    <w:p>
      <w:pPr>
        <w:bidi/>
        <w:spacing w:before="0" w:after="20"/>
        <w:jc w:val="both"/>
      </w:pPr>
      <w:r>
        <w:rPr>
          <w:rtl/>
        </w:rPr>
        <w:t>ב. הגשם חזק.</w:t>
      </w:r>
    </w:p>
    <w:p>
      <w:pPr>
        <w:bidi/>
        <w:spacing w:before="0" w:after="80"/>
        <w:jc w:val="both"/>
      </w:pPr>
      <w:r>
        <w:rPr>
          <w:rtl/>
        </w:rPr>
        <w:t xml:space="preserve">   ○ צירוף      ○ משפט</w:t>
      </w:r>
    </w:p>
    <w:p>
      <w:pPr>
        <w:bidi/>
        <w:spacing w:before="0" w:after="20"/>
        <w:jc w:val="both"/>
      </w:pPr>
      <w:r>
        <w:rPr>
          <w:rtl/>
        </w:rPr>
        <w:t>ג. חלון פתוח</w:t>
      </w:r>
    </w:p>
    <w:p>
      <w:pPr>
        <w:bidi/>
        <w:spacing w:before="0" w:after="80"/>
        <w:jc w:val="both"/>
      </w:pPr>
      <w:r>
        <w:rPr>
          <w:rtl/>
        </w:rPr>
        <w:t xml:space="preserve">   ○ צירוף      ○ משפט</w:t>
      </w:r>
    </w:p>
    <w:p>
      <w:pPr>
        <w:bidi/>
        <w:spacing w:before="0" w:after="20"/>
        <w:jc w:val="both"/>
      </w:pPr>
      <w:r>
        <w:rPr>
          <w:rtl/>
        </w:rPr>
        <w:t>ד. החלון פתוח.</w:t>
      </w:r>
    </w:p>
    <w:p>
      <w:pPr>
        <w:bidi/>
        <w:spacing w:before="0" w:after="80"/>
        <w:jc w:val="both"/>
      </w:pPr>
      <w:r>
        <w:rPr>
          <w:rtl/>
        </w:rPr>
        <w:t xml:space="preserve">   ○ צירוף      ○ 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הצירופים לשתי קבוצות.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מגרש כדורסל  |  יום חם  |  שקית ניילון  |  מורה חדשה  |  כוס תה  |  ספר מעניין  |  שיעורי בית  |  רחוב צר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סמיכות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ושם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שם התואר שבסוגריים בצורה המתאימה (התאם).</w:t>
      </w:r>
    </w:p>
    <w:p>
      <w:pPr>
        <w:bidi/>
        <w:spacing w:before="0" w:after="60"/>
        <w:jc w:val="both"/>
      </w:pPr>
      <w:r>
        <w:rPr>
          <w:rtl/>
        </w:rPr>
        <w:t>א. קנינו שתי חולצות __________ (לבן).</w:t>
      </w:r>
    </w:p>
    <w:p>
      <w:pPr>
        <w:bidi/>
        <w:spacing w:before="0" w:after="60"/>
        <w:jc w:val="both"/>
      </w:pPr>
      <w:r>
        <w:rPr>
          <w:rtl/>
        </w:rPr>
        <w:t>ב. ראינו בגינה את הפרחים ה__________ (צהוב).</w:t>
      </w:r>
    </w:p>
    <w:p>
      <w:pPr>
        <w:bidi/>
        <w:spacing w:before="0" w:after="60"/>
        <w:jc w:val="both"/>
      </w:pPr>
      <w:r>
        <w:rPr>
          <w:rtl/>
        </w:rPr>
        <w:t>ג. המורה הסבירה את השאלה ה__________ (אחרון).</w:t>
      </w:r>
    </w:p>
    <w:p>
      <w:pPr>
        <w:bidi/>
        <w:spacing w:before="0" w:after="60"/>
        <w:jc w:val="both"/>
      </w:pPr>
      <w:r>
        <w:rPr>
          <w:rtl/>
        </w:rPr>
        <w:t>ד. הם גרים בבניין __________ (גבוה) ליד הים.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בשוק האיכרים*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בכל יום שישי נפתח בכיכר העיר שוק איכרים קטן. החקלאים מביאים ארגזי ירקות טריים ישר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מהשדה.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בדוכן הראשון מוכרים צנצנות דבש ולחם מקמח מלא. ליד הדוכן הזה יש תמיד תור ארוך.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בפינת הכיכר מנגנת להקת רחוב, והילדים רוקדים סביבה. ריח הלחם הטרי מגיע עד קצה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הרחוב.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נועה אדלר, 2023.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«בשוק האיכרים». בכל משפט מצאו צירוף סמיכות אחד והעתיקו אותו.</w:t>
      </w:r>
    </w:p>
    <w:p>
      <w:pPr>
        <w:bidi/>
        <w:spacing w:before="0" w:after="100"/>
        <w:jc w:val="both"/>
      </w:pPr>
      <w:r>
        <w:rPr>
          <w:rtl/>
        </w:rPr>
        <w:t>א. בכל יום שישי נפתח בכיכר העיר שוק איכרים קטן.</w:t>
      </w:r>
    </w:p>
    <w:p>
      <w:pPr>
        <w:bidi/>
        <w:spacing w:before="0" w:after="100"/>
        <w:jc w:val="both"/>
      </w:pPr>
      <w:r>
        <w:rPr>
          <w:rtl/>
        </w:rPr>
        <w:t>ב. החקלאים מביאים ארגזי ירקות טריים ישר מהשדה.</w:t>
      </w:r>
    </w:p>
    <w:p>
      <w:pPr>
        <w:bidi/>
        <w:spacing w:before="0" w:after="100"/>
        <w:jc w:val="both"/>
      </w:pPr>
      <w:r>
        <w:rPr>
          <w:rtl/>
        </w:rPr>
        <w:t>ג. בדוכן הראשון מוכרים צנצנות דבש.</w:t>
      </w:r>
    </w:p>
    <w:p>
      <w:pPr>
        <w:bidi/>
        <w:spacing w:before="0" w:after="100"/>
        <w:jc w:val="both"/>
      </w:pPr>
      <w:r>
        <w:rPr>
          <w:rtl/>
        </w:rPr>
        <w:t>ד. בפינת הכיכר מנגנת להקת רחוב.</w:t>
      </w:r>
    </w:p>
    <w:p>
      <w:pPr>
        <w:bidi/>
        <w:spacing w:before="0" w:after="100"/>
        <w:jc w:val="both"/>
      </w:pPr>
      <w:r>
        <w:rPr>
          <w:rtl/>
        </w:rPr>
        <w:t>ה. ריח הלחם הטרי מגיע עד קצה הרחוב.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לכל שם את צורת הנסמך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עוגה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עיני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תלמידים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ספריית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ספרייה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עוגת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עיניים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תלמידי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בסמיכות מוסיפים ה"א הידיעה לנסמך.      נכון / לא נכון</w:t>
      </w:r>
    </w:p>
    <w:p>
      <w:pPr>
        <w:bidi/>
        <w:spacing w:before="0" w:after="60"/>
        <w:jc w:val="both"/>
      </w:pPr>
      <w:r>
        <w:rPr>
          <w:rtl/>
        </w:rPr>
        <w:t>ב. «הבית הגדול» הוא צירוף, ו«הבית גדול» הוא משפט.      נכון / לא נכון</w:t>
      </w:r>
    </w:p>
    <w:p>
      <w:pPr>
        <w:bidi/>
        <w:spacing w:before="0" w:after="60"/>
        <w:jc w:val="both"/>
      </w:pPr>
      <w:r>
        <w:rPr>
          <w:rtl/>
        </w:rPr>
        <w:t>ג. ברבים של «כדור רגל» משנים את המילה השנייה: «כדור רגליים».      נכון / לא נכון</w:t>
      </w:r>
    </w:p>
    <w:p>
      <w:pPr>
        <w:bidi/>
        <w:spacing w:before="0" w:after="60"/>
        <w:jc w:val="both"/>
      </w:pPr>
      <w:r>
        <w:rPr>
          <w:rtl/>
        </w:rPr>
        <w:t>ד. שם התואר מתאים לשם העצם במין ובמספר.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תארו את בית הספר שלכם ב־3–4 משפטים. השתמשו בשלושה צירופי סמיכות ובשני צירופים של שם עצם ושם תואר, ומתחו קו מתחת לכל צירוף.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הצירוף ביידוע.</w:t>
      </w:r>
    </w:p>
    <w:p>
      <w:pPr>
        <w:bidi/>
        <w:spacing w:before="0" w:after="60"/>
        <w:jc w:val="both"/>
      </w:pPr>
      <w:r>
        <w:rPr>
          <w:rtl/>
        </w:rPr>
        <w:t>א. «חדר אוכל» ביידוע: __________.</w:t>
      </w:r>
    </w:p>
    <w:p>
      <w:pPr>
        <w:bidi/>
        <w:spacing w:before="0" w:after="60"/>
        <w:jc w:val="both"/>
      </w:pPr>
      <w:r>
        <w:rPr>
          <w:rtl/>
        </w:rPr>
        <w:t>ב. «ספר חדש» ביידוע: __________.</w:t>
      </w:r>
    </w:p>
    <w:p>
      <w:pPr>
        <w:bidi/>
        <w:spacing w:before="0" w:after="60"/>
        <w:jc w:val="both"/>
      </w:pPr>
      <w:r>
        <w:rPr>
          <w:rtl/>
        </w:rPr>
        <w:t>ג. «מגרש כדורגל» ביידוע: __________.</w:t>
      </w:r>
    </w:p>
    <w:p>
      <w:pPr>
        <w:bidi/>
        <w:spacing w:before="0" w:after="60"/>
        <w:jc w:val="both"/>
      </w:pPr>
      <w:r>
        <w:rPr>
          <w:rtl/>
        </w:rPr>
        <w:t>ד. «ילדה נבונה» ביידוע: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כל צירוף של שם עצם ושם תואר בנקבה וברבים.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יחיד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יחידה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רבים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 חרוץ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שכן נחמד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טוב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הפכו כל צירוף למשפט: «הים השקט», «החדר המסודר».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הצירוף: סמיכות ושם עצם עם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כל צירוף סמיכות ביידוע וברבים.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צירוף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ביידוע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ברבים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 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בית הספר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בתי ספר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שעון 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שעון היד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שעוני 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תחנת אוטובוס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תחנת האוטובוס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תחנות אוטובוס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ארוחת ערב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ארוחת הערב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ארוחות ערב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צירוף או משפט?</w:t>
      </w:r>
    </w:p>
    <w:p>
      <w:pPr>
        <w:bidi/>
        <w:spacing w:before="0" w:after="20"/>
        <w:jc w:val="both"/>
      </w:pPr>
      <w:r>
        <w:rPr>
          <w:rtl/>
        </w:rPr>
        <w:t>א. הגשם החזק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צירוף</w:t>
      </w:r>
    </w:p>
    <w:p>
      <w:pPr>
        <w:bidi/>
        <w:spacing w:before="0" w:after="20"/>
        <w:jc w:val="both"/>
      </w:pPr>
      <w:r>
        <w:rPr>
          <w:rtl/>
        </w:rPr>
        <w:t>ב. הגשם חזק.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משפט</w:t>
      </w:r>
    </w:p>
    <w:p>
      <w:pPr>
        <w:bidi/>
        <w:spacing w:before="0" w:after="20"/>
        <w:jc w:val="both"/>
      </w:pPr>
      <w:r>
        <w:rPr>
          <w:rtl/>
        </w:rPr>
        <w:t>ג. חלון פתוח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צירוף</w:t>
      </w:r>
    </w:p>
    <w:p>
      <w:pPr>
        <w:bidi/>
        <w:spacing w:before="0" w:after="20"/>
        <w:jc w:val="both"/>
      </w:pPr>
      <w:r>
        <w:rPr>
          <w:rtl/>
        </w:rPr>
        <w:t>ד. החלון פתוח.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הצירופים לשתי קבוצות.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סמיכות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ושם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מגרש כדורסל, שקית ניילון, כוס תה, שיעורי בית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חם, מורה חדשה, ספר מעניין, רחוב צר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שם התואר שבסוגריים בצורה המתאימה (התאם).</w:t>
      </w:r>
    </w:p>
    <w:p>
      <w:pPr>
        <w:bidi/>
        <w:spacing w:before="0" w:after="40"/>
        <w:jc w:val="both"/>
      </w:pPr>
      <w:r>
        <w:rPr>
          <w:rtl/>
        </w:rPr>
        <w:t>א. קנינו שתי חולצות לבנות (לבן).</w:t>
      </w:r>
    </w:p>
    <w:p>
      <w:pPr>
        <w:bidi/>
        <w:spacing w:before="0" w:after="40"/>
        <w:jc w:val="both"/>
      </w:pPr>
      <w:r>
        <w:rPr>
          <w:rtl/>
        </w:rPr>
        <w:t>ב. ראינו בגינה את הפרחים הצהובים (צהוב).</w:t>
      </w:r>
    </w:p>
    <w:p>
      <w:pPr>
        <w:bidi/>
        <w:spacing w:before="0" w:after="40"/>
        <w:jc w:val="both"/>
      </w:pPr>
      <w:r>
        <w:rPr>
          <w:rtl/>
        </w:rPr>
        <w:t>ג. המורה הסבירה את השאלה האחרונה (אחרון).</w:t>
      </w:r>
    </w:p>
    <w:p>
      <w:pPr>
        <w:bidi/>
        <w:spacing w:before="0" w:after="40"/>
        <w:jc w:val="both"/>
      </w:pPr>
      <w:r>
        <w:rPr>
          <w:rtl/>
        </w:rPr>
        <w:t>ד. הם גרים בבניין גבוה (גבוה) ליד הים.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«בשוק האיכרים». בכל משפט מצאו צירוף סמיכות אחד והעתיקו אותו.</w:t>
      </w:r>
    </w:p>
    <w:p>
      <w:pPr>
        <w:bidi/>
        <w:spacing w:before="0" w:after="100"/>
        <w:jc w:val="both"/>
      </w:pPr>
      <w:r>
        <w:rPr>
          <w:rtl/>
        </w:rPr>
        <w:t>א. בכל יום שישי נפתח בכיכר העיר שוק איכרים קטן.  ← כיכר העיר / שוק איכרים</w:t>
      </w:r>
    </w:p>
    <w:p>
      <w:pPr>
        <w:bidi/>
        <w:spacing w:before="0" w:after="100"/>
        <w:jc w:val="both"/>
      </w:pPr>
      <w:r>
        <w:rPr>
          <w:rtl/>
        </w:rPr>
        <w:t>ב. החקלאים מביאים ארגזי ירקות טריים ישר מהשדה.  ← ארגזי ירקות</w:t>
      </w:r>
    </w:p>
    <w:p>
      <w:pPr>
        <w:bidi/>
        <w:spacing w:before="0" w:after="100"/>
        <w:jc w:val="both"/>
      </w:pPr>
      <w:r>
        <w:rPr>
          <w:rtl/>
        </w:rPr>
        <w:t>ג. בדוכן הראשון מוכרים צנצנות דבש.  ← צנצנות דבש</w:t>
      </w:r>
    </w:p>
    <w:p>
      <w:pPr>
        <w:bidi/>
        <w:spacing w:before="0" w:after="100"/>
        <w:jc w:val="both"/>
      </w:pPr>
      <w:r>
        <w:rPr>
          <w:rtl/>
        </w:rPr>
        <w:t>ד. בפינת הכיכר מנגנת להקת רחוב.  ← פינת הכיכר / להקת רחוב</w:t>
      </w:r>
    </w:p>
    <w:p>
      <w:pPr>
        <w:bidi/>
        <w:spacing w:before="0" w:after="100"/>
        <w:jc w:val="both"/>
      </w:pPr>
      <w:r>
        <w:rPr>
          <w:rtl/>
        </w:rPr>
        <w:t>ה. ריח הלחם הטרי מגיע עד קצה הרחוב.  ← ריח הלחם / קצה הרחוב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לכל שם את צורת הנסמך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עוגה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עיני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תלמידים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ספריית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ספרייה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עוגת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עיניים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תלמידי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בסמיכות מוסיפים ה"א הידיעה לנסמך. – לא נכון – ה"א הידיעה באה לפני הסומך – המילה השנייה</w:t>
      </w:r>
    </w:p>
    <w:p>
      <w:pPr>
        <w:bidi/>
        <w:spacing w:before="0" w:after="40"/>
        <w:jc w:val="both"/>
      </w:pPr>
      <w:r>
        <w:rPr>
          <w:rtl/>
        </w:rPr>
        <w:t>ב. «הבית הגדול» הוא צירוף, ו«הבית גדול» הוא משפט. – נכון</w:t>
      </w:r>
    </w:p>
    <w:p>
      <w:pPr>
        <w:bidi/>
        <w:spacing w:before="0" w:after="40"/>
        <w:jc w:val="both"/>
      </w:pPr>
      <w:r>
        <w:rPr>
          <w:rtl/>
        </w:rPr>
        <w:t>ג. ברבים של «כדור רגל» משנים את המילה השנייה: «כדור רגליים». – לא נכון – משנים את הנסמך: כדורי רגל</w:t>
      </w:r>
    </w:p>
    <w:p>
      <w:pPr>
        <w:bidi/>
        <w:spacing w:before="0" w:after="40"/>
        <w:jc w:val="both"/>
      </w:pPr>
      <w:r>
        <w:rPr>
          <w:rtl/>
        </w:rPr>
        <w:t>ד. שם התואר מתאים לשם העצם במין ובמספר.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תארו את בית הספר שלכם ב־3–4 משפטים. השתמשו בשלושה צירופי סמיכות ובשני צירופים של שם עצם ושם תואר, ומתחו קו מתחת לכל צירוף.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דוגמה: בית הספר שלנו נמצא ברחוב שקט. בכניסה יש לוח מודעות גדול. ליד חדר המורים יש פינת ישיבה, ובהפסקות מגרש הכדורסל מלא.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הצירוף ביידוע.</w:t>
      </w:r>
    </w:p>
    <w:p>
      <w:pPr>
        <w:bidi/>
        <w:spacing w:before="0" w:after="40"/>
        <w:jc w:val="both"/>
      </w:pPr>
      <w:r>
        <w:rPr>
          <w:rtl/>
        </w:rPr>
        <w:t>א. «חדר אוכל» ביידוע: חדר האוכל.</w:t>
      </w:r>
    </w:p>
    <w:p>
      <w:pPr>
        <w:bidi/>
        <w:spacing w:before="0" w:after="40"/>
        <w:jc w:val="both"/>
      </w:pPr>
      <w:r>
        <w:rPr>
          <w:rtl/>
        </w:rPr>
        <w:t>ב. «ספר חדש» ביידוע: הספר החדש.</w:t>
      </w:r>
    </w:p>
    <w:p>
      <w:pPr>
        <w:bidi/>
        <w:spacing w:before="0" w:after="40"/>
        <w:jc w:val="both"/>
      </w:pPr>
      <w:r>
        <w:rPr>
          <w:rtl/>
        </w:rPr>
        <w:t>ג. «מגרש כדורגל» ביידוע: מגרש הכדורגל.</w:t>
      </w:r>
    </w:p>
    <w:p>
      <w:pPr>
        <w:bidi/>
        <w:spacing w:before="0" w:after="40"/>
        <w:jc w:val="both"/>
      </w:pPr>
      <w:r>
        <w:rPr>
          <w:rtl/>
        </w:rPr>
        <w:t>ד. «ילדה נבונה» ביידוע: הילדה הנבונה.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כל צירוף של שם עצם ושם תואר בנקבה וברבים.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יחיד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יחידה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רבים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 חרוץ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תלמידה חרוצה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תלמידים חרוצים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שכן נחמד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שכנה נחמדה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שכנים נחמדים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טוב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חברה טובה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חברים טובים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הפכו כל צירוף למשפט: «הים השקט», «החדר המסודר».</w:t>
      </w:r>
    </w:p>
    <w:p>
      <w:pPr>
        <w:bidi/>
        <w:spacing w:before="0" w:after="80"/>
        <w:jc w:val="both"/>
      </w:pPr>
      <w:r>
        <w:rPr>
          <w:color w:val="0F7A4F"/>
          <w:rtl/>
        </w:rPr>
        <w:t xml:space="preserve">תשובה אפשרית: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 נושא 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הים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שקט</w:t>
            </w:r>
          </w:rubyBase>
        </w:ruby>
      </w:r>
      <w:r>
        <w:rPr>
          <w:color w:val="0F7A4F"/>
          <w:rtl/>
        </w:rPr>
        <w:t xml:space="preserve">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החדר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מסודר</w:t>
            </w:r>
          </w:rubyBase>
        </w:ruby>
      </w:r>
      <w:r>
        <w:rPr>
          <w:color w:val="0F7A4F"/>
          <w:rtl/>
        </w:rPr>
        <w:t>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