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2400000"/>
            <wp:docPr id="1" name="Picture 1"/>
            <wp:cNvGraphicFramePr>
              <a:graphicFrameLocks noChangeAspect="1"/>
            </wp:cNvGraphicFramePr>
            <a:graphic>
              <a:graphicData uri="http://schemas.openxmlformats.org/drawingml/2006/picture">
                <pic:pic>
                  <pic:nvPicPr>
                    <pic:cNvPr id="0" name="lashon_g7.jpg"/>
                    <pic:cNvPicPr/>
                  </pic:nvPicPr>
                  <pic:blipFill>
                    <a:blip r:embed="rId10"/>
                    <a:stretch>
                      <a:fillRect/>
                    </a:stretch>
                  </pic:blipFill>
                  <pic:spPr>
                    <a:xfrm>
                      <a:off x="0" y="0"/>
                      <a:ext cx="3600000" cy="2400000"/>
                    </a:xfrm>
                    <a:prstGeom prst="rect"/>
                  </pic:spPr>
                </pic:pic>
              </a:graphicData>
            </a:graphic>
          </wp:inline>
        </w:drawing>
      </w:r>
    </w:p>
    <w:p>
      <w:pPr>
        <w:bidi/>
        <w:spacing w:before="240" w:after="80"/>
        <w:jc w:val="center"/>
      </w:pPr>
      <w:r>
        <w:rPr>
          <w:rFonts w:ascii="Arial" w:hAnsi="Arial" w:cs="Arial"/>
          <w:color w:val="9F1239"/>
          <w:sz w:val="36"/>
          <w:szCs w:val="36"/>
          <w:rtl/>
        </w:rPr>
        <w:t>חוברת עבודה</w:t>
      </w:r>
    </w:p>
    <w:p>
      <w:pPr>
        <w:bidi/>
        <w:spacing w:before="0" w:after="80"/>
        <w:jc w:val="center"/>
      </w:pPr>
      <w:r>
        <w:rPr>
          <w:rFonts w:ascii="Times New Roman" w:hAnsi="Times New Roman" w:cs="Times New Roman"/>
          <w:b/>
          <w:bCs/>
          <w:color w:val="9F1239"/>
          <w:sz w:val="88"/>
          <w:szCs w:val="88"/>
          <w:rtl/>
        </w:rPr>
        <w:t>לשון ועברית</w:t>
      </w:r>
    </w:p>
    <w:p>
      <w:pPr>
        <w:bidi/>
        <w:spacing w:before="0" w:after="80"/>
        <w:jc w:val="center"/>
      </w:pPr>
      <w:r>
        <w:rPr>
          <w:sz w:val="44"/>
          <w:szCs w:val="44"/>
          <w:rtl/>
        </w:rPr>
        <w:t>כיתה ז'</w:t>
      </w:r>
    </w:p>
    <w:p>
      <w:pPr>
        <w:bidi/>
        <w:spacing w:before="0" w:after="80"/>
        <w:jc w:val="both"/>
      </w:pPr>
      <w:r>
        <w:br w:type="page"/>
      </w:r>
    </w:p>
    <w:p>
      <w:pPr>
        <w:bidi/>
        <w:spacing w:before="0" w:after="120"/>
        <w:jc w:val="both"/>
      </w:pPr>
      <w:r>
        <w:rPr>
          <w:rFonts w:ascii="Times New Roman" w:hAnsi="Times New Roman" w:cs="Times New Roman"/>
          <w:b/>
          <w:bCs/>
          <w:color w:val="9F1239"/>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9f1239"/>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מבנה המילה: שורש, תבנית ומוספיות</w:t>
            </w:r>
          </w:p>
        </w:tc>
      </w:tr>
      <w:tr>
        <w:tc>
          <w:tcPr>
            <w:tcW w:type="dxa" w:w="9978"/>
          </w:tcPr>
          <w:p>
            <w:pPr>
              <w:bidi/>
              <w:spacing w:before="0" w:after="40"/>
              <w:jc w:val="both"/>
            </w:pPr>
            <w:r>
              <w:rPr>
                <w:rtl/>
              </w:rPr>
              <w:t>פרק 2: חלקי הדיבר: מילות תוכן ומילות תפקוד</w:t>
            </w:r>
          </w:p>
        </w:tc>
      </w:tr>
      <w:tr>
        <w:tc>
          <w:tcPr>
            <w:tcW w:type="dxa" w:w="9978"/>
          </w:tcPr>
          <w:p>
            <w:pPr>
              <w:bidi/>
              <w:spacing w:before="0" w:after="40"/>
              <w:jc w:val="both"/>
            </w:pPr>
            <w:r>
              <w:rPr>
                <w:rtl/>
              </w:rPr>
              <w:t>פרק 3: מערכת הפועל: גופים, זמנים ובניינים</w:t>
            </w:r>
          </w:p>
        </w:tc>
      </w:tr>
      <w:tr>
        <w:tc>
          <w:tcPr>
            <w:tcW w:type="dxa" w:w="9978"/>
          </w:tcPr>
          <w:p>
            <w:pPr>
              <w:bidi/>
              <w:spacing w:before="0" w:after="40"/>
              <w:jc w:val="both"/>
            </w:pPr>
            <w:r>
              <w:rPr>
                <w:rtl/>
              </w:rPr>
              <w:t>פרק 4: הצירוף: סמיכות ושם עצם עם שם תואר</w:t>
            </w:r>
          </w:p>
        </w:tc>
      </w:tr>
      <w:tr>
        <w:tc>
          <w:tcPr>
            <w:tcW w:type="dxa" w:w="9978"/>
          </w:tcPr>
          <w:p>
            <w:pPr>
              <w:bidi/>
              <w:spacing w:before="0" w:after="40"/>
              <w:jc w:val="both"/>
            </w:pPr>
            <w:r>
              <w:rPr>
                <w:rtl/>
              </w:rPr>
              <w:t>פרק 5: המשפט: חיווי ושאלה, דיבור ישיר ועקיף, פיסוק</w:t>
            </w:r>
          </w:p>
        </w:tc>
      </w:tr>
      <w:tr>
        <w:tc>
          <w:tcPr>
            <w:tcW w:type="dxa" w:w="9978"/>
          </w:tcPr>
          <w:p>
            <w:pPr>
              <w:bidi/>
              <w:spacing w:before="0" w:after="40"/>
              <w:jc w:val="both"/>
            </w:pPr>
            <w:r>
              <w:rPr>
                <w:rtl/>
              </w:rPr>
              <w:t>פרק 6: היחסים הלוגיים ומילות הקישור</w:t>
            </w:r>
          </w:p>
        </w:tc>
      </w:tr>
      <w:tr>
        <w:tc>
          <w:tcPr>
            <w:tcW w:type="dxa" w:w="9978"/>
          </w:tcPr>
          <w:p>
            <w:pPr>
              <w:bidi/>
              <w:spacing w:before="0" w:after="40"/>
              <w:jc w:val="both"/>
            </w:pPr>
            <w:r>
              <w:rPr>
                <w:rtl/>
              </w:rPr>
              <w:t>פרק 7: כתיבת עמדה מנומקת ומכתב רשמי</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Times New Roman" w:hAnsi="Times New Roman" w:cs="Times New Roman"/>
          <w:b/>
          <w:bCs/>
          <w:color w:val="9F1239"/>
          <w:sz w:val="48"/>
          <w:szCs w:val="48"/>
          <w:rtl/>
        </w:rPr>
        <w:t>מבוא</w:t>
      </w:r>
    </w:p>
    <w:p>
      <w:pPr>
        <w:bidi/>
        <w:spacing w:before="0" w:after="120"/>
        <w:jc w:val="both"/>
      </w:pPr>
      <w:r>
        <w:rPr>
          <w:rtl/>
        </w:rPr>
        <w:t>שלום לתלמידות ולתלמידי כיתה ז'! ברוכים הבאים לחטיבת הביניים.</w:t>
      </w:r>
    </w:p>
    <w:p>
      <w:pPr>
        <w:bidi/>
        <w:spacing w:before="0" w:after="120"/>
        <w:jc w:val="both"/>
      </w:pPr>
      <w:r>
        <w:rPr>
          <w:rtl/>
        </w:rPr>
        <w:t>השנה נכיר את העברית מבפנים: איך בנויה מילה, אילו חלקי דיבר יש בשפה, איך הפועל נע בין גופים, זמנים ובניינים, מה ההבדל בין צירוף למשפט, איך מוסרים דברים של אחרים ואיך מילות הקישור בונות טקסט ברור. בסוף נשתמש בכל זה כדי לכתוב עמדה מנומקת ומכתב רשמי.</w:t>
      </w:r>
    </w:p>
    <w:p>
      <w:pPr>
        <w:bidi/>
        <w:spacing w:before="0" w:after="120"/>
        <w:jc w:val="both"/>
      </w:pPr>
      <w:r>
        <w:rPr>
          <w:rtl/>
        </w:rPr>
        <w:t>בכל פרק יש הסבר קצר עם דוגמאות, כלל «זכרו!», דף סיכום ודפי תרגול. בסוף החוברת – חזרה ושני מבחנים מסכמים. בהצלחה!</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1</w:t>
      </w:r>
    </w:p>
    <w:p>
      <w:pPr>
        <w:bidi/>
        <w:spacing w:before="0" w:after="120"/>
        <w:jc w:val="both"/>
      </w:pPr>
      <w:r>
        <w:rPr>
          <w:rFonts w:ascii="Times New Roman" w:hAnsi="Times New Roman" w:cs="Times New Roman"/>
          <w:b/>
          <w:bCs/>
          <w:color w:val="9F1239"/>
          <w:sz w:val="44"/>
          <w:szCs w:val="44"/>
          <w:rtl/>
        </w:rPr>
        <w:t>פרק 1: מבנה המילה: שורש, תבנית ומוספיות</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lashon_g7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שורש + תבנית = מילה</w:t>
      </w:r>
    </w:p>
    <w:p>
      <w:pPr>
        <w:bidi/>
        <w:spacing w:before="0" w:after="40"/>
        <w:jc w:val="both"/>
      </w:pPr>
      <w:r>
        <w:rPr>
          <w:rtl/>
        </w:rPr>
        <w:t>השורש נותן את המשמעות הכללית, והתבנית קובעת את צורת המילה.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מילה</w:t>
            </w:r>
          </w:p>
        </w:tc>
        <w:tc>
          <w:tcPr>
            <w:tcW w:type="dxa" w:w="3326"/>
            <w:shd w:val="clear" w:color="auto" w:fill="9f1239"/>
          </w:tcPr>
          <w:p>
            <w:pPr>
              <w:bidi/>
              <w:spacing w:before="0" w:after="40"/>
              <w:jc w:val="both"/>
            </w:pPr>
            <w:r>
              <w:rPr>
                <w:b/>
                <w:bCs/>
                <w:color w:val="FFFFFF"/>
                <w:rtl/>
              </w:rPr>
              <w:t>שורש</w:t>
            </w:r>
          </w:p>
        </w:tc>
        <w:tc>
          <w:tcPr>
            <w:tcW w:type="dxa" w:w="3326"/>
            <w:shd w:val="clear" w:color="auto" w:fill="9f1239"/>
          </w:tcPr>
          <w:p>
            <w:pPr>
              <w:bidi/>
              <w:spacing w:before="0" w:after="40"/>
              <w:jc w:val="both"/>
            </w:pPr>
            <w:r>
              <w:rPr>
                <w:b/>
                <w:bCs/>
                <w:color w:val="FFFFFF"/>
                <w:rtl/>
              </w:rPr>
              <w:t>תבנית</w:t>
            </w:r>
          </w:p>
        </w:tc>
      </w:tr>
      <w:tr>
        <w:tc>
          <w:tcPr>
            <w:tcW w:type="dxa" w:w="3326"/>
          </w:tcPr>
          <w:p>
            <w:pPr>
              <w:bidi/>
              <w:spacing w:before="0" w:after="40"/>
              <w:jc w:val="both"/>
            </w:pPr>
            <w:r>
              <w:rPr>
                <w:rtl/>
              </w:rPr>
              <w:t>מכתב</w:t>
            </w:r>
          </w:p>
        </w:tc>
        <w:tc>
          <w:tcPr>
            <w:tcW w:type="dxa" w:w="3326"/>
          </w:tcPr>
          <w:p>
            <w:pPr>
              <w:bidi/>
              <w:spacing w:before="0" w:after="40"/>
              <w:jc w:val="both"/>
            </w:pPr>
            <w:r>
              <w:rPr>
                <w:rtl/>
              </w:rPr>
              <w:t>כ־ת־ב</w:t>
            </w:r>
          </w:p>
        </w:tc>
        <w:tc>
          <w:tcPr>
            <w:tcW w:type="dxa" w:w="3326"/>
          </w:tcPr>
          <w:p>
            <w:pPr>
              <w:bidi/>
              <w:spacing w:before="0" w:after="40"/>
              <w:jc w:val="both"/>
            </w:pPr>
            <w:r>
              <w:rPr>
                <w:rtl/>
              </w:rPr>
              <w:t>מקטל</w:t>
            </w:r>
          </w:p>
        </w:tc>
      </w:tr>
      <w:tr>
        <w:tc>
          <w:tcPr>
            <w:tcW w:type="dxa" w:w="3326"/>
          </w:tcPr>
          <w:p>
            <w:pPr>
              <w:bidi/>
              <w:spacing w:before="0" w:after="40"/>
              <w:jc w:val="both"/>
            </w:pPr>
            <w:r>
              <w:rPr>
                <w:rtl/>
              </w:rPr>
              <w:t>שמירה</w:t>
            </w:r>
          </w:p>
        </w:tc>
        <w:tc>
          <w:tcPr>
            <w:tcW w:type="dxa" w:w="3326"/>
          </w:tcPr>
          <w:p>
            <w:pPr>
              <w:bidi/>
              <w:spacing w:before="0" w:after="40"/>
              <w:jc w:val="both"/>
            </w:pPr>
            <w:r>
              <w:rPr>
                <w:rtl/>
              </w:rPr>
              <w:t>ש־מ־ר</w:t>
            </w:r>
          </w:p>
        </w:tc>
        <w:tc>
          <w:tcPr>
            <w:tcW w:type="dxa" w:w="3326"/>
          </w:tcPr>
          <w:p>
            <w:pPr>
              <w:bidi/>
              <w:spacing w:before="0" w:after="40"/>
              <w:jc w:val="both"/>
            </w:pPr>
            <w:r>
              <w:rPr>
                <w:rtl/>
              </w:rPr>
              <w:t>קטילה</w:t>
            </w:r>
          </w:p>
        </w:tc>
      </w:tr>
      <w:tr>
        <w:tc>
          <w:tcPr>
            <w:tcW w:type="dxa" w:w="3326"/>
          </w:tcPr>
          <w:p>
            <w:pPr>
              <w:bidi/>
              <w:spacing w:before="0" w:after="40"/>
              <w:jc w:val="both"/>
            </w:pPr>
            <w:r>
              <w:rPr>
                <w:rtl/>
              </w:rPr>
              <w:t>תזכורת</w:t>
            </w:r>
          </w:p>
        </w:tc>
        <w:tc>
          <w:tcPr>
            <w:tcW w:type="dxa" w:w="3326"/>
          </w:tcPr>
          <w:p>
            <w:pPr>
              <w:bidi/>
              <w:spacing w:before="0" w:after="40"/>
              <w:jc w:val="both"/>
            </w:pPr>
            <w:r>
              <w:rPr>
                <w:rtl/>
              </w:rPr>
              <w:t>ז־כ־ר</w:t>
            </w:r>
          </w:p>
        </w:tc>
        <w:tc>
          <w:tcPr>
            <w:tcW w:type="dxa" w:w="3326"/>
          </w:tcPr>
          <w:p>
            <w:pPr>
              <w:bidi/>
              <w:spacing w:before="0" w:after="40"/>
              <w:jc w:val="both"/>
            </w:pPr>
            <w:r>
              <w:rPr>
                <w:rtl/>
              </w:rPr>
              <w:t>תקטולת</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שלושה סוגים של מוספיות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סוג</w:t>
            </w:r>
          </w:p>
        </w:tc>
        <w:tc>
          <w:tcPr>
            <w:tcW w:type="dxa" w:w="3326"/>
            <w:shd w:val="clear" w:color="auto" w:fill="9f1239"/>
          </w:tcPr>
          <w:p>
            <w:pPr>
              <w:bidi/>
              <w:spacing w:before="0" w:after="40"/>
              <w:jc w:val="both"/>
            </w:pPr>
            <w:r>
              <w:rPr>
                <w:b/>
                <w:bCs/>
                <w:color w:val="FFFFFF"/>
                <w:rtl/>
              </w:rPr>
              <w:t>איפה היא באה?</w:t>
            </w:r>
          </w:p>
        </w:tc>
        <w:tc>
          <w:tcPr>
            <w:tcW w:type="dxa" w:w="3326"/>
            <w:shd w:val="clear" w:color="auto" w:fill="9f1239"/>
          </w:tcPr>
          <w:p>
            <w:pPr>
              <w:bidi/>
              <w:spacing w:before="0" w:after="40"/>
              <w:jc w:val="both"/>
            </w:pPr>
            <w:r>
              <w:rPr>
                <w:b/>
                <w:bCs/>
                <w:color w:val="FFFFFF"/>
                <w:rtl/>
              </w:rPr>
              <w:t>דוגמה</w:t>
            </w:r>
          </w:p>
        </w:tc>
      </w:tr>
      <w:tr>
        <w:tc>
          <w:tcPr>
            <w:tcW w:type="dxa" w:w="3326"/>
          </w:tcPr>
          <w:p>
            <w:pPr>
              <w:bidi/>
              <w:spacing w:before="0" w:after="40"/>
              <w:jc w:val="both"/>
            </w:pPr>
            <w:r>
              <w:rPr>
                <w:rtl/>
              </w:rPr>
              <w:t>תחילית</w:t>
            </w:r>
          </w:p>
        </w:tc>
        <w:tc>
          <w:tcPr>
            <w:tcW w:type="dxa" w:w="3326"/>
          </w:tcPr>
          <w:p>
            <w:pPr>
              <w:bidi/>
              <w:spacing w:before="0" w:after="40"/>
              <w:jc w:val="both"/>
            </w:pPr>
            <w:r>
              <w:rPr>
                <w:rtl/>
              </w:rPr>
              <w:t>לפני אותיות השורש</w:t>
            </w:r>
          </w:p>
        </w:tc>
        <w:tc>
          <w:tcPr>
            <w:tcW w:type="dxa" w:w="3326"/>
          </w:tcPr>
          <w:p>
            <w:pPr>
              <w:bidi/>
              <w:spacing w:before="0" w:after="40"/>
              <w:jc w:val="both"/>
            </w:pPr>
            <w:r>
              <w:rPr>
                <w:rtl/>
              </w:rPr>
              <w:t>מגדל</w:t>
            </w:r>
          </w:p>
        </w:tc>
      </w:tr>
      <w:tr>
        <w:tc>
          <w:tcPr>
            <w:tcW w:type="dxa" w:w="3326"/>
          </w:tcPr>
          <w:p>
            <w:pPr>
              <w:bidi/>
              <w:spacing w:before="0" w:after="40"/>
              <w:jc w:val="both"/>
            </w:pPr>
            <w:r>
              <w:rPr>
                <w:rtl/>
              </w:rPr>
              <w:t>תוכית</w:t>
            </w:r>
          </w:p>
        </w:tc>
        <w:tc>
          <w:tcPr>
            <w:tcW w:type="dxa" w:w="3326"/>
          </w:tcPr>
          <w:p>
            <w:pPr>
              <w:bidi/>
              <w:spacing w:before="0" w:after="40"/>
              <w:jc w:val="both"/>
            </w:pPr>
            <w:r>
              <w:rPr>
                <w:rtl/>
              </w:rPr>
              <w:t>בין אותיות השורש</w:t>
            </w:r>
          </w:p>
        </w:tc>
        <w:tc>
          <w:tcPr>
            <w:tcW w:type="dxa" w:w="3326"/>
          </w:tcPr>
          <w:p>
            <w:pPr>
              <w:bidi/>
              <w:spacing w:before="0" w:after="40"/>
              <w:jc w:val="both"/>
            </w:pPr>
            <w:r>
              <w:rPr>
                <w:rtl/>
              </w:rPr>
              <w:t>כתוב</w:t>
            </w:r>
          </w:p>
        </w:tc>
      </w:tr>
      <w:tr>
        <w:tc>
          <w:tcPr>
            <w:tcW w:type="dxa" w:w="3326"/>
          </w:tcPr>
          <w:p>
            <w:pPr>
              <w:bidi/>
              <w:spacing w:before="0" w:after="40"/>
              <w:jc w:val="both"/>
            </w:pPr>
            <w:r>
              <w:rPr>
                <w:rtl/>
              </w:rPr>
              <w:t>סופית</w:t>
            </w:r>
          </w:p>
        </w:tc>
        <w:tc>
          <w:tcPr>
            <w:tcW w:type="dxa" w:w="3326"/>
          </w:tcPr>
          <w:p>
            <w:pPr>
              <w:bidi/>
              <w:spacing w:before="0" w:after="40"/>
              <w:jc w:val="both"/>
            </w:pPr>
            <w:r>
              <w:rPr>
                <w:rtl/>
              </w:rPr>
              <w:t>אחרי אותיות השורש</w:t>
            </w:r>
          </w:p>
        </w:tc>
        <w:tc>
          <w:tcPr>
            <w:tcW w:type="dxa" w:w="3326"/>
          </w:tcPr>
          <w:p>
            <w:pPr>
              <w:bidi/>
              <w:spacing w:before="0" w:after="40"/>
              <w:jc w:val="both"/>
            </w:pPr>
            <w:r>
              <w:rPr>
                <w:rtl/>
              </w:rPr>
              <w:t>ילדות</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כינוי חבור</w:t>
      </w:r>
    </w:p>
    <w:p>
      <w:pPr>
        <w:bidi/>
        <w:spacing w:before="0" w:after="20"/>
        <w:jc w:val="both"/>
      </w:pPr>
      <w:r>
        <w:rPr>
          <w:rtl/>
        </w:rPr>
        <w:t>1. עם שם עצם הוא מציין שייכות.</w:t>
      </w:r>
    </w:p>
    <w:p>
      <w:pPr>
        <w:bidi/>
        <w:spacing w:before="0" w:after="20"/>
        <w:jc w:val="both"/>
      </w:pPr>
      <w:r>
        <w:rPr>
          <w:rtl/>
        </w:rPr>
        <w:t>2. עם פועל הוא מציין מושא.</w:t>
      </w:r>
    </w:p>
    <w:p>
      <w:pPr>
        <w:bidi/>
        <w:spacing w:before="0" w:after="120"/>
        <w:jc w:val="both"/>
      </w:pPr>
      <w:r>
        <w:rPr>
          <w:color w:val="334055"/>
          <w:sz w:val="24"/>
          <w:szCs w:val="24"/>
          <w:rtl/>
        </w:rPr>
        <w:t>דוגמאות: ביתנו = הבית שלנו · פגשתיו = פגשתי אותו</w:t>
      </w:r>
    </w:p>
    <w:p>
      <w:pPr>
        <w:bidi/>
        <w:spacing w:before="160" w:after="60"/>
        <w:jc w:val="both"/>
      </w:pPr>
      <w:r>
        <w:rPr>
          <w:b/>
          <w:bCs/>
          <w:sz w:val="26"/>
          <w:szCs w:val="26"/>
          <w:rtl/>
        </w:rPr>
        <w:t>1. כתבו את השורש.</w:t>
      </w:r>
    </w:p>
    <w:p>
      <w:pPr>
        <w:bidi/>
        <w:spacing w:before="0" w:after="60"/>
        <w:jc w:val="both"/>
      </w:pPr>
      <w:r>
        <w:rPr>
          <w:rtl/>
        </w:rPr>
        <w:t>א. השורש של «מסעדה»: __________.</w:t>
      </w:r>
    </w:p>
    <w:p>
      <w:pPr>
        <w:bidi/>
        <w:spacing w:before="0" w:after="60"/>
        <w:jc w:val="both"/>
      </w:pPr>
      <w:r>
        <w:rPr>
          <w:rtl/>
        </w:rPr>
        <w:t>ב. השורש של «התנדבות»: __________.</w:t>
      </w:r>
    </w:p>
    <w:p>
      <w:pPr>
        <w:bidi/>
        <w:spacing w:before="0" w:after="60"/>
        <w:jc w:val="both"/>
      </w:pPr>
      <w:r>
        <w:rPr>
          <w:rtl/>
        </w:rPr>
        <w:t>ג. השורש של «משחק»: __________.</w:t>
      </w:r>
    </w:p>
    <w:p>
      <w:pPr>
        <w:bidi/>
        <w:spacing w:before="0" w:after="60"/>
        <w:jc w:val="both"/>
      </w:pPr>
      <w:r>
        <w:rPr>
          <w:rtl/>
        </w:rPr>
        <w:t>ד. השורש של «תספורת»: __________.</w:t>
      </w:r>
    </w:p>
    <w:p>
      <w:pPr>
        <w:bidi/>
        <w:spacing w:before="160" w:after="60"/>
        <w:jc w:val="both"/>
      </w:pPr>
      <w:r>
        <w:rPr>
          <w:b/>
          <w:bCs/>
          <w:sz w:val="26"/>
          <w:szCs w:val="26"/>
          <w:rtl/>
        </w:rPr>
        <w:t>2. מה תפקיד האותיות המודגשות בסוגריים?</w:t>
      </w:r>
    </w:p>
    <w:p>
      <w:pPr>
        <w:bidi/>
        <w:spacing w:before="0" w:after="20"/>
        <w:jc w:val="both"/>
      </w:pPr>
      <w:r>
        <w:rPr>
          <w:rtl/>
        </w:rPr>
        <w:t>א. (מ)גדל</w:t>
      </w:r>
    </w:p>
    <w:p>
      <w:pPr>
        <w:bidi/>
        <w:spacing w:before="0" w:after="80"/>
        <w:jc w:val="both"/>
      </w:pPr>
      <w:r>
        <w:rPr>
          <w:rtl/>
        </w:rPr>
        <w:t xml:space="preserve">   ○ תחילית      ○ תוכית      ○ סופית</w:t>
      </w:r>
    </w:p>
    <w:p>
      <w:pPr>
        <w:bidi/>
        <w:spacing w:before="0" w:after="20"/>
        <w:jc w:val="both"/>
      </w:pPr>
      <w:r>
        <w:rPr>
          <w:rtl/>
        </w:rPr>
        <w:t>ב. גד(ו)ל</w:t>
      </w:r>
    </w:p>
    <w:p>
      <w:pPr>
        <w:bidi/>
        <w:spacing w:before="0" w:after="80"/>
        <w:jc w:val="both"/>
      </w:pPr>
      <w:r>
        <w:rPr>
          <w:rtl/>
        </w:rPr>
        <w:t xml:space="preserve">   ○ תחילית      ○ תוכית      ○ סופית</w:t>
      </w:r>
    </w:p>
    <w:p>
      <w:pPr>
        <w:bidi/>
        <w:spacing w:before="0" w:after="20"/>
        <w:jc w:val="both"/>
      </w:pPr>
      <w:r>
        <w:rPr>
          <w:rtl/>
        </w:rPr>
        <w:t>ג. ילד(ות)</w:t>
      </w:r>
    </w:p>
    <w:p>
      <w:pPr>
        <w:bidi/>
        <w:spacing w:before="0" w:after="80"/>
        <w:jc w:val="both"/>
      </w:pPr>
      <w:r>
        <w:rPr>
          <w:rtl/>
        </w:rPr>
        <w:t xml:space="preserve">   ○ תחילית      ○ תוכית      ○ סופית</w:t>
      </w:r>
    </w:p>
    <w:p>
      <w:pPr>
        <w:bidi/>
        <w:spacing w:before="160" w:after="60"/>
        <w:jc w:val="both"/>
      </w:pPr>
      <w:r>
        <w:rPr>
          <w:b/>
          <w:bCs/>
          <w:sz w:val="26"/>
          <w:szCs w:val="26"/>
          <w:rtl/>
        </w:rPr>
        <w:t>3.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בלי כינוי חבור</w:t>
            </w:r>
          </w:p>
        </w:tc>
        <w:tc>
          <w:tcPr>
            <w:tcW w:type="dxa" w:w="4989"/>
            <w:shd w:val="clear" w:color="auto" w:fill="9f1239"/>
          </w:tcPr>
          <w:p>
            <w:pPr>
              <w:bidi/>
              <w:spacing w:before="0" w:after="40"/>
              <w:jc w:val="both"/>
            </w:pPr>
            <w:r>
              <w:rPr>
                <w:b/>
                <w:bCs/>
                <w:color w:val="FFFFFF"/>
                <w:rtl/>
              </w:rPr>
              <w:t>עם כינוי חבור</w:t>
            </w:r>
          </w:p>
        </w:tc>
      </w:tr>
      <w:tr>
        <w:tc>
          <w:tcPr>
            <w:tcW w:type="dxa" w:w="4989"/>
          </w:tcPr>
          <w:p>
            <w:pPr>
              <w:bidi/>
              <w:spacing w:before="0" w:after="40"/>
              <w:jc w:val="both"/>
            </w:pPr>
            <w:r>
              <w:rPr>
                <w:rtl/>
              </w:rPr>
              <w:t>הספרים שלי</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עירכם</w:t>
            </w:r>
          </w:p>
        </w:tc>
      </w:tr>
      <w:tr>
        <w:tc>
          <w:tcPr>
            <w:tcW w:type="dxa" w:w="4989"/>
          </w:tcPr>
          <w:p>
            <w:pPr>
              <w:bidi/>
              <w:spacing w:before="0" w:after="40"/>
              <w:jc w:val="both"/>
            </w:pPr>
            <w:r>
              <w:rPr>
                <w:rtl/>
              </w:rPr>
              <w:t>ביקרתי אותם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בחרו שורש (למשל ל־מ־ד) וכתבו ממנו ארבע מילים שונות. סמנו בכל מילה את המוספיות.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המילים לפי השורש.</w:t>
      </w:r>
    </w:p>
    <w:p>
      <w:pPr>
        <w:bidi/>
        <w:spacing w:before="0" w:after="80"/>
        <w:jc w:val="both"/>
      </w:pPr>
      <w:r>
        <w:rPr>
          <w:color w:val="9F1239"/>
          <w:sz w:val="24"/>
          <w:szCs w:val="24"/>
          <w:rtl/>
        </w:rPr>
        <w:t>המילים: רכבת  |  מרכב  |  רוכב  |  שליח  |  משלוח  |  שליחות  |  גדול  |  מגדל  |  גודל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ר־כ־ב</w:t>
            </w:r>
          </w:p>
        </w:tc>
        <w:tc>
          <w:tcPr>
            <w:tcW w:type="dxa" w:w="3326"/>
            <w:shd w:val="clear" w:color="auto" w:fill="9f1239"/>
          </w:tcPr>
          <w:p>
            <w:pPr>
              <w:bidi/>
              <w:spacing w:before="0" w:after="40"/>
              <w:jc w:val="both"/>
            </w:pPr>
            <w:r>
              <w:rPr>
                <w:b/>
                <w:bCs/>
                <w:color w:val="FFFFFF"/>
                <w:rtl/>
              </w:rPr>
              <w:t>ש־ל־ח</w:t>
            </w:r>
          </w:p>
        </w:tc>
        <w:tc>
          <w:tcPr>
            <w:tcW w:type="dxa" w:w="3326"/>
            <w:shd w:val="clear" w:color="auto" w:fill="9f1239"/>
          </w:tcPr>
          <w:p>
            <w:pPr>
              <w:bidi/>
              <w:spacing w:before="0" w:after="40"/>
              <w:jc w:val="both"/>
            </w:pPr>
            <w:r>
              <w:rPr>
                <w:b/>
                <w:bCs/>
                <w:color w:val="FFFFFF"/>
                <w:rtl/>
              </w:rPr>
              <w:t>ג־ד־ל</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נכון או לא נכון? תקנו את הלא נכונים.</w:t>
      </w:r>
    </w:p>
    <w:p>
      <w:pPr>
        <w:bidi/>
        <w:spacing w:before="0" w:after="60"/>
        <w:jc w:val="both"/>
      </w:pPr>
      <w:r>
        <w:rPr>
          <w:rtl/>
        </w:rPr>
        <w:t>א. השורש של «מסעדה» הוא ס־ע־ד.      נכון / לא נכון</w:t>
      </w:r>
    </w:p>
    <w:p>
      <w:pPr>
        <w:bidi/>
        <w:spacing w:before="0" w:after="60"/>
        <w:jc w:val="both"/>
      </w:pPr>
      <w:r>
        <w:rPr>
          <w:rtl/>
        </w:rPr>
        <w:t>ב. במילה «ילדות» הסופית היא ־ות.      נכון / לא נכון</w:t>
      </w:r>
    </w:p>
    <w:p>
      <w:pPr>
        <w:bidi/>
        <w:spacing w:before="0" w:after="60"/>
        <w:jc w:val="both"/>
      </w:pPr>
      <w:r>
        <w:rPr>
          <w:rtl/>
        </w:rPr>
        <w:t>ג. «ספרינו» פירושו «ספרו אותנו».      נכון / לא נכון</w:t>
      </w:r>
    </w:p>
    <w:p>
      <w:pPr>
        <w:bidi/>
        <w:spacing w:before="160" w:after="60"/>
        <w:jc w:val="both"/>
      </w:pPr>
      <w:r>
        <w:rPr>
          <w:b/>
          <w:bCs/>
          <w:sz w:val="26"/>
          <w:szCs w:val="26"/>
          <w:rtl/>
        </w:rPr>
        <w:t>7. התאימו כל מילה לשורש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תשובה</w:t>
            </w:r>
          </w:p>
        </w:tc>
        <w:tc>
          <w:tcPr>
            <w:tcW w:type="dxa" w:w="4989"/>
          </w:tcPr>
          <w:p>
            <w:pPr>
              <w:bidi/>
              <w:spacing w:before="0" w:after="40"/>
              <w:jc w:val="both"/>
            </w:pPr>
            <w:r>
              <w:rPr>
                <w:rtl/>
              </w:rPr>
              <w:t>[   ] ס־ג־ר</w:t>
            </w:r>
          </w:p>
        </w:tc>
      </w:tr>
      <w:tr>
        <w:tc>
          <w:tcPr>
            <w:tcW w:type="dxa" w:w="4989"/>
          </w:tcPr>
          <w:p>
            <w:pPr>
              <w:bidi/>
              <w:spacing w:before="0" w:after="40"/>
              <w:jc w:val="both"/>
            </w:pPr>
            <w:r>
              <w:rPr>
                <w:rtl/>
              </w:rPr>
              <w:t>2. מסגרת</w:t>
            </w:r>
          </w:p>
        </w:tc>
        <w:tc>
          <w:tcPr>
            <w:tcW w:type="dxa" w:w="4989"/>
          </w:tcPr>
          <w:p>
            <w:pPr>
              <w:bidi/>
              <w:spacing w:before="0" w:after="40"/>
              <w:jc w:val="both"/>
            </w:pPr>
            <w:r>
              <w:rPr>
                <w:rtl/>
              </w:rPr>
              <w:t>[   ] ל־ב־ש</w:t>
            </w:r>
          </w:p>
        </w:tc>
      </w:tr>
      <w:tr>
        <w:tc>
          <w:tcPr>
            <w:tcW w:type="dxa" w:w="4989"/>
          </w:tcPr>
          <w:p>
            <w:pPr>
              <w:bidi/>
              <w:spacing w:before="0" w:after="40"/>
              <w:jc w:val="both"/>
            </w:pPr>
            <w:r>
              <w:rPr>
                <w:rtl/>
              </w:rPr>
              <w:t>3. תלבושת</w:t>
            </w:r>
          </w:p>
        </w:tc>
        <w:tc>
          <w:tcPr>
            <w:tcW w:type="dxa" w:w="4989"/>
          </w:tcPr>
          <w:p>
            <w:pPr>
              <w:bidi/>
              <w:spacing w:before="0" w:after="40"/>
              <w:jc w:val="both"/>
            </w:pPr>
            <w:r>
              <w:rPr>
                <w:rtl/>
              </w:rPr>
              <w:t>[   ] ח־ש־ב</w:t>
            </w:r>
          </w:p>
        </w:tc>
      </w:tr>
      <w:tr>
        <w:tc>
          <w:tcPr>
            <w:tcW w:type="dxa" w:w="4989"/>
          </w:tcPr>
          <w:p>
            <w:pPr>
              <w:bidi/>
              <w:spacing w:before="0" w:after="40"/>
              <w:jc w:val="both"/>
            </w:pPr>
            <w:r>
              <w:rPr>
                <w:rtl/>
              </w:rPr>
              <w:t>4. מחשב</w:t>
            </w:r>
          </w:p>
        </w:tc>
        <w:tc>
          <w:tcPr>
            <w:tcW w:type="dxa" w:w="4989"/>
          </w:tcPr>
          <w:p>
            <w:pPr>
              <w:bidi/>
              <w:spacing w:before="0" w:after="40"/>
              <w:jc w:val="both"/>
            </w:pPr>
            <w:r>
              <w:rPr>
                <w:rtl/>
              </w:rPr>
              <w:t>[   ] ש־ו־ב</w:t>
            </w:r>
          </w:p>
        </w:tc>
      </w:tr>
    </w:tbl>
    <w:p>
      <w:pPr>
        <w:bidi/>
        <w:spacing w:before="0" w:after="40"/>
        <w:jc w:val="both"/>
      </w:pPr>
    </w:p>
    <w:p>
      <w:pPr>
        <w:bidi/>
        <w:spacing w:before="160" w:after="60"/>
        <w:jc w:val="both"/>
      </w:pPr>
      <w:r>
        <w:rPr>
          <w:b/>
          <w:bCs/>
          <w:sz w:val="26"/>
          <w:szCs w:val="26"/>
          <w:rtl/>
        </w:rPr>
        <w:t>8. כתבו את הצירוף במילה אחת עם כינוי חבור.</w:t>
      </w:r>
    </w:p>
    <w:p>
      <w:pPr>
        <w:bidi/>
        <w:spacing w:before="0" w:after="60"/>
        <w:jc w:val="both"/>
      </w:pPr>
      <w:r>
        <w:rPr>
          <w:rtl/>
        </w:rPr>
        <w:t>א. «הבית שלהם» בכינוי חבור: __________.</w:t>
      </w:r>
    </w:p>
    <w:p>
      <w:pPr>
        <w:bidi/>
        <w:spacing w:before="0" w:after="60"/>
        <w:jc w:val="both"/>
      </w:pPr>
      <w:r>
        <w:rPr>
          <w:rtl/>
        </w:rPr>
        <w:t>ב. «החברה שלי» בכינוי חבור: __________.</w:t>
      </w:r>
    </w:p>
    <w:p>
      <w:pPr>
        <w:bidi/>
        <w:spacing w:before="0" w:after="60"/>
        <w:jc w:val="both"/>
      </w:pPr>
      <w:r>
        <w:rPr>
          <w:rtl/>
        </w:rPr>
        <w:t>ג. «העיר שלכן» בכינוי חבור: __________.</w:t>
      </w:r>
    </w:p>
    <w:p>
      <w:pPr>
        <w:bidi/>
        <w:spacing w:before="160" w:after="60"/>
        <w:jc w:val="both"/>
      </w:pPr>
      <w:r>
        <w:rPr>
          <w:b/>
          <w:bCs/>
          <w:sz w:val="26"/>
          <w:szCs w:val="26"/>
          <w:rtl/>
        </w:rPr>
        <w:t>9. בכל מילה כתבו מהי התחילית.</w:t>
      </w:r>
    </w:p>
    <w:p>
      <w:pPr>
        <w:bidi/>
        <w:spacing w:before="0" w:after="100"/>
        <w:jc w:val="both"/>
      </w:pPr>
      <w:r>
        <w:rPr>
          <w:rtl/>
        </w:rPr>
        <w:t>א. מגדל</w:t>
      </w:r>
    </w:p>
    <w:p>
      <w:pPr>
        <w:bidi/>
        <w:spacing w:before="0" w:after="100"/>
        <w:jc w:val="both"/>
      </w:pPr>
      <w:r>
        <w:rPr>
          <w:rtl/>
        </w:rPr>
        <w:t>ב. תזכורת</w:t>
      </w:r>
    </w:p>
    <w:p>
      <w:pPr>
        <w:bidi/>
        <w:spacing w:before="0" w:after="100"/>
        <w:jc w:val="both"/>
      </w:pPr>
      <w:r>
        <w:rPr>
          <w:rtl/>
        </w:rPr>
        <w:t>ג. נכתב</w:t>
      </w:r>
    </w:p>
    <w:p>
      <w:pPr>
        <w:bidi/>
        <w:spacing w:before="0" w:after="100"/>
        <w:jc w:val="both"/>
      </w:pPr>
      <w:r>
        <w:rPr>
          <w:rtl/>
        </w:rPr>
        <w:t>ד. התרגשות</w:t>
      </w:r>
    </w:p>
    <w:p>
      <w:pPr>
        <w:bidi/>
        <w:spacing w:before="160" w:after="60"/>
        <w:jc w:val="both"/>
      </w:pPr>
      <w:r>
        <w:rPr>
          <w:b/>
          <w:bCs/>
          <w:sz w:val="26"/>
          <w:szCs w:val="26"/>
          <w:rtl/>
        </w:rPr>
        <w:t>10. השלימו לכל שורש שם של מקום ושם של פעולה.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שורש</w:t>
            </w:r>
          </w:p>
        </w:tc>
        <w:tc>
          <w:tcPr>
            <w:tcW w:type="dxa" w:w="3326"/>
            <w:shd w:val="clear" w:color="auto" w:fill="9f1239"/>
          </w:tcPr>
          <w:p>
            <w:pPr>
              <w:bidi/>
              <w:spacing w:before="0" w:after="40"/>
              <w:jc w:val="both"/>
            </w:pPr>
            <w:r>
              <w:rPr>
                <w:b/>
                <w:bCs/>
                <w:color w:val="FFFFFF"/>
                <w:rtl/>
              </w:rPr>
              <w:t>שם של מקום</w:t>
            </w:r>
          </w:p>
        </w:tc>
        <w:tc>
          <w:tcPr>
            <w:tcW w:type="dxa" w:w="3326"/>
            <w:shd w:val="clear" w:color="auto" w:fill="9f1239"/>
          </w:tcPr>
          <w:p>
            <w:pPr>
              <w:bidi/>
              <w:spacing w:before="0" w:after="40"/>
              <w:jc w:val="both"/>
            </w:pPr>
            <w:r>
              <w:rPr>
                <w:b/>
                <w:bCs/>
                <w:color w:val="FFFFFF"/>
                <w:rtl/>
              </w:rPr>
              <w:t>שם של פעולה</w:t>
            </w:r>
          </w:p>
        </w:tc>
      </w:tr>
      <w:tr>
        <w:tc>
          <w:tcPr>
            <w:tcW w:type="dxa" w:w="3326"/>
          </w:tcPr>
          <w:p>
            <w:pPr>
              <w:bidi/>
              <w:spacing w:before="0" w:after="40"/>
              <w:jc w:val="both"/>
            </w:pPr>
            <w:r>
              <w:rPr>
                <w:rtl/>
              </w:rPr>
              <w:t>כ־ב־ס</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ס־פ־ר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א־פ־ה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כתבו שלוש מילים עם תחילית ת, ולכל מילה כתבו את השורש.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משפט אחד עם כינוי חבור לשייכות ומשפט אחד עם כינוי חבור למושא, וסמנו אותם.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2</w:t>
      </w:r>
    </w:p>
    <w:p>
      <w:pPr>
        <w:bidi/>
        <w:spacing w:before="0" w:after="120"/>
        <w:jc w:val="both"/>
      </w:pPr>
      <w:r>
        <w:rPr>
          <w:rFonts w:ascii="Times New Roman" w:hAnsi="Times New Roman" w:cs="Times New Roman"/>
          <w:b/>
          <w:bCs/>
          <w:color w:val="9F1239"/>
          <w:sz w:val="44"/>
          <w:szCs w:val="44"/>
          <w:rtl/>
        </w:rPr>
        <w:t>פרק 2: חלקי הדיבר: מילות תוכן ומילות תפקוד</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lashon_g7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מילות תוכן ומילות תפקוד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חלק הדיבור</w:t>
            </w:r>
          </w:p>
        </w:tc>
        <w:tc>
          <w:tcPr>
            <w:tcW w:type="dxa" w:w="3326"/>
            <w:shd w:val="clear" w:color="auto" w:fill="9f1239"/>
          </w:tcPr>
          <w:p>
            <w:pPr>
              <w:bidi/>
              <w:spacing w:before="0" w:after="40"/>
              <w:jc w:val="both"/>
            </w:pPr>
            <w:r>
              <w:rPr>
                <w:b/>
                <w:bCs/>
                <w:color w:val="FFFFFF"/>
                <w:rtl/>
              </w:rPr>
              <w:t>מה הוא מציין?</w:t>
            </w:r>
          </w:p>
        </w:tc>
        <w:tc>
          <w:tcPr>
            <w:tcW w:type="dxa" w:w="3326"/>
            <w:shd w:val="clear" w:color="auto" w:fill="9f1239"/>
          </w:tcPr>
          <w:p>
            <w:pPr>
              <w:bidi/>
              <w:spacing w:before="0" w:after="40"/>
              <w:jc w:val="both"/>
            </w:pPr>
            <w:r>
              <w:rPr>
                <w:b/>
                <w:bCs/>
                <w:color w:val="FFFFFF"/>
                <w:rtl/>
              </w:rPr>
              <w:t>דוגמה</w:t>
            </w:r>
          </w:p>
        </w:tc>
      </w:tr>
      <w:tr>
        <w:tc>
          <w:tcPr>
            <w:tcW w:type="dxa" w:w="3326"/>
          </w:tcPr>
          <w:p>
            <w:pPr>
              <w:bidi/>
              <w:spacing w:before="0" w:after="40"/>
              <w:jc w:val="both"/>
            </w:pPr>
            <w:r>
              <w:rPr>
                <w:rtl/>
              </w:rPr>
              <w:t>שם עצם</w:t>
            </w:r>
          </w:p>
        </w:tc>
        <w:tc>
          <w:tcPr>
            <w:tcW w:type="dxa" w:w="3326"/>
          </w:tcPr>
          <w:p>
            <w:pPr>
              <w:bidi/>
              <w:spacing w:before="0" w:after="40"/>
              <w:jc w:val="both"/>
            </w:pPr>
            <w:r>
              <w:rPr>
                <w:rtl/>
              </w:rPr>
              <w:t>אדם, דבר, רעיון או פעולה</w:t>
            </w:r>
          </w:p>
        </w:tc>
        <w:tc>
          <w:tcPr>
            <w:tcW w:type="dxa" w:w="3326"/>
          </w:tcPr>
          <w:p>
            <w:pPr>
              <w:bidi/>
              <w:spacing w:before="0" w:after="40"/>
              <w:jc w:val="both"/>
            </w:pPr>
            <w:r>
              <w:rPr>
                <w:rtl/>
              </w:rPr>
              <w:t>ספסל, אומץ, ריצה</w:t>
            </w:r>
          </w:p>
        </w:tc>
      </w:tr>
      <w:tr>
        <w:tc>
          <w:tcPr>
            <w:tcW w:type="dxa" w:w="3326"/>
          </w:tcPr>
          <w:p>
            <w:pPr>
              <w:bidi/>
              <w:spacing w:before="0" w:after="40"/>
              <w:jc w:val="both"/>
            </w:pPr>
            <w:r>
              <w:rPr>
                <w:rtl/>
              </w:rPr>
              <w:t>שם תואר</w:t>
            </w:r>
          </w:p>
        </w:tc>
        <w:tc>
          <w:tcPr>
            <w:tcW w:type="dxa" w:w="3326"/>
          </w:tcPr>
          <w:p>
            <w:pPr>
              <w:bidi/>
              <w:spacing w:before="0" w:after="40"/>
              <w:jc w:val="both"/>
            </w:pPr>
            <w:r>
              <w:rPr>
                <w:rtl/>
              </w:rPr>
              <w:t>תכונה של שם העצם</w:t>
            </w:r>
          </w:p>
        </w:tc>
        <w:tc>
          <w:tcPr>
            <w:tcW w:type="dxa" w:w="3326"/>
          </w:tcPr>
          <w:p>
            <w:pPr>
              <w:bidi/>
              <w:spacing w:before="0" w:after="40"/>
              <w:jc w:val="both"/>
            </w:pPr>
            <w:r>
              <w:rPr>
                <w:rtl/>
              </w:rPr>
              <w:t>ירוק, שקט</w:t>
            </w:r>
          </w:p>
        </w:tc>
      </w:tr>
      <w:tr>
        <w:tc>
          <w:tcPr>
            <w:tcW w:type="dxa" w:w="3326"/>
          </w:tcPr>
          <w:p>
            <w:pPr>
              <w:bidi/>
              <w:spacing w:before="0" w:after="40"/>
              <w:jc w:val="both"/>
            </w:pPr>
            <w:r>
              <w:rPr>
                <w:rtl/>
              </w:rPr>
              <w:t>פועל</w:t>
            </w:r>
          </w:p>
        </w:tc>
        <w:tc>
          <w:tcPr>
            <w:tcW w:type="dxa" w:w="3326"/>
          </w:tcPr>
          <w:p>
            <w:pPr>
              <w:bidi/>
              <w:spacing w:before="0" w:after="40"/>
              <w:jc w:val="both"/>
            </w:pPr>
            <w:r>
              <w:rPr>
                <w:rtl/>
              </w:rPr>
              <w:t>פעולה או מצב, עם גוף וזמן</w:t>
            </w:r>
          </w:p>
        </w:tc>
        <w:tc>
          <w:tcPr>
            <w:tcW w:type="dxa" w:w="3326"/>
          </w:tcPr>
          <w:p>
            <w:pPr>
              <w:bidi/>
              <w:spacing w:before="0" w:after="40"/>
              <w:jc w:val="both"/>
            </w:pPr>
            <w:r>
              <w:rPr>
                <w:rtl/>
              </w:rPr>
              <w:t>כתבנו</w:t>
            </w:r>
          </w:p>
        </w:tc>
      </w:tr>
      <w:tr>
        <w:tc>
          <w:tcPr>
            <w:tcW w:type="dxa" w:w="3326"/>
          </w:tcPr>
          <w:p>
            <w:pPr>
              <w:bidi/>
              <w:spacing w:before="0" w:after="40"/>
              <w:jc w:val="both"/>
            </w:pPr>
            <w:r>
              <w:rPr>
                <w:rtl/>
              </w:rPr>
              <w:t>תואר הפועל</w:t>
            </w:r>
          </w:p>
        </w:tc>
        <w:tc>
          <w:tcPr>
            <w:tcW w:type="dxa" w:w="3326"/>
          </w:tcPr>
          <w:p>
            <w:pPr>
              <w:bidi/>
              <w:spacing w:before="0" w:after="40"/>
              <w:jc w:val="both"/>
            </w:pPr>
            <w:r>
              <w:rPr>
                <w:rtl/>
              </w:rPr>
              <w:t>איך, מתי או איפה</w:t>
            </w:r>
          </w:p>
        </w:tc>
        <w:tc>
          <w:tcPr>
            <w:tcW w:type="dxa" w:w="3326"/>
          </w:tcPr>
          <w:p>
            <w:pPr>
              <w:bidi/>
              <w:spacing w:before="0" w:after="40"/>
              <w:jc w:val="both"/>
            </w:pPr>
            <w:r>
              <w:rPr>
                <w:rtl/>
              </w:rPr>
              <w:t>לאט, מחר, כאן</w:t>
            </w:r>
          </w:p>
        </w:tc>
      </w:tr>
      <w:tr>
        <w:tc>
          <w:tcPr>
            <w:tcW w:type="dxa" w:w="3326"/>
          </w:tcPr>
          <w:p>
            <w:pPr>
              <w:bidi/>
              <w:spacing w:before="0" w:after="40"/>
              <w:jc w:val="both"/>
            </w:pPr>
            <w:r>
              <w:rPr>
                <w:rtl/>
              </w:rPr>
              <w:t>מילת יחס</w:t>
            </w:r>
          </w:p>
        </w:tc>
        <w:tc>
          <w:tcPr>
            <w:tcW w:type="dxa" w:w="3326"/>
          </w:tcPr>
          <w:p>
            <w:pPr>
              <w:bidi/>
              <w:spacing w:before="0" w:after="40"/>
              <w:jc w:val="both"/>
            </w:pPr>
            <w:r>
              <w:rPr>
                <w:rtl/>
              </w:rPr>
              <w:t>קשר בין מילים</w:t>
            </w:r>
          </w:p>
        </w:tc>
        <w:tc>
          <w:tcPr>
            <w:tcW w:type="dxa" w:w="3326"/>
          </w:tcPr>
          <w:p>
            <w:pPr>
              <w:bidi/>
              <w:spacing w:before="0" w:after="40"/>
              <w:jc w:val="both"/>
            </w:pPr>
            <w:r>
              <w:rPr>
                <w:rtl/>
              </w:rPr>
              <w:t>על, אל, בשביל</w:t>
            </w:r>
          </w:p>
        </w:tc>
      </w:tr>
      <w:tr>
        <w:tc>
          <w:tcPr>
            <w:tcW w:type="dxa" w:w="3326"/>
          </w:tcPr>
          <w:p>
            <w:pPr>
              <w:bidi/>
              <w:spacing w:before="0" w:after="40"/>
              <w:jc w:val="both"/>
            </w:pPr>
            <w:r>
              <w:rPr>
                <w:rtl/>
              </w:rPr>
              <w:t>מילת קישור</w:t>
            </w:r>
          </w:p>
        </w:tc>
        <w:tc>
          <w:tcPr>
            <w:tcW w:type="dxa" w:w="3326"/>
          </w:tcPr>
          <w:p>
            <w:pPr>
              <w:bidi/>
              <w:spacing w:before="0" w:after="40"/>
              <w:jc w:val="both"/>
            </w:pPr>
            <w:r>
              <w:rPr>
                <w:rtl/>
              </w:rPr>
              <w:t>קשר בין משפטים</w:t>
            </w:r>
          </w:p>
        </w:tc>
        <w:tc>
          <w:tcPr>
            <w:tcW w:type="dxa" w:w="3326"/>
          </w:tcPr>
          <w:p>
            <w:pPr>
              <w:bidi/>
              <w:spacing w:before="0" w:after="40"/>
              <w:jc w:val="both"/>
            </w:pPr>
            <w:r>
              <w:rPr>
                <w:rtl/>
              </w:rPr>
              <w:t>אבל, לכן</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שם העצם: שלושה סוגים</w:t>
      </w:r>
    </w:p>
    <w:p>
      <w:pPr>
        <w:bidi/>
        <w:spacing w:before="0" w:after="20"/>
        <w:jc w:val="both"/>
      </w:pPr>
      <w:r>
        <w:rPr>
          <w:rtl/>
        </w:rPr>
        <w:t>1. מוחשי – אפשר לחוש בו.</w:t>
      </w:r>
    </w:p>
    <w:p>
      <w:pPr>
        <w:bidi/>
        <w:spacing w:before="0" w:after="20"/>
        <w:jc w:val="both"/>
      </w:pPr>
      <w:r>
        <w:rPr>
          <w:rtl/>
        </w:rPr>
        <w:t>2. מופשט – רעיון, רגש או תכונה.</w:t>
      </w:r>
    </w:p>
    <w:p>
      <w:pPr>
        <w:bidi/>
        <w:spacing w:before="0" w:after="20"/>
        <w:jc w:val="both"/>
      </w:pPr>
      <w:r>
        <w:rPr>
          <w:rtl/>
        </w:rPr>
        <w:t>3. שם פעולה – הפעולה עצמה.</w:t>
      </w:r>
    </w:p>
    <w:p>
      <w:pPr>
        <w:bidi/>
        <w:spacing w:before="0" w:after="120"/>
        <w:jc w:val="both"/>
      </w:pPr>
      <w:r>
        <w:rPr>
          <w:color w:val="334055"/>
          <w:sz w:val="24"/>
          <w:szCs w:val="24"/>
          <w:rtl/>
        </w:rPr>
        <w:t>דוגמאות: מוחשי: מגדל · מופשט: תקווה · שם פעולה: הקשבה</w:t>
      </w:r>
    </w:p>
    <w:p>
      <w:pPr>
        <w:bidi/>
        <w:spacing w:before="120" w:after="40"/>
        <w:jc w:val="both"/>
      </w:pPr>
      <w:r>
        <w:rPr>
          <w:rFonts w:ascii="Times New Roman" w:hAnsi="Times New Roman" w:cs="Times New Roman"/>
          <w:b/>
          <w:bCs/>
          <w:color w:val="9F1239"/>
          <w:sz w:val="28"/>
          <w:szCs w:val="28"/>
          <w:rtl/>
        </w:rPr>
        <w:t>◆ הבינוני: צורה אחת, שלושה תפקידים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תפקיד</w:t>
            </w:r>
          </w:p>
        </w:tc>
        <w:tc>
          <w:tcPr>
            <w:tcW w:type="dxa" w:w="4989"/>
            <w:shd w:val="clear" w:color="auto" w:fill="9f1239"/>
          </w:tcPr>
          <w:p>
            <w:pPr>
              <w:bidi/>
              <w:spacing w:before="0" w:after="40"/>
              <w:jc w:val="both"/>
            </w:pPr>
            <w:r>
              <w:rPr>
                <w:b/>
                <w:bCs/>
                <w:color w:val="FFFFFF"/>
                <w:rtl/>
              </w:rPr>
              <w:t>דוגמה</w:t>
            </w:r>
          </w:p>
        </w:tc>
      </w:tr>
      <w:tr>
        <w:tc>
          <w:tcPr>
            <w:tcW w:type="dxa" w:w="4989"/>
          </w:tcPr>
          <w:p>
            <w:pPr>
              <w:bidi/>
              <w:spacing w:before="0" w:after="40"/>
              <w:jc w:val="both"/>
            </w:pPr>
            <w:r>
              <w:rPr>
                <w:rtl/>
              </w:rPr>
              <w:t>פועל</w:t>
            </w:r>
          </w:p>
        </w:tc>
        <w:tc>
          <w:tcPr>
            <w:tcW w:type="dxa" w:w="4989"/>
          </w:tcPr>
          <w:p>
            <w:pPr>
              <w:bidi/>
              <w:spacing w:before="0" w:after="40"/>
              <w:jc w:val="both"/>
            </w:pPr>
            <w:r>
              <w:rPr>
                <w:rtl/>
              </w:rPr>
              <w:t>הנהג שומר על המהירות.</w:t>
            </w:r>
          </w:p>
        </w:tc>
      </w:tr>
      <w:tr>
        <w:tc>
          <w:tcPr>
            <w:tcW w:type="dxa" w:w="4989"/>
          </w:tcPr>
          <w:p>
            <w:pPr>
              <w:bidi/>
              <w:spacing w:before="0" w:after="40"/>
              <w:jc w:val="both"/>
            </w:pPr>
            <w:r>
              <w:rPr>
                <w:rtl/>
              </w:rPr>
              <w:t>שם עצם</w:t>
            </w:r>
          </w:p>
        </w:tc>
        <w:tc>
          <w:tcPr>
            <w:tcW w:type="dxa" w:w="4989"/>
          </w:tcPr>
          <w:p>
            <w:pPr>
              <w:bidi/>
              <w:spacing w:before="0" w:after="40"/>
              <w:jc w:val="both"/>
            </w:pPr>
            <w:r>
              <w:rPr>
                <w:rtl/>
              </w:rPr>
              <w:t>השומר פתח את השער.</w:t>
            </w:r>
          </w:p>
        </w:tc>
      </w:tr>
      <w:tr>
        <w:tc>
          <w:tcPr>
            <w:tcW w:type="dxa" w:w="4989"/>
          </w:tcPr>
          <w:p>
            <w:pPr>
              <w:bidi/>
              <w:spacing w:before="0" w:after="40"/>
              <w:jc w:val="both"/>
            </w:pPr>
            <w:r>
              <w:rPr>
                <w:rtl/>
              </w:rPr>
              <w:t>שם תואר</w:t>
            </w:r>
          </w:p>
        </w:tc>
        <w:tc>
          <w:tcPr>
            <w:tcW w:type="dxa" w:w="4989"/>
          </w:tcPr>
          <w:p>
            <w:pPr>
              <w:bidi/>
              <w:spacing w:before="0" w:after="40"/>
              <w:jc w:val="both"/>
            </w:pPr>
            <w:r>
              <w:rPr>
                <w:rtl/>
              </w:rPr>
              <w:t>כלב שומר נבח.</w:t>
            </w:r>
          </w:p>
        </w:tc>
      </w:tr>
    </w:tbl>
    <w:p>
      <w:pPr>
        <w:bidi/>
        <w:spacing w:before="0" w:after="40"/>
        <w:jc w:val="both"/>
      </w:pPr>
    </w:p>
    <w:p>
      <w:pPr>
        <w:bidi/>
        <w:spacing w:before="160" w:after="60"/>
        <w:jc w:val="both"/>
      </w:pPr>
      <w:r>
        <w:rPr>
          <w:b/>
          <w:bCs/>
          <w:sz w:val="26"/>
          <w:szCs w:val="26"/>
          <w:rtl/>
        </w:rPr>
        <w:t>1. מילת תוכן או מילת תפקוד?</w:t>
      </w:r>
    </w:p>
    <w:p>
      <w:pPr>
        <w:bidi/>
        <w:spacing w:before="0" w:after="20"/>
        <w:jc w:val="both"/>
      </w:pPr>
      <w:r>
        <w:rPr>
          <w:rtl/>
        </w:rPr>
        <w:t>א. בשביל</w:t>
      </w:r>
    </w:p>
    <w:p>
      <w:pPr>
        <w:bidi/>
        <w:spacing w:before="0" w:after="80"/>
        <w:jc w:val="both"/>
      </w:pPr>
      <w:r>
        <w:rPr>
          <w:rtl/>
        </w:rPr>
        <w:t xml:space="preserve">   ○ מילת תוכן      ○ מילת תפקוד</w:t>
      </w:r>
    </w:p>
    <w:p>
      <w:pPr>
        <w:bidi/>
        <w:spacing w:before="0" w:after="20"/>
        <w:jc w:val="both"/>
      </w:pPr>
      <w:r>
        <w:rPr>
          <w:rtl/>
        </w:rPr>
        <w:t>ב. מחברת</w:t>
      </w:r>
    </w:p>
    <w:p>
      <w:pPr>
        <w:bidi/>
        <w:spacing w:before="0" w:after="80"/>
        <w:jc w:val="both"/>
      </w:pPr>
      <w:r>
        <w:rPr>
          <w:rtl/>
        </w:rPr>
        <w:t xml:space="preserve">   ○ מילת תוכן      ○ מילת תפקוד</w:t>
      </w:r>
    </w:p>
    <w:p>
      <w:pPr>
        <w:bidi/>
        <w:spacing w:before="0" w:after="20"/>
        <w:jc w:val="both"/>
      </w:pPr>
      <w:r>
        <w:rPr>
          <w:rtl/>
        </w:rPr>
        <w:t>ג. אבל</w:t>
      </w:r>
    </w:p>
    <w:p>
      <w:pPr>
        <w:bidi/>
        <w:spacing w:before="0" w:after="80"/>
        <w:jc w:val="both"/>
      </w:pPr>
      <w:r>
        <w:rPr>
          <w:rtl/>
        </w:rPr>
        <w:t xml:space="preserve">   ○ מילת תוכן      ○ מילת תפקוד</w:t>
      </w:r>
    </w:p>
    <w:p>
      <w:pPr>
        <w:bidi/>
        <w:spacing w:before="0" w:after="20"/>
        <w:jc w:val="both"/>
      </w:pPr>
      <w:r>
        <w:rPr>
          <w:rtl/>
        </w:rPr>
        <w:t>ד. שמח</w:t>
      </w:r>
    </w:p>
    <w:p>
      <w:pPr>
        <w:bidi/>
        <w:spacing w:before="0" w:after="80"/>
        <w:jc w:val="both"/>
      </w:pPr>
      <w:r>
        <w:rPr>
          <w:rtl/>
        </w:rPr>
        <w:t xml:space="preserve">   ○ מילת תוכן      ○ מילת תפקוד</w:t>
      </w:r>
    </w:p>
    <w:p>
      <w:pPr>
        <w:bidi/>
        <w:spacing w:before="160" w:after="60"/>
        <w:jc w:val="both"/>
      </w:pPr>
      <w:r>
        <w:rPr>
          <w:b/>
          <w:bCs/>
          <w:sz w:val="26"/>
          <w:szCs w:val="26"/>
          <w:rtl/>
        </w:rPr>
        <w:t>2. כתבו את שם הפועל של הפועל שבסוגריים.</w:t>
      </w:r>
    </w:p>
    <w:p>
      <w:pPr>
        <w:bidi/>
        <w:spacing w:before="0" w:after="60"/>
        <w:jc w:val="both"/>
      </w:pPr>
      <w:r>
        <w:rPr>
          <w:rtl/>
        </w:rPr>
        <w:t>א. אני אוהב __________ (קרא) ספרי הרפתקאות.</w:t>
      </w:r>
    </w:p>
    <w:p>
      <w:pPr>
        <w:bidi/>
        <w:spacing w:before="0" w:after="60"/>
        <w:jc w:val="both"/>
      </w:pPr>
      <w:r>
        <w:rPr>
          <w:rtl/>
        </w:rPr>
        <w:t>ב. קשה __________ (התרכז) כשיש רעש.</w:t>
      </w:r>
    </w:p>
    <w:p>
      <w:pPr>
        <w:bidi/>
        <w:spacing w:before="0" w:after="60"/>
        <w:jc w:val="both"/>
      </w:pPr>
      <w:r>
        <w:rPr>
          <w:rtl/>
        </w:rPr>
        <w:t>ג. הם רוצים __________ (הצליח) במבחן.</w:t>
      </w:r>
    </w:p>
    <w:p>
      <w:pPr>
        <w:bidi/>
        <w:spacing w:before="160" w:after="60"/>
        <w:jc w:val="both"/>
      </w:pPr>
      <w:r>
        <w:rPr>
          <w:b/>
          <w:bCs/>
          <w:sz w:val="26"/>
          <w:szCs w:val="26"/>
          <w:rtl/>
        </w:rPr>
        <w:t>3. מיינו את המילים לפי חלק הדיבור.</w:t>
      </w:r>
    </w:p>
    <w:p>
      <w:pPr>
        <w:bidi/>
        <w:spacing w:before="0" w:after="80"/>
        <w:jc w:val="both"/>
      </w:pPr>
      <w:r>
        <w:rPr>
          <w:color w:val="9F1239"/>
          <w:sz w:val="24"/>
          <w:szCs w:val="24"/>
          <w:rtl/>
        </w:rPr>
        <w:t>המילים: רץ  |  שקטה  |  מהר  |  פרח  |  כתבו  |  אדום  |  תמיד  |  מחברת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שם עצם</w:t>
            </w:r>
          </w:p>
        </w:tc>
        <w:tc>
          <w:tcPr>
            <w:tcW w:type="dxa" w:w="2494"/>
            <w:shd w:val="clear" w:color="auto" w:fill="9f1239"/>
          </w:tcPr>
          <w:p>
            <w:pPr>
              <w:bidi/>
              <w:spacing w:before="0" w:after="40"/>
              <w:jc w:val="both"/>
            </w:pPr>
            <w:r>
              <w:rPr>
                <w:b/>
                <w:bCs/>
                <w:color w:val="FFFFFF"/>
                <w:rtl/>
              </w:rPr>
              <w:t>שם תואר</w:t>
            </w:r>
          </w:p>
        </w:tc>
        <w:tc>
          <w:tcPr>
            <w:tcW w:type="dxa" w:w="2494"/>
            <w:shd w:val="clear" w:color="auto" w:fill="9f1239"/>
          </w:tcPr>
          <w:p>
            <w:pPr>
              <w:bidi/>
              <w:spacing w:before="0" w:after="40"/>
              <w:jc w:val="both"/>
            </w:pPr>
            <w:r>
              <w:rPr>
                <w:b/>
                <w:bCs/>
                <w:color w:val="FFFFFF"/>
                <w:rtl/>
              </w:rPr>
              <w:t>פועל</w:t>
            </w:r>
          </w:p>
        </w:tc>
        <w:tc>
          <w:tcPr>
            <w:tcW w:type="dxa" w:w="2494"/>
            <w:shd w:val="clear" w:color="auto" w:fill="9f1239"/>
          </w:tcPr>
          <w:p>
            <w:pPr>
              <w:bidi/>
              <w:spacing w:before="0" w:after="40"/>
              <w:jc w:val="both"/>
            </w:pPr>
            <w:r>
              <w:rPr>
                <w:b/>
                <w:bCs/>
                <w:color w:val="FFFFFF"/>
                <w:rtl/>
              </w:rPr>
              <w:t>תואר הפועל</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4. כתבו שלושה משפטים עם המילה «מנהל»: פעם כפועל, פעם כשם עצם ופעם כשם תואר.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המילים: מילת יחס או מילת קישור?</w:t>
      </w:r>
    </w:p>
    <w:p>
      <w:pPr>
        <w:bidi/>
        <w:spacing w:before="0" w:after="80"/>
        <w:jc w:val="both"/>
      </w:pPr>
      <w:r>
        <w:rPr>
          <w:color w:val="9F1239"/>
          <w:sz w:val="24"/>
          <w:szCs w:val="24"/>
          <w:rtl/>
        </w:rPr>
        <w:t>המילים: על  |  אבל  |  בשביל  |  לכן  |  אל  |  כי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מילת יחס</w:t>
            </w:r>
          </w:p>
        </w:tc>
        <w:tc>
          <w:tcPr>
            <w:tcW w:type="dxa" w:w="4989"/>
            <w:shd w:val="clear" w:color="auto" w:fill="9f1239"/>
          </w:tcPr>
          <w:p>
            <w:pPr>
              <w:bidi/>
              <w:spacing w:before="0" w:after="40"/>
              <w:jc w:val="both"/>
            </w:pPr>
            <w:r>
              <w:rPr>
                <w:b/>
                <w:bCs/>
                <w:color w:val="FFFFFF"/>
                <w:rtl/>
              </w:rPr>
              <w:t>מילת קישור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כתבו את שם הפעולה של הפועל שבסוגריים.</w:t>
      </w:r>
    </w:p>
    <w:p>
      <w:pPr>
        <w:bidi/>
        <w:spacing w:before="0" w:after="60"/>
        <w:jc w:val="both"/>
      </w:pPr>
      <w:r>
        <w:rPr>
          <w:rtl/>
        </w:rPr>
        <w:t>א. ה__________ (רץ) בבוקר מרעננת אותי.</w:t>
      </w:r>
    </w:p>
    <w:p>
      <w:pPr>
        <w:bidi/>
        <w:spacing w:before="0" w:after="60"/>
        <w:jc w:val="both"/>
      </w:pPr>
      <w:r>
        <w:rPr>
          <w:rtl/>
        </w:rPr>
        <w:t>ב. ה__________ (בנה) של האולם נמשכה שנה.</w:t>
      </w:r>
    </w:p>
    <w:p>
      <w:pPr>
        <w:bidi/>
        <w:spacing w:before="0" w:after="60"/>
        <w:jc w:val="both"/>
      </w:pPr>
      <w:r>
        <w:rPr>
          <w:rtl/>
        </w:rPr>
        <w:t>ג. ה__________ (הקשיב) בשיעור חשובה.</w:t>
      </w:r>
    </w:p>
    <w:p>
      <w:pPr>
        <w:bidi/>
        <w:spacing w:before="160" w:after="60"/>
        <w:jc w:val="both"/>
      </w:pPr>
      <w:r>
        <w:rPr>
          <w:b/>
          <w:bCs/>
          <w:sz w:val="26"/>
          <w:szCs w:val="26"/>
          <w:rtl/>
        </w:rPr>
        <w:t>7. בכל משפט מצאו את תואר הפועל והעתיקו אותו.</w:t>
      </w:r>
    </w:p>
    <w:p>
      <w:pPr>
        <w:bidi/>
        <w:spacing w:before="0" w:after="100"/>
        <w:jc w:val="both"/>
      </w:pPr>
      <w:r>
        <w:rPr>
          <w:rtl/>
        </w:rPr>
        <w:t>א. הילדים רצו מהר לחצר.</w:t>
      </w:r>
    </w:p>
    <w:p>
      <w:pPr>
        <w:bidi/>
        <w:spacing w:before="0" w:after="100"/>
        <w:jc w:val="both"/>
      </w:pPr>
      <w:r>
        <w:rPr>
          <w:rtl/>
        </w:rPr>
        <w:t>ב. נפגש מחר בספרייה.</w:t>
      </w:r>
    </w:p>
    <w:p>
      <w:pPr>
        <w:bidi/>
        <w:spacing w:before="0" w:after="100"/>
        <w:jc w:val="both"/>
      </w:pPr>
      <w:r>
        <w:rPr>
          <w:rtl/>
        </w:rPr>
        <w:t>ג. היא תמיד מגיעה בזמן.</w:t>
      </w:r>
    </w:p>
    <w:p>
      <w:pPr>
        <w:bidi/>
        <w:spacing w:before="0" w:after="100"/>
        <w:jc w:val="both"/>
      </w:pPr>
      <w:r>
        <w:rPr>
          <w:rtl/>
        </w:rPr>
        <w:t>ד. דברו לאט, בבקשה.</w:t>
      </w:r>
    </w:p>
    <w:p>
      <w:pPr>
        <w:bidi/>
        <w:spacing w:before="160" w:after="60"/>
        <w:jc w:val="both"/>
      </w:pPr>
      <w:r>
        <w:rPr>
          <w:b/>
          <w:bCs/>
          <w:sz w:val="26"/>
          <w:szCs w:val="26"/>
          <w:rtl/>
        </w:rPr>
        <w:t>8. נכון או לא נכון? תקנו את הלא נכונים.</w:t>
      </w:r>
    </w:p>
    <w:p>
      <w:pPr>
        <w:bidi/>
        <w:spacing w:before="0" w:after="60"/>
        <w:jc w:val="both"/>
      </w:pPr>
      <w:r>
        <w:rPr>
          <w:rtl/>
        </w:rPr>
        <w:t>א. «בשביל» היא מילת קישור.      נכון / לא נכון</w:t>
      </w:r>
    </w:p>
    <w:p>
      <w:pPr>
        <w:bidi/>
        <w:spacing w:before="0" w:after="60"/>
        <w:jc w:val="both"/>
      </w:pPr>
      <w:r>
        <w:rPr>
          <w:rtl/>
        </w:rPr>
        <w:t>ב. «התנדבות» היא שם פעולה.      נכון / לא נכון</w:t>
      </w:r>
    </w:p>
    <w:p>
      <w:pPr>
        <w:bidi/>
        <w:spacing w:before="0" w:after="60"/>
        <w:jc w:val="both"/>
      </w:pPr>
      <w:r>
        <w:rPr>
          <w:rtl/>
        </w:rPr>
        <w:t>ג. «זה» ו«זאת» הם כינויי רמז.      נכון / לא נכון</w:t>
      </w:r>
    </w:p>
    <w:p>
      <w:pPr>
        <w:bidi/>
        <w:spacing w:before="160" w:after="60"/>
        <w:jc w:val="both"/>
      </w:pPr>
      <w:r>
        <w:rPr>
          <w:b/>
          <w:bCs/>
          <w:sz w:val="26"/>
          <w:szCs w:val="26"/>
          <w:rtl/>
        </w:rPr>
        <w:t>9. התאימו כל מילה לחלק הדיבור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אומץ</w:t>
            </w:r>
          </w:p>
        </w:tc>
        <w:tc>
          <w:tcPr>
            <w:tcW w:type="dxa" w:w="4989"/>
          </w:tcPr>
          <w:p>
            <w:pPr>
              <w:bidi/>
              <w:spacing w:before="0" w:after="40"/>
              <w:jc w:val="both"/>
            </w:pPr>
            <w:r>
              <w:rPr>
                <w:rtl/>
              </w:rPr>
              <w:t>[   ] שם הפועל</w:t>
            </w:r>
          </w:p>
        </w:tc>
      </w:tr>
      <w:tr>
        <w:tc>
          <w:tcPr>
            <w:tcW w:type="dxa" w:w="4989"/>
          </w:tcPr>
          <w:p>
            <w:pPr>
              <w:bidi/>
              <w:spacing w:before="0" w:after="40"/>
              <w:jc w:val="both"/>
            </w:pPr>
            <w:r>
              <w:rPr>
                <w:rtl/>
              </w:rPr>
              <w:t>2. להצליח</w:t>
            </w:r>
          </w:p>
        </w:tc>
        <w:tc>
          <w:tcPr>
            <w:tcW w:type="dxa" w:w="4989"/>
          </w:tcPr>
          <w:p>
            <w:pPr>
              <w:bidi/>
              <w:spacing w:before="0" w:after="40"/>
              <w:jc w:val="both"/>
            </w:pPr>
            <w:r>
              <w:rPr>
                <w:rtl/>
              </w:rPr>
              <w:t>[   ] שם תואר</w:t>
            </w:r>
          </w:p>
        </w:tc>
      </w:tr>
      <w:tr>
        <w:tc>
          <w:tcPr>
            <w:tcW w:type="dxa" w:w="4989"/>
          </w:tcPr>
          <w:p>
            <w:pPr>
              <w:bidi/>
              <w:spacing w:before="0" w:after="40"/>
              <w:jc w:val="both"/>
            </w:pPr>
            <w:r>
              <w:rPr>
                <w:rtl/>
              </w:rPr>
              <w:t>3. לאט</w:t>
            </w:r>
          </w:p>
        </w:tc>
        <w:tc>
          <w:tcPr>
            <w:tcW w:type="dxa" w:w="4989"/>
          </w:tcPr>
          <w:p>
            <w:pPr>
              <w:bidi/>
              <w:spacing w:before="0" w:after="40"/>
              <w:jc w:val="both"/>
            </w:pPr>
            <w:r>
              <w:rPr>
                <w:rtl/>
              </w:rPr>
              <w:t>[   ] תואר הפועל</w:t>
            </w:r>
          </w:p>
        </w:tc>
      </w:tr>
      <w:tr>
        <w:tc>
          <w:tcPr>
            <w:tcW w:type="dxa" w:w="4989"/>
          </w:tcPr>
          <w:p>
            <w:pPr>
              <w:bidi/>
              <w:spacing w:before="0" w:after="40"/>
              <w:jc w:val="both"/>
            </w:pPr>
            <w:r>
              <w:rPr>
                <w:rtl/>
              </w:rPr>
              <w:t>4. כחול</w:t>
            </w:r>
          </w:p>
        </w:tc>
        <w:tc>
          <w:tcPr>
            <w:tcW w:type="dxa" w:w="4989"/>
          </w:tcPr>
          <w:p>
            <w:pPr>
              <w:bidi/>
              <w:spacing w:before="0" w:after="40"/>
              <w:jc w:val="both"/>
            </w:pPr>
            <w:r>
              <w:rPr>
                <w:rtl/>
              </w:rPr>
              <w:t>[   ] שם עצם מופשט</w:t>
            </w:r>
          </w:p>
        </w:tc>
      </w:tr>
    </w:tbl>
    <w:p>
      <w:pPr>
        <w:bidi/>
        <w:spacing w:before="0" w:after="40"/>
        <w:jc w:val="both"/>
      </w:pPr>
    </w:p>
    <w:p>
      <w:pPr>
        <w:bidi/>
        <w:spacing w:before="160" w:after="60"/>
        <w:jc w:val="both"/>
      </w:pPr>
      <w:r>
        <w:rPr>
          <w:b/>
          <w:bCs/>
          <w:sz w:val="26"/>
          <w:szCs w:val="26"/>
          <w:rtl/>
        </w:rPr>
        <w:t>10. קראו את המשפט «התלמידה החרוצה סיימה מהר את העבודה». כתבו את חלק הדיבור.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מילה</w:t>
            </w:r>
          </w:p>
        </w:tc>
        <w:tc>
          <w:tcPr>
            <w:tcW w:type="dxa" w:w="4989"/>
            <w:shd w:val="clear" w:color="auto" w:fill="9f1239"/>
          </w:tcPr>
          <w:p>
            <w:pPr>
              <w:bidi/>
              <w:spacing w:before="0" w:after="40"/>
              <w:jc w:val="both"/>
            </w:pPr>
            <w:r>
              <w:rPr>
                <w:b/>
                <w:bCs/>
                <w:color w:val="FFFFFF"/>
                <w:rtl/>
              </w:rPr>
              <w:t>חלק הדיבור</w:t>
            </w:r>
          </w:p>
        </w:tc>
      </w:tr>
      <w:tr>
        <w:tc>
          <w:tcPr>
            <w:tcW w:type="dxa" w:w="4989"/>
          </w:tcPr>
          <w:p>
            <w:pPr>
              <w:bidi/>
              <w:spacing w:before="0" w:after="40"/>
              <w:jc w:val="both"/>
            </w:pPr>
            <w:r>
              <w:rPr>
                <w:rtl/>
              </w:rPr>
              <w:t>התלמידה</w:t>
            </w:r>
          </w:p>
        </w:tc>
        <w:tc>
          <w:tcPr>
            <w:tcW w:type="dxa" w:w="4989"/>
          </w:tcPr>
          <w:p>
            <w:pPr>
              <w:bidi/>
              <w:spacing w:before="0" w:after="40"/>
              <w:jc w:val="both"/>
            </w:pPr>
            <w:r>
              <w:rPr>
                <w:rtl/>
              </w:rPr>
            </w:r>
          </w:p>
        </w:tc>
      </w:tr>
      <w:tr>
        <w:tc>
          <w:tcPr>
            <w:tcW w:type="dxa" w:w="4989"/>
          </w:tcPr>
          <w:p>
            <w:pPr>
              <w:bidi/>
              <w:spacing w:before="0" w:after="40"/>
              <w:jc w:val="both"/>
            </w:pPr>
            <w:r>
              <w:rPr>
                <w:rtl/>
              </w:rPr>
              <w:t>החרוצה</w:t>
            </w:r>
          </w:p>
        </w:tc>
        <w:tc>
          <w:tcPr>
            <w:tcW w:type="dxa" w:w="4989"/>
          </w:tcPr>
          <w:p>
            <w:pPr>
              <w:bidi/>
              <w:spacing w:before="0" w:after="40"/>
              <w:jc w:val="both"/>
            </w:pPr>
            <w:r>
              <w:rPr>
                <w:rtl/>
              </w:rPr>
            </w:r>
          </w:p>
        </w:tc>
      </w:tr>
      <w:tr>
        <w:tc>
          <w:tcPr>
            <w:tcW w:type="dxa" w:w="4989"/>
          </w:tcPr>
          <w:p>
            <w:pPr>
              <w:bidi/>
              <w:spacing w:before="0" w:after="40"/>
              <w:jc w:val="both"/>
            </w:pPr>
            <w:r>
              <w:rPr>
                <w:rtl/>
              </w:rPr>
              <w:t>סיימה</w:t>
            </w:r>
          </w:p>
        </w:tc>
        <w:tc>
          <w:tcPr>
            <w:tcW w:type="dxa" w:w="4989"/>
          </w:tcPr>
          <w:p>
            <w:pPr>
              <w:bidi/>
              <w:spacing w:before="0" w:after="40"/>
              <w:jc w:val="both"/>
            </w:pPr>
            <w:r>
              <w:rPr>
                <w:rtl/>
              </w:rPr>
            </w:r>
          </w:p>
        </w:tc>
      </w:tr>
      <w:tr>
        <w:tc>
          <w:tcPr>
            <w:tcW w:type="dxa" w:w="4989"/>
          </w:tcPr>
          <w:p>
            <w:pPr>
              <w:bidi/>
              <w:spacing w:before="0" w:after="40"/>
              <w:jc w:val="both"/>
            </w:pPr>
            <w:r>
              <w:rPr>
                <w:rtl/>
              </w:rPr>
              <w:t>מהר</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השלימו כינוי רמז מתאים.</w:t>
      </w:r>
    </w:p>
    <w:p>
      <w:pPr>
        <w:bidi/>
        <w:spacing w:before="0" w:after="60"/>
        <w:jc w:val="both"/>
      </w:pPr>
      <w:r>
        <w:rPr>
          <w:rtl/>
        </w:rPr>
        <w:t>א. הספר ה__________ מעניין מאוד.</w:t>
      </w:r>
    </w:p>
    <w:p>
      <w:pPr>
        <w:bidi/>
        <w:spacing w:before="0" w:after="60"/>
        <w:jc w:val="both"/>
      </w:pPr>
      <w:r>
        <w:rPr>
          <w:rtl/>
        </w:rPr>
        <w:t>ב. המחברות ה__________ שייכות לנועה.</w:t>
      </w:r>
    </w:p>
    <w:p>
      <w:pPr>
        <w:bidi/>
        <w:spacing w:before="0" w:after="60"/>
        <w:jc w:val="both"/>
      </w:pPr>
      <w:r>
        <w:rPr>
          <w:rtl/>
        </w:rPr>
        <w:t>ג. העוגה ה__________ טעימה!</w:t>
      </w:r>
    </w:p>
    <w:p>
      <w:pPr>
        <w:bidi/>
        <w:spacing w:before="160" w:after="60"/>
        <w:jc w:val="both"/>
      </w:pPr>
      <w:r>
        <w:rPr>
          <w:b/>
          <w:bCs/>
          <w:sz w:val="26"/>
          <w:szCs w:val="26"/>
          <w:rtl/>
        </w:rPr>
        <w:t>12. כתבו שני משפטים עם המילה «שומרת»: פעם כפועל ופעם כשם עצם.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3</w:t>
      </w:r>
    </w:p>
    <w:p>
      <w:pPr>
        <w:bidi/>
        <w:spacing w:before="0" w:after="120"/>
        <w:jc w:val="both"/>
      </w:pPr>
      <w:r>
        <w:rPr>
          <w:rFonts w:ascii="Times New Roman" w:hAnsi="Times New Roman" w:cs="Times New Roman"/>
          <w:b/>
          <w:bCs/>
          <w:color w:val="9F1239"/>
          <w:sz w:val="44"/>
          <w:szCs w:val="44"/>
          <w:rtl/>
        </w:rPr>
        <w:t>פרק 3: מערכת הפועל: גופים, זמנים ובניינים</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lashon_g7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הפועל משתנה לפי</w:t>
      </w:r>
    </w:p>
    <w:p>
      <w:pPr>
        <w:bidi/>
        <w:spacing w:before="0" w:after="20"/>
        <w:jc w:val="both"/>
      </w:pPr>
      <w:r>
        <w:rPr>
          <w:rtl/>
        </w:rPr>
        <w:t>1. גוף: אני, אתה, הוא...</w:t>
      </w:r>
    </w:p>
    <w:p>
      <w:pPr>
        <w:bidi/>
        <w:spacing w:before="0" w:after="20"/>
        <w:jc w:val="both"/>
      </w:pPr>
      <w:r>
        <w:rPr>
          <w:rtl/>
        </w:rPr>
        <w:t>2. מספר: יחיד או רבים.</w:t>
      </w:r>
    </w:p>
    <w:p>
      <w:pPr>
        <w:bidi/>
        <w:spacing w:before="0" w:after="20"/>
        <w:jc w:val="both"/>
      </w:pPr>
      <w:r>
        <w:rPr>
          <w:rtl/>
        </w:rPr>
        <w:t>3. מין: זכר או נקבה.</w:t>
      </w:r>
    </w:p>
    <w:p>
      <w:pPr>
        <w:bidi/>
        <w:spacing w:before="0" w:after="20"/>
        <w:jc w:val="both"/>
      </w:pPr>
      <w:r>
        <w:rPr>
          <w:rtl/>
        </w:rPr>
        <w:t>4. זמן: עבר, הווה, עתיד – וגם ציווי.</w:t>
      </w:r>
    </w:p>
    <w:p>
      <w:pPr>
        <w:bidi/>
        <w:spacing w:before="120" w:after="40"/>
        <w:jc w:val="both"/>
      </w:pPr>
      <w:r>
        <w:rPr>
          <w:rFonts w:ascii="Times New Roman" w:hAnsi="Times New Roman" w:cs="Times New Roman"/>
          <w:b/>
          <w:bCs/>
          <w:color w:val="9F1239"/>
          <w:sz w:val="28"/>
          <w:szCs w:val="28"/>
          <w:rtl/>
        </w:rPr>
        <w:t>◆ שבעת הבניינים</w:t>
      </w:r>
    </w:p>
    <w:p>
      <w:pPr>
        <w:bidi/>
        <w:spacing w:before="0" w:after="40"/>
        <w:jc w:val="both"/>
      </w:pPr>
      <w:r>
        <w:rPr>
          <w:rtl/>
        </w:rPr>
        <w:t>השם של כל בניין הוא צורת העבר בגוף «הוא».</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בניין</w:t>
            </w:r>
          </w:p>
        </w:tc>
        <w:tc>
          <w:tcPr>
            <w:tcW w:type="dxa" w:w="2494"/>
            <w:shd w:val="clear" w:color="auto" w:fill="9f1239"/>
          </w:tcPr>
          <w:p>
            <w:pPr>
              <w:bidi/>
              <w:spacing w:before="0" w:after="40"/>
              <w:jc w:val="both"/>
            </w:pPr>
            <w:r>
              <w:rPr>
                <w:b/>
                <w:bCs/>
                <w:color w:val="FFFFFF"/>
                <w:rtl/>
              </w:rPr>
              <w:t>עבר</w:t>
            </w:r>
          </w:p>
        </w:tc>
        <w:tc>
          <w:tcPr>
            <w:tcW w:type="dxa" w:w="2494"/>
            <w:shd w:val="clear" w:color="auto" w:fill="9f1239"/>
          </w:tcPr>
          <w:p>
            <w:pPr>
              <w:bidi/>
              <w:spacing w:before="0" w:after="40"/>
              <w:jc w:val="both"/>
            </w:pPr>
            <w:r>
              <w:rPr>
                <w:b/>
                <w:bCs/>
                <w:color w:val="FFFFFF"/>
                <w:rtl/>
              </w:rPr>
              <w:t>הווה</w:t>
            </w:r>
          </w:p>
        </w:tc>
        <w:tc>
          <w:tcPr>
            <w:tcW w:type="dxa" w:w="2494"/>
            <w:shd w:val="clear" w:color="auto" w:fill="9f1239"/>
          </w:tcPr>
          <w:p>
            <w:pPr>
              <w:bidi/>
              <w:spacing w:before="0" w:after="40"/>
              <w:jc w:val="both"/>
            </w:pPr>
            <w:r>
              <w:rPr>
                <w:b/>
                <w:bCs/>
                <w:color w:val="FFFFFF"/>
                <w:rtl/>
              </w:rPr>
              <w:t>עתיד</w:t>
            </w:r>
          </w:p>
        </w:tc>
      </w:tr>
      <w:tr>
        <w:tc>
          <w:tcPr>
            <w:tcW w:type="dxa" w:w="2494"/>
          </w:tcPr>
          <w:p>
            <w:pPr>
              <w:bidi/>
              <w:spacing w:before="0" w:after="40"/>
              <w:jc w:val="both"/>
            </w:pPr>
            <w:r>
              <w:rPr>
                <w:rtl/>
              </w:rPr>
              <w:t>פעל</w:t>
            </w:r>
          </w:p>
        </w:tc>
        <w:tc>
          <w:tcPr>
            <w:tcW w:type="dxa" w:w="2494"/>
          </w:tcPr>
          <w:p>
            <w:pPr>
              <w:bidi/>
              <w:spacing w:before="0" w:after="40"/>
              <w:jc w:val="both"/>
            </w:pPr>
            <w:r>
              <w:rPr>
                <w:rtl/>
              </w:rPr>
              <w:t>כתב</w:t>
            </w:r>
          </w:p>
        </w:tc>
        <w:tc>
          <w:tcPr>
            <w:tcW w:type="dxa" w:w="2494"/>
          </w:tcPr>
          <w:p>
            <w:pPr>
              <w:bidi/>
              <w:spacing w:before="0" w:after="40"/>
              <w:jc w:val="both"/>
            </w:pPr>
            <w:r>
              <w:rPr>
                <w:rtl/>
              </w:rPr>
              <w:t>כותב</w:t>
            </w:r>
          </w:p>
        </w:tc>
        <w:tc>
          <w:tcPr>
            <w:tcW w:type="dxa" w:w="2494"/>
          </w:tcPr>
          <w:p>
            <w:pPr>
              <w:bidi/>
              <w:spacing w:before="0" w:after="40"/>
              <w:jc w:val="both"/>
            </w:pPr>
            <w:r>
              <w:rPr>
                <w:rtl/>
              </w:rPr>
              <w:t>יכתוב</w:t>
            </w:r>
          </w:p>
        </w:tc>
      </w:tr>
      <w:tr>
        <w:tc>
          <w:tcPr>
            <w:tcW w:type="dxa" w:w="2494"/>
          </w:tcPr>
          <w:p>
            <w:pPr>
              <w:bidi/>
              <w:spacing w:before="0" w:after="40"/>
              <w:jc w:val="both"/>
            </w:pPr>
            <w:r>
              <w:rPr>
                <w:rtl/>
              </w:rPr>
              <w:t>נפעל</w:t>
            </w:r>
          </w:p>
        </w:tc>
        <w:tc>
          <w:tcPr>
            <w:tcW w:type="dxa" w:w="2494"/>
          </w:tcPr>
          <w:p>
            <w:pPr>
              <w:bidi/>
              <w:spacing w:before="0" w:after="40"/>
              <w:jc w:val="both"/>
            </w:pPr>
            <w:r>
              <w:rPr>
                <w:rtl/>
              </w:rPr>
              <w:t>נכתב</w:t>
            </w:r>
          </w:p>
        </w:tc>
        <w:tc>
          <w:tcPr>
            <w:tcW w:type="dxa" w:w="2494"/>
          </w:tcPr>
          <w:p>
            <w:pPr>
              <w:bidi/>
              <w:spacing w:before="0" w:after="40"/>
              <w:jc w:val="both"/>
            </w:pPr>
            <w:r>
              <w:rPr>
                <w:rtl/>
              </w:rPr>
              <w:t>נכתב</w:t>
            </w:r>
          </w:p>
        </w:tc>
        <w:tc>
          <w:tcPr>
            <w:tcW w:type="dxa" w:w="2494"/>
          </w:tcPr>
          <w:p>
            <w:pPr>
              <w:bidi/>
              <w:spacing w:before="0" w:after="40"/>
              <w:jc w:val="both"/>
            </w:pPr>
            <w:r>
              <w:rPr>
                <w:rtl/>
              </w:rPr>
              <w:t>ייכתב</w:t>
            </w:r>
          </w:p>
        </w:tc>
      </w:tr>
      <w:tr>
        <w:tc>
          <w:tcPr>
            <w:tcW w:type="dxa" w:w="2494"/>
          </w:tcPr>
          <w:p>
            <w:pPr>
              <w:bidi/>
              <w:spacing w:before="0" w:after="40"/>
              <w:jc w:val="both"/>
            </w:pPr>
            <w:r>
              <w:rPr>
                <w:rtl/>
              </w:rPr>
              <w:t>פיעל</w:t>
            </w:r>
          </w:p>
        </w:tc>
        <w:tc>
          <w:tcPr>
            <w:tcW w:type="dxa" w:w="2494"/>
          </w:tcPr>
          <w:p>
            <w:pPr>
              <w:bidi/>
              <w:spacing w:before="0" w:after="40"/>
              <w:jc w:val="both"/>
            </w:pPr>
            <w:r>
              <w:rPr>
                <w:rtl/>
              </w:rPr>
              <w:t>סיפר</w:t>
            </w:r>
          </w:p>
        </w:tc>
        <w:tc>
          <w:tcPr>
            <w:tcW w:type="dxa" w:w="2494"/>
          </w:tcPr>
          <w:p>
            <w:pPr>
              <w:bidi/>
              <w:spacing w:before="0" w:after="40"/>
              <w:jc w:val="both"/>
            </w:pPr>
            <w:r>
              <w:rPr>
                <w:rtl/>
              </w:rPr>
              <w:t>מספר</w:t>
            </w:r>
          </w:p>
        </w:tc>
        <w:tc>
          <w:tcPr>
            <w:tcW w:type="dxa" w:w="2494"/>
          </w:tcPr>
          <w:p>
            <w:pPr>
              <w:bidi/>
              <w:spacing w:before="0" w:after="40"/>
              <w:jc w:val="both"/>
            </w:pPr>
            <w:r>
              <w:rPr>
                <w:rtl/>
              </w:rPr>
              <w:t>יספר</w:t>
            </w:r>
          </w:p>
        </w:tc>
      </w:tr>
      <w:tr>
        <w:tc>
          <w:tcPr>
            <w:tcW w:type="dxa" w:w="2494"/>
          </w:tcPr>
          <w:p>
            <w:pPr>
              <w:bidi/>
              <w:spacing w:before="0" w:after="40"/>
              <w:jc w:val="both"/>
            </w:pPr>
            <w:r>
              <w:rPr>
                <w:rtl/>
              </w:rPr>
              <w:t>פועל</w:t>
            </w:r>
          </w:p>
        </w:tc>
        <w:tc>
          <w:tcPr>
            <w:tcW w:type="dxa" w:w="2494"/>
          </w:tcPr>
          <w:p>
            <w:pPr>
              <w:bidi/>
              <w:spacing w:before="0" w:after="40"/>
              <w:jc w:val="both"/>
            </w:pPr>
            <w:r>
              <w:rPr>
                <w:rtl/>
              </w:rPr>
              <w:t>סופר</w:t>
            </w:r>
          </w:p>
        </w:tc>
        <w:tc>
          <w:tcPr>
            <w:tcW w:type="dxa" w:w="2494"/>
          </w:tcPr>
          <w:p>
            <w:pPr>
              <w:bidi/>
              <w:spacing w:before="0" w:after="40"/>
              <w:jc w:val="both"/>
            </w:pPr>
            <w:r>
              <w:rPr>
                <w:rtl/>
              </w:rPr>
              <w:t>מסופר</w:t>
            </w:r>
          </w:p>
        </w:tc>
        <w:tc>
          <w:tcPr>
            <w:tcW w:type="dxa" w:w="2494"/>
          </w:tcPr>
          <w:p>
            <w:pPr>
              <w:bidi/>
              <w:spacing w:before="0" w:after="40"/>
              <w:jc w:val="both"/>
            </w:pPr>
            <w:r>
              <w:rPr>
                <w:rtl/>
              </w:rPr>
              <w:t>יסופר</w:t>
            </w:r>
          </w:p>
        </w:tc>
      </w:tr>
      <w:tr>
        <w:tc>
          <w:tcPr>
            <w:tcW w:type="dxa" w:w="2494"/>
          </w:tcPr>
          <w:p>
            <w:pPr>
              <w:bidi/>
              <w:spacing w:before="0" w:after="40"/>
              <w:jc w:val="both"/>
            </w:pPr>
            <w:r>
              <w:rPr>
                <w:rtl/>
              </w:rPr>
              <w:t>הפעיל</w:t>
            </w:r>
          </w:p>
        </w:tc>
        <w:tc>
          <w:tcPr>
            <w:tcW w:type="dxa" w:w="2494"/>
          </w:tcPr>
          <w:p>
            <w:pPr>
              <w:bidi/>
              <w:spacing w:before="0" w:after="40"/>
              <w:jc w:val="both"/>
            </w:pPr>
            <w:r>
              <w:rPr>
                <w:rtl/>
              </w:rPr>
              <w:t>הזמין</w:t>
            </w:r>
          </w:p>
        </w:tc>
        <w:tc>
          <w:tcPr>
            <w:tcW w:type="dxa" w:w="2494"/>
          </w:tcPr>
          <w:p>
            <w:pPr>
              <w:bidi/>
              <w:spacing w:before="0" w:after="40"/>
              <w:jc w:val="both"/>
            </w:pPr>
            <w:r>
              <w:rPr>
                <w:rtl/>
              </w:rPr>
              <w:t>מזמין</w:t>
            </w:r>
          </w:p>
        </w:tc>
        <w:tc>
          <w:tcPr>
            <w:tcW w:type="dxa" w:w="2494"/>
          </w:tcPr>
          <w:p>
            <w:pPr>
              <w:bidi/>
              <w:spacing w:before="0" w:after="40"/>
              <w:jc w:val="both"/>
            </w:pPr>
            <w:r>
              <w:rPr>
                <w:rtl/>
              </w:rPr>
              <w:t>יזמין</w:t>
            </w:r>
          </w:p>
        </w:tc>
      </w:tr>
      <w:tr>
        <w:tc>
          <w:tcPr>
            <w:tcW w:type="dxa" w:w="2494"/>
          </w:tcPr>
          <w:p>
            <w:pPr>
              <w:bidi/>
              <w:spacing w:before="0" w:after="40"/>
              <w:jc w:val="both"/>
            </w:pPr>
            <w:r>
              <w:rPr>
                <w:rtl/>
              </w:rPr>
              <w:t>הופעל</w:t>
            </w:r>
          </w:p>
        </w:tc>
        <w:tc>
          <w:tcPr>
            <w:tcW w:type="dxa" w:w="2494"/>
          </w:tcPr>
          <w:p>
            <w:pPr>
              <w:bidi/>
              <w:spacing w:before="0" w:after="40"/>
              <w:jc w:val="both"/>
            </w:pPr>
            <w:r>
              <w:rPr>
                <w:rtl/>
              </w:rPr>
              <w:t>הוזמן</w:t>
            </w:r>
          </w:p>
        </w:tc>
        <w:tc>
          <w:tcPr>
            <w:tcW w:type="dxa" w:w="2494"/>
          </w:tcPr>
          <w:p>
            <w:pPr>
              <w:bidi/>
              <w:spacing w:before="0" w:after="40"/>
              <w:jc w:val="both"/>
            </w:pPr>
            <w:r>
              <w:rPr>
                <w:rtl/>
              </w:rPr>
              <w:t>מוזמן</w:t>
            </w:r>
          </w:p>
        </w:tc>
        <w:tc>
          <w:tcPr>
            <w:tcW w:type="dxa" w:w="2494"/>
          </w:tcPr>
          <w:p>
            <w:pPr>
              <w:bidi/>
              <w:spacing w:before="0" w:after="40"/>
              <w:jc w:val="both"/>
            </w:pPr>
            <w:r>
              <w:rPr>
                <w:rtl/>
              </w:rPr>
              <w:t>יוזמן</w:t>
            </w:r>
          </w:p>
        </w:tc>
      </w:tr>
      <w:tr>
        <w:tc>
          <w:tcPr>
            <w:tcW w:type="dxa" w:w="2494"/>
          </w:tcPr>
          <w:p>
            <w:pPr>
              <w:bidi/>
              <w:spacing w:before="0" w:after="40"/>
              <w:jc w:val="both"/>
            </w:pPr>
            <w:r>
              <w:rPr>
                <w:rtl/>
              </w:rPr>
              <w:t>התפעל</w:t>
            </w:r>
          </w:p>
        </w:tc>
        <w:tc>
          <w:tcPr>
            <w:tcW w:type="dxa" w:w="2494"/>
          </w:tcPr>
          <w:p>
            <w:pPr>
              <w:bidi/>
              <w:spacing w:before="0" w:after="40"/>
              <w:jc w:val="both"/>
            </w:pPr>
            <w:r>
              <w:rPr>
                <w:rtl/>
              </w:rPr>
              <w:t>התלבש</w:t>
            </w:r>
          </w:p>
        </w:tc>
        <w:tc>
          <w:tcPr>
            <w:tcW w:type="dxa" w:w="2494"/>
          </w:tcPr>
          <w:p>
            <w:pPr>
              <w:bidi/>
              <w:spacing w:before="0" w:after="40"/>
              <w:jc w:val="both"/>
            </w:pPr>
            <w:r>
              <w:rPr>
                <w:rtl/>
              </w:rPr>
              <w:t>מתלבש</w:t>
            </w:r>
          </w:p>
        </w:tc>
        <w:tc>
          <w:tcPr>
            <w:tcW w:type="dxa" w:w="2494"/>
          </w:tcPr>
          <w:p>
            <w:pPr>
              <w:bidi/>
              <w:spacing w:before="0" w:after="40"/>
              <w:jc w:val="both"/>
            </w:pPr>
            <w:r>
              <w:rPr>
                <w:rtl/>
              </w:rPr>
              <w:t>יתלבש</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ציווי</w:t>
      </w:r>
    </w:p>
    <w:p>
      <w:pPr>
        <w:bidi/>
        <w:spacing w:before="0" w:after="40"/>
        <w:jc w:val="both"/>
      </w:pPr>
      <w:r>
        <w:rPr>
          <w:rtl/>
        </w:rPr>
        <w:t>פונים ישירות אל הנמען.</w:t>
      </w:r>
    </w:p>
    <w:p>
      <w:pPr>
        <w:bidi/>
        <w:spacing w:before="0" w:after="120"/>
        <w:jc w:val="both"/>
      </w:pPr>
      <w:r>
        <w:rPr>
          <w:color w:val="334055"/>
          <w:sz w:val="24"/>
          <w:szCs w:val="24"/>
          <w:rtl/>
        </w:rPr>
        <w:t>דוגמאות – אתה, את, אתם: שמור, שמרי, שמרו · היכנס, היכנסי, היכנסו</w:t>
      </w:r>
    </w:p>
    <w:p>
      <w:pPr>
        <w:bidi/>
        <w:spacing w:before="160" w:after="60"/>
        <w:jc w:val="both"/>
      </w:pPr>
      <w:r>
        <w:rPr>
          <w:b/>
          <w:bCs/>
          <w:sz w:val="26"/>
          <w:szCs w:val="26"/>
          <w:rtl/>
        </w:rPr>
        <w:t>1. כתבו את הפועל בעבר, גוף «הוא», ואת הבניין שלו.</w:t>
      </w:r>
    </w:p>
    <w:p>
      <w:pPr>
        <w:bidi/>
        <w:spacing w:before="0" w:after="60"/>
        <w:jc w:val="both"/>
      </w:pPr>
      <w:r>
        <w:rPr>
          <w:rtl/>
        </w:rPr>
        <w:t>א. «מתרגשת» בעבר, גוף «הוא»: __________.</w:t>
      </w:r>
    </w:p>
    <w:p>
      <w:pPr>
        <w:bidi/>
        <w:spacing w:before="0" w:after="60"/>
        <w:jc w:val="both"/>
      </w:pPr>
      <w:r>
        <w:rPr>
          <w:rtl/>
        </w:rPr>
        <w:t>ב. «יסביר» בעבר, גוף «הוא»: __________.</w:t>
      </w:r>
    </w:p>
    <w:p>
      <w:pPr>
        <w:bidi/>
        <w:spacing w:before="0" w:after="60"/>
        <w:jc w:val="both"/>
      </w:pPr>
      <w:r>
        <w:rPr>
          <w:rtl/>
        </w:rPr>
        <w:t>ג. «נכתוב» בעבר, גוף «הוא»: __________.</w:t>
      </w:r>
    </w:p>
    <w:p>
      <w:pPr>
        <w:bidi/>
        <w:spacing w:before="160" w:after="60"/>
        <w:jc w:val="both"/>
      </w:pPr>
      <w:r>
        <w:rPr>
          <w:b/>
          <w:bCs/>
          <w:sz w:val="26"/>
          <w:szCs w:val="26"/>
          <w:rtl/>
        </w:rPr>
        <w:t>2. השלימו את צורות הציווי.</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עתיד – אתה</w:t>
            </w:r>
          </w:p>
        </w:tc>
        <w:tc>
          <w:tcPr>
            <w:tcW w:type="dxa" w:w="2494"/>
            <w:shd w:val="clear" w:color="auto" w:fill="9f1239"/>
          </w:tcPr>
          <w:p>
            <w:pPr>
              <w:bidi/>
              <w:spacing w:before="0" w:after="40"/>
              <w:jc w:val="both"/>
            </w:pPr>
            <w:r>
              <w:rPr>
                <w:b/>
                <w:bCs/>
                <w:color w:val="FFFFFF"/>
                <w:rtl/>
              </w:rPr>
              <w:t>ציווי – אתה</w:t>
            </w:r>
          </w:p>
        </w:tc>
        <w:tc>
          <w:tcPr>
            <w:tcW w:type="dxa" w:w="2494"/>
            <w:shd w:val="clear" w:color="auto" w:fill="9f1239"/>
          </w:tcPr>
          <w:p>
            <w:pPr>
              <w:bidi/>
              <w:spacing w:before="0" w:after="40"/>
              <w:jc w:val="both"/>
            </w:pPr>
            <w:r>
              <w:rPr>
                <w:b/>
                <w:bCs/>
                <w:color w:val="FFFFFF"/>
                <w:rtl/>
              </w:rPr>
              <w:t>ציווי – את</w:t>
            </w:r>
          </w:p>
        </w:tc>
        <w:tc>
          <w:tcPr>
            <w:tcW w:type="dxa" w:w="2494"/>
            <w:shd w:val="clear" w:color="auto" w:fill="9f1239"/>
          </w:tcPr>
          <w:p>
            <w:pPr>
              <w:bidi/>
              <w:spacing w:before="0" w:after="40"/>
              <w:jc w:val="both"/>
            </w:pPr>
            <w:r>
              <w:rPr>
                <w:b/>
                <w:bCs/>
                <w:color w:val="FFFFFF"/>
                <w:rtl/>
              </w:rPr>
              <w:t>ציווי – אתם</w:t>
            </w:r>
          </w:p>
        </w:tc>
      </w:tr>
      <w:tr>
        <w:tc>
          <w:tcPr>
            <w:tcW w:type="dxa" w:w="2494"/>
          </w:tcPr>
          <w:p>
            <w:pPr>
              <w:bidi/>
              <w:spacing w:before="0" w:after="40"/>
              <w:jc w:val="both"/>
            </w:pPr>
            <w:r>
              <w:rPr>
                <w:rtl/>
              </w:rPr>
              <w:t>תכתוב</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תדבר</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תתרכז</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באיזה בניין הפועל?</w:t>
      </w:r>
    </w:p>
    <w:p>
      <w:pPr>
        <w:bidi/>
        <w:spacing w:before="0" w:after="20"/>
        <w:jc w:val="both"/>
      </w:pPr>
      <w:r>
        <w:rPr>
          <w:rtl/>
        </w:rPr>
        <w:t>א. הוזמנו</w:t>
      </w:r>
    </w:p>
    <w:p>
      <w:pPr>
        <w:bidi/>
        <w:spacing w:before="0" w:after="80"/>
        <w:jc w:val="both"/>
      </w:pPr>
      <w:r>
        <w:rPr>
          <w:rtl/>
        </w:rPr>
        <w:t xml:space="preserve">   ○ הפעיל      ○ הופעל      ○ התפעל</w:t>
      </w:r>
    </w:p>
    <w:p>
      <w:pPr>
        <w:bidi/>
        <w:spacing w:before="0" w:after="20"/>
        <w:jc w:val="both"/>
      </w:pPr>
      <w:r>
        <w:rPr>
          <w:rtl/>
        </w:rPr>
        <w:t>ב. מטיילים</w:t>
      </w:r>
    </w:p>
    <w:p>
      <w:pPr>
        <w:bidi/>
        <w:spacing w:before="0" w:after="80"/>
        <w:jc w:val="both"/>
      </w:pPr>
      <w:r>
        <w:rPr>
          <w:rtl/>
        </w:rPr>
        <w:t xml:space="preserve">   ○ פעל      ○ פיעל      ○ נפעל</w:t>
      </w:r>
    </w:p>
    <w:p>
      <w:pPr>
        <w:bidi/>
        <w:spacing w:before="0" w:after="20"/>
        <w:jc w:val="both"/>
      </w:pPr>
      <w:r>
        <w:rPr>
          <w:rtl/>
        </w:rPr>
        <w:t>ג. ייפתח</w:t>
      </w:r>
    </w:p>
    <w:p>
      <w:pPr>
        <w:bidi/>
        <w:spacing w:before="0" w:after="80"/>
        <w:jc w:val="both"/>
      </w:pPr>
      <w:r>
        <w:rPr>
          <w:rtl/>
        </w:rPr>
        <w:t xml:space="preserve">   ○ נפעל      ○ פעל      ○ פיעל</w:t>
      </w:r>
    </w:p>
    <w:p>
      <w:pPr>
        <w:bidi/>
        <w:spacing w:before="160" w:after="60"/>
        <w:jc w:val="both"/>
      </w:pPr>
      <w:r>
        <w:rPr>
          <w:b/>
          <w:bCs/>
          <w:sz w:val="26"/>
          <w:szCs w:val="26"/>
          <w:rtl/>
        </w:rPr>
        <w:t>4. כתבו שני משפטים על אותו אירוע: אחד בעבר ואחד בעתיד, עם אותו פועל. כתבו את הבניין שלו.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הפעלים לפי הזמן.</w:t>
      </w:r>
    </w:p>
    <w:p>
      <w:pPr>
        <w:bidi/>
        <w:spacing w:before="0" w:after="80"/>
        <w:jc w:val="both"/>
      </w:pPr>
      <w:r>
        <w:rPr>
          <w:color w:val="9F1239"/>
          <w:sz w:val="24"/>
          <w:szCs w:val="24"/>
          <w:rtl/>
        </w:rPr>
        <w:t>המילים: כתבנו  |  כותבים  |  נכתוב  |  יכתבו  |  כתבת  |  כותבת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עבר</w:t>
            </w:r>
          </w:p>
        </w:tc>
        <w:tc>
          <w:tcPr>
            <w:tcW w:type="dxa" w:w="3326"/>
            <w:shd w:val="clear" w:color="auto" w:fill="9f1239"/>
          </w:tcPr>
          <w:p>
            <w:pPr>
              <w:bidi/>
              <w:spacing w:before="0" w:after="40"/>
              <w:jc w:val="both"/>
            </w:pPr>
            <w:r>
              <w:rPr>
                <w:b/>
                <w:bCs/>
                <w:color w:val="FFFFFF"/>
                <w:rtl/>
              </w:rPr>
              <w:t>הווה</w:t>
            </w:r>
          </w:p>
        </w:tc>
        <w:tc>
          <w:tcPr>
            <w:tcW w:type="dxa" w:w="3326"/>
            <w:shd w:val="clear" w:color="auto" w:fill="9f1239"/>
          </w:tcPr>
          <w:p>
            <w:pPr>
              <w:bidi/>
              <w:spacing w:before="0" w:after="40"/>
              <w:jc w:val="both"/>
            </w:pPr>
            <w:r>
              <w:rPr>
                <w:b/>
                <w:bCs/>
                <w:color w:val="FFFFFF"/>
                <w:rtl/>
              </w:rPr>
              <w:t>עתיד</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השלימו את הפועל בעתיד, באותו בניין.</w:t>
      </w:r>
    </w:p>
    <w:p>
      <w:pPr>
        <w:bidi/>
        <w:spacing w:before="0" w:after="60"/>
        <w:jc w:val="both"/>
      </w:pPr>
      <w:r>
        <w:rPr>
          <w:rtl/>
        </w:rPr>
        <w:t>א. אתמול הוא סידר את החדר, ומחר הוא __________ שוב.</w:t>
      </w:r>
    </w:p>
    <w:p>
      <w:pPr>
        <w:bidi/>
        <w:spacing w:before="0" w:after="60"/>
        <w:jc w:val="both"/>
      </w:pPr>
      <w:r>
        <w:rPr>
          <w:rtl/>
        </w:rPr>
        <w:t>ב. היום התאמנו, ומחר גם __________.</w:t>
      </w:r>
    </w:p>
    <w:p>
      <w:pPr>
        <w:bidi/>
        <w:spacing w:before="0" w:after="60"/>
        <w:jc w:val="both"/>
      </w:pPr>
      <w:r>
        <w:rPr>
          <w:rtl/>
        </w:rPr>
        <w:t>ג. השבוע הזמנתי חברים, ובשבוע הבא __________ שוב.</w:t>
      </w:r>
    </w:p>
    <w:p>
      <w:pPr>
        <w:bidi/>
        <w:spacing w:before="160" w:after="60"/>
        <w:jc w:val="both"/>
      </w:pPr>
      <w:r>
        <w:rPr>
          <w:b/>
          <w:bCs/>
          <w:sz w:val="26"/>
          <w:szCs w:val="26"/>
          <w:rtl/>
        </w:rPr>
        <w:t>7. נכון או לא נכון? תקנו את הלא נכונים.</w:t>
      </w:r>
    </w:p>
    <w:p>
      <w:pPr>
        <w:bidi/>
        <w:spacing w:before="0" w:after="60"/>
        <w:jc w:val="both"/>
      </w:pPr>
      <w:r>
        <w:rPr>
          <w:rtl/>
        </w:rPr>
        <w:t>א. «התלבש» שייך לבניין התפעל.      נכון / לא נכון</w:t>
      </w:r>
    </w:p>
    <w:p>
      <w:pPr>
        <w:bidi/>
        <w:spacing w:before="0" w:after="60"/>
        <w:jc w:val="both"/>
      </w:pPr>
      <w:r>
        <w:rPr>
          <w:rtl/>
        </w:rPr>
        <w:t>ב. «סודר» שייך לבניין פיעל.      נכון / לא נכון</w:t>
      </w:r>
    </w:p>
    <w:p>
      <w:pPr>
        <w:bidi/>
        <w:spacing w:before="0" w:after="60"/>
        <w:jc w:val="both"/>
      </w:pPr>
      <w:r>
        <w:rPr>
          <w:rtl/>
        </w:rPr>
        <w:t>ג. בבניין נפעל הווה ועבר בגוף «הוא» נראים אותו דבר.      נכון / לא נכון</w:t>
      </w:r>
    </w:p>
    <w:p>
      <w:pPr>
        <w:bidi/>
        <w:spacing w:before="160" w:after="60"/>
        <w:jc w:val="both"/>
      </w:pPr>
      <w:r>
        <w:rPr>
          <w:b/>
          <w:bCs/>
          <w:sz w:val="26"/>
          <w:szCs w:val="26"/>
          <w:rtl/>
        </w:rPr>
        <w:t>8.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פועל</w:t>
            </w:r>
          </w:p>
        </w:tc>
        <w:tc>
          <w:tcPr>
            <w:tcW w:type="dxa" w:w="3326"/>
            <w:shd w:val="clear" w:color="auto" w:fill="9f1239"/>
          </w:tcPr>
          <w:p>
            <w:pPr>
              <w:bidi/>
              <w:spacing w:before="0" w:after="40"/>
              <w:jc w:val="both"/>
            </w:pPr>
            <w:r>
              <w:rPr>
                <w:b/>
                <w:bCs/>
                <w:color w:val="FFFFFF"/>
                <w:rtl/>
              </w:rPr>
              <w:t>זמן</w:t>
            </w:r>
          </w:p>
        </w:tc>
        <w:tc>
          <w:tcPr>
            <w:tcW w:type="dxa" w:w="3326"/>
            <w:shd w:val="clear" w:color="auto" w:fill="9f1239"/>
          </w:tcPr>
          <w:p>
            <w:pPr>
              <w:bidi/>
              <w:spacing w:before="0" w:after="40"/>
              <w:jc w:val="both"/>
            </w:pPr>
            <w:r>
              <w:rPr>
                <w:b/>
                <w:bCs/>
                <w:color w:val="FFFFFF"/>
                <w:rtl/>
              </w:rPr>
              <w:t>גוף</w:t>
            </w:r>
          </w:p>
        </w:tc>
      </w:tr>
      <w:tr>
        <w:tc>
          <w:tcPr>
            <w:tcW w:type="dxa" w:w="3326"/>
          </w:tcPr>
          <w:p>
            <w:pPr>
              <w:bidi/>
              <w:spacing w:before="0" w:after="40"/>
              <w:jc w:val="both"/>
            </w:pPr>
            <w:r>
              <w:rPr>
                <w:rtl/>
              </w:rPr>
              <w:t>נלמד</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למדתן</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לומדות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בכל משפט מצאו את הפועל וכתבו את הזמן שלו.</w:t>
      </w:r>
    </w:p>
    <w:p>
      <w:pPr>
        <w:bidi/>
        <w:spacing w:before="0" w:after="100"/>
        <w:jc w:val="both"/>
      </w:pPr>
      <w:r>
        <w:rPr>
          <w:rtl/>
        </w:rPr>
        <w:t>א. מחר נצא לטיול.</w:t>
      </w:r>
    </w:p>
    <w:p>
      <w:pPr>
        <w:bidi/>
        <w:spacing w:before="0" w:after="100"/>
        <w:jc w:val="both"/>
      </w:pPr>
      <w:r>
        <w:rPr>
          <w:rtl/>
        </w:rPr>
        <w:t>ב. הם שיחקו בחצר.</w:t>
      </w:r>
    </w:p>
    <w:p>
      <w:pPr>
        <w:bidi/>
        <w:spacing w:before="0" w:after="100"/>
        <w:jc w:val="both"/>
      </w:pPr>
      <w:r>
        <w:rPr>
          <w:rtl/>
        </w:rPr>
        <w:t>ג. אני קוראת ספר.</w:t>
      </w:r>
    </w:p>
    <w:p>
      <w:pPr>
        <w:bidi/>
        <w:spacing w:before="0" w:after="100"/>
        <w:jc w:val="both"/>
      </w:pPr>
      <w:r>
        <w:rPr>
          <w:rtl/>
        </w:rPr>
        <w:t>ד. סגרו את החלון!</w:t>
      </w:r>
    </w:p>
    <w:p>
      <w:pPr>
        <w:bidi/>
        <w:spacing w:before="160" w:after="60"/>
        <w:jc w:val="both"/>
      </w:pPr>
      <w:r>
        <w:rPr>
          <w:b/>
          <w:bCs/>
          <w:sz w:val="26"/>
          <w:szCs w:val="26"/>
          <w:rtl/>
        </w:rPr>
        <w:t>10. התאימו כל פועל בעתיד לצורת הציווי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תשמור</w:t>
            </w:r>
          </w:p>
        </w:tc>
        <w:tc>
          <w:tcPr>
            <w:tcW w:type="dxa" w:w="4989"/>
          </w:tcPr>
          <w:p>
            <w:pPr>
              <w:bidi/>
              <w:spacing w:before="0" w:after="40"/>
              <w:jc w:val="both"/>
            </w:pPr>
            <w:r>
              <w:rPr>
                <w:rtl/>
              </w:rPr>
              <w:t>[   ] דברי</w:t>
            </w:r>
          </w:p>
        </w:tc>
      </w:tr>
      <w:tr>
        <w:tc>
          <w:tcPr>
            <w:tcW w:type="dxa" w:w="4989"/>
          </w:tcPr>
          <w:p>
            <w:pPr>
              <w:bidi/>
              <w:spacing w:before="0" w:after="40"/>
              <w:jc w:val="both"/>
            </w:pPr>
            <w:r>
              <w:rPr>
                <w:rtl/>
              </w:rPr>
              <w:t>2. תדברי</w:t>
            </w:r>
          </w:p>
        </w:tc>
        <w:tc>
          <w:tcPr>
            <w:tcW w:type="dxa" w:w="4989"/>
          </w:tcPr>
          <w:p>
            <w:pPr>
              <w:bidi/>
              <w:spacing w:before="0" w:after="40"/>
              <w:jc w:val="both"/>
            </w:pPr>
            <w:r>
              <w:rPr>
                <w:rtl/>
              </w:rPr>
              <w:t>[   ] הדלק</w:t>
            </w:r>
          </w:p>
        </w:tc>
      </w:tr>
      <w:tr>
        <w:tc>
          <w:tcPr>
            <w:tcW w:type="dxa" w:w="4989"/>
          </w:tcPr>
          <w:p>
            <w:pPr>
              <w:bidi/>
              <w:spacing w:before="0" w:after="40"/>
              <w:jc w:val="both"/>
            </w:pPr>
            <w:r>
              <w:rPr>
                <w:rtl/>
              </w:rPr>
              <w:t>3. תתלבשו</w:t>
            </w:r>
          </w:p>
        </w:tc>
        <w:tc>
          <w:tcPr>
            <w:tcW w:type="dxa" w:w="4989"/>
          </w:tcPr>
          <w:p>
            <w:pPr>
              <w:bidi/>
              <w:spacing w:before="0" w:after="40"/>
              <w:jc w:val="both"/>
            </w:pPr>
            <w:r>
              <w:rPr>
                <w:rtl/>
              </w:rPr>
              <w:t>[   ] שמור</w:t>
            </w:r>
          </w:p>
        </w:tc>
      </w:tr>
      <w:tr>
        <w:tc>
          <w:tcPr>
            <w:tcW w:type="dxa" w:w="4989"/>
          </w:tcPr>
          <w:p>
            <w:pPr>
              <w:bidi/>
              <w:spacing w:before="0" w:after="40"/>
              <w:jc w:val="both"/>
            </w:pPr>
            <w:r>
              <w:rPr>
                <w:rtl/>
              </w:rPr>
              <w:t>4. תדליק</w:t>
            </w:r>
          </w:p>
        </w:tc>
        <w:tc>
          <w:tcPr>
            <w:tcW w:type="dxa" w:w="4989"/>
          </w:tcPr>
          <w:p>
            <w:pPr>
              <w:bidi/>
              <w:spacing w:before="0" w:after="40"/>
              <w:jc w:val="both"/>
            </w:pPr>
            <w:r>
              <w:rPr>
                <w:rtl/>
              </w:rPr>
              <w:t>[   ] התלבשו</w:t>
            </w:r>
          </w:p>
        </w:tc>
      </w:tr>
    </w:tbl>
    <w:p>
      <w:pPr>
        <w:bidi/>
        <w:spacing w:before="0" w:after="40"/>
        <w:jc w:val="both"/>
      </w:pPr>
    </w:p>
    <w:p>
      <w:pPr>
        <w:bidi/>
        <w:spacing w:before="160" w:after="60"/>
        <w:jc w:val="both"/>
      </w:pPr>
      <w:r>
        <w:rPr>
          <w:b/>
          <w:bCs/>
          <w:sz w:val="26"/>
          <w:szCs w:val="26"/>
          <w:rtl/>
        </w:rPr>
        <w:t>11. השלימו את הפועל בבניין המבוקש (שורש בסוגריים, עבר, גוף «הוא»).</w:t>
      </w:r>
    </w:p>
    <w:p>
      <w:pPr>
        <w:bidi/>
        <w:spacing w:before="0" w:after="60"/>
        <w:jc w:val="both"/>
      </w:pPr>
      <w:r>
        <w:rPr>
          <w:rtl/>
        </w:rPr>
        <w:t>א. בניין פיעל (ס־פ־ר): __________.</w:t>
      </w:r>
    </w:p>
    <w:p>
      <w:pPr>
        <w:bidi/>
        <w:spacing w:before="0" w:after="60"/>
        <w:jc w:val="both"/>
      </w:pPr>
      <w:r>
        <w:rPr>
          <w:rtl/>
        </w:rPr>
        <w:t>ב. בניין הופעל (ז־מ־ן): __________.</w:t>
      </w:r>
    </w:p>
    <w:p>
      <w:pPr>
        <w:bidi/>
        <w:spacing w:before="0" w:after="60"/>
        <w:jc w:val="both"/>
      </w:pPr>
      <w:r>
        <w:rPr>
          <w:rtl/>
        </w:rPr>
        <w:t>ג. בניין התפעל (ק־ד־ם): __________.</w:t>
      </w:r>
    </w:p>
    <w:p>
      <w:pPr>
        <w:bidi/>
        <w:spacing w:before="160" w:after="60"/>
        <w:jc w:val="both"/>
      </w:pPr>
      <w:r>
        <w:rPr>
          <w:b/>
          <w:bCs/>
          <w:sz w:val="26"/>
          <w:szCs w:val="26"/>
          <w:rtl/>
        </w:rPr>
        <w:t>12. כתבו שלוש הוראות בציווי לחבר שמכין עוגה, והוסיפו לכל פועל את הבניין שלו.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4</w:t>
      </w:r>
    </w:p>
    <w:p>
      <w:pPr>
        <w:bidi/>
        <w:spacing w:before="0" w:after="120"/>
        <w:jc w:val="both"/>
      </w:pPr>
      <w:r>
        <w:rPr>
          <w:rFonts w:ascii="Times New Roman" w:hAnsi="Times New Roman" w:cs="Times New Roman"/>
          <w:b/>
          <w:bCs/>
          <w:color w:val="9F1239"/>
          <w:sz w:val="44"/>
          <w:szCs w:val="44"/>
          <w:rtl/>
        </w:rPr>
        <w:t>פרק 4: הצירוף: סמיכות ושם עצם עם שם תואר</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lashon_g7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צירוף או משפט?</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סוג</w:t>
            </w:r>
          </w:p>
        </w:tc>
        <w:tc>
          <w:tcPr>
            <w:tcW w:type="dxa" w:w="3326"/>
            <w:shd w:val="clear" w:color="auto" w:fill="9f1239"/>
          </w:tcPr>
          <w:p>
            <w:pPr>
              <w:bidi/>
              <w:spacing w:before="0" w:after="40"/>
              <w:jc w:val="both"/>
            </w:pPr>
            <w:r>
              <w:rPr>
                <w:b/>
                <w:bCs/>
                <w:color w:val="FFFFFF"/>
                <w:rtl/>
              </w:rPr>
              <w:t>דוגמה</w:t>
            </w:r>
          </w:p>
        </w:tc>
        <w:tc>
          <w:tcPr>
            <w:tcW w:type="dxa" w:w="3326"/>
            <w:shd w:val="clear" w:color="auto" w:fill="9f1239"/>
          </w:tcPr>
          <w:p>
            <w:pPr>
              <w:bidi/>
              <w:spacing w:before="0" w:after="40"/>
              <w:jc w:val="both"/>
            </w:pPr>
            <w:r>
              <w:rPr>
                <w:b/>
                <w:bCs/>
                <w:color w:val="FFFFFF"/>
                <w:rtl/>
              </w:rPr>
              <w:t>יש בו מידע שלם?</w:t>
            </w:r>
          </w:p>
        </w:tc>
      </w:tr>
      <w:tr>
        <w:tc>
          <w:tcPr>
            <w:tcW w:type="dxa" w:w="3326"/>
          </w:tcPr>
          <w:p>
            <w:pPr>
              <w:bidi/>
              <w:spacing w:before="0" w:after="40"/>
              <w:jc w:val="both"/>
            </w:pPr>
            <w:r>
              <w:rPr>
                <w:rtl/>
              </w:rPr>
              <w:t>צירוף</w:t>
            </w:r>
          </w:p>
        </w:tc>
        <w:tc>
          <w:tcPr>
            <w:tcW w:type="dxa" w:w="3326"/>
          </w:tcPr>
          <w:p>
            <w:pPr>
              <w:bidi/>
              <w:spacing w:before="0" w:after="40"/>
              <w:jc w:val="both"/>
            </w:pPr>
            <w:r>
              <w:rPr>
                <w:rtl/>
              </w:rPr>
              <w:t>הגשם החזק</w:t>
            </w:r>
          </w:p>
        </w:tc>
        <w:tc>
          <w:tcPr>
            <w:tcW w:type="dxa" w:w="3326"/>
          </w:tcPr>
          <w:p>
            <w:pPr>
              <w:bidi/>
              <w:spacing w:before="0" w:after="40"/>
              <w:jc w:val="both"/>
            </w:pPr>
            <w:r>
              <w:rPr>
                <w:rtl/>
              </w:rPr>
              <w:t>לא</w:t>
            </w:r>
          </w:p>
        </w:tc>
      </w:tr>
      <w:tr>
        <w:tc>
          <w:tcPr>
            <w:tcW w:type="dxa" w:w="3326"/>
          </w:tcPr>
          <w:p>
            <w:pPr>
              <w:bidi/>
              <w:spacing w:before="0" w:after="40"/>
              <w:jc w:val="both"/>
            </w:pPr>
            <w:r>
              <w:rPr>
                <w:rtl/>
              </w:rPr>
              <w:t>משפט</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הגשם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חזק</w:t>
                  </w:r>
                </w:rubyBase>
              </w:ruby>
            </w:r>
            <w:r>
              <w:rPr>
                <w:rtl/>
              </w:rPr>
              <w:t>.</w:t>
            </w:r>
          </w:p>
        </w:tc>
        <w:tc>
          <w:tcPr>
            <w:tcW w:type="dxa" w:w="3326"/>
          </w:tcPr>
          <w:p>
            <w:pPr>
              <w:bidi/>
              <w:spacing w:before="0" w:after="40"/>
              <w:jc w:val="both"/>
            </w:pPr>
            <w:r>
              <w:rPr>
                <w:rtl/>
              </w:rPr>
              <w:t>כן</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שני סוגי צירופים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מה בודקים?</w:t>
            </w:r>
          </w:p>
        </w:tc>
        <w:tc>
          <w:tcPr>
            <w:tcW w:type="dxa" w:w="3326"/>
            <w:shd w:val="clear" w:color="auto" w:fill="9f1239"/>
          </w:tcPr>
          <w:p>
            <w:pPr>
              <w:bidi/>
              <w:spacing w:before="0" w:after="40"/>
              <w:jc w:val="both"/>
            </w:pPr>
            <w:r>
              <w:rPr>
                <w:b/>
                <w:bCs/>
                <w:color w:val="FFFFFF"/>
                <w:rtl/>
              </w:rPr>
              <w:t>סמיכות</w:t>
            </w:r>
          </w:p>
        </w:tc>
        <w:tc>
          <w:tcPr>
            <w:tcW w:type="dxa" w:w="3326"/>
            <w:shd w:val="clear" w:color="auto" w:fill="9f1239"/>
          </w:tcPr>
          <w:p>
            <w:pPr>
              <w:bidi/>
              <w:spacing w:before="0" w:after="40"/>
              <w:jc w:val="both"/>
            </w:pPr>
            <w:r>
              <w:rPr>
                <w:b/>
                <w:bCs/>
                <w:color w:val="FFFFFF"/>
                <w:rtl/>
              </w:rPr>
              <w:t>שם עצם ושם תואר</w:t>
            </w:r>
          </w:p>
        </w:tc>
      </w:tr>
      <w:tr>
        <w:tc>
          <w:tcPr>
            <w:tcW w:type="dxa" w:w="3326"/>
          </w:tcPr>
          <w:p>
            <w:pPr>
              <w:bidi/>
              <w:spacing w:before="0" w:after="40"/>
              <w:jc w:val="both"/>
            </w:pPr>
            <w:r>
              <w:rPr>
                <w:rtl/>
              </w:rPr>
              <w:t>דוגמה</w:t>
            </w:r>
          </w:p>
        </w:tc>
        <w:tc>
          <w:tcPr>
            <w:tcW w:type="dxa" w:w="3326"/>
          </w:tcPr>
          <w:p>
            <w:pPr>
              <w:bidi/>
              <w:spacing w:before="0" w:after="40"/>
              <w:jc w:val="both"/>
            </w:pPr>
            <w:r>
              <w:rPr>
                <w:rtl/>
              </w:rPr>
              <w:t>חדר מורים</w:t>
            </w:r>
          </w:p>
        </w:tc>
        <w:tc>
          <w:tcPr>
            <w:tcW w:type="dxa" w:w="3326"/>
          </w:tcPr>
          <w:p>
            <w:pPr>
              <w:bidi/>
              <w:spacing w:before="0" w:after="40"/>
              <w:jc w:val="both"/>
            </w:pPr>
            <w:r>
              <w:rPr>
                <w:rtl/>
              </w:rPr>
              <w:t>ספר חדש</w:t>
            </w:r>
          </w:p>
        </w:tc>
      </w:tr>
      <w:tr>
        <w:tc>
          <w:tcPr>
            <w:tcW w:type="dxa" w:w="3326"/>
          </w:tcPr>
          <w:p>
            <w:pPr>
              <w:bidi/>
              <w:spacing w:before="0" w:after="40"/>
              <w:jc w:val="both"/>
            </w:pPr>
            <w:r>
              <w:rPr>
                <w:rtl/>
              </w:rPr>
              <w:t>יידוע</w:t>
            </w:r>
          </w:p>
        </w:tc>
        <w:tc>
          <w:tcPr>
            <w:tcW w:type="dxa" w:w="3326"/>
          </w:tcPr>
          <w:p>
            <w:pPr>
              <w:bidi/>
              <w:spacing w:before="0" w:after="40"/>
              <w:jc w:val="both"/>
            </w:pPr>
            <w:r>
              <w:rPr>
                <w:rtl/>
              </w:rPr>
              <w:t>חדר המורים</w:t>
            </w:r>
          </w:p>
        </w:tc>
        <w:tc>
          <w:tcPr>
            <w:tcW w:type="dxa" w:w="3326"/>
          </w:tcPr>
          <w:p>
            <w:pPr>
              <w:bidi/>
              <w:spacing w:before="0" w:after="40"/>
              <w:jc w:val="both"/>
            </w:pPr>
            <w:r>
              <w:rPr>
                <w:rtl/>
              </w:rPr>
              <w:t>הספר החדש</w:t>
            </w:r>
          </w:p>
        </w:tc>
      </w:tr>
      <w:tr>
        <w:tc>
          <w:tcPr>
            <w:tcW w:type="dxa" w:w="3326"/>
          </w:tcPr>
          <w:p>
            <w:pPr>
              <w:bidi/>
              <w:spacing w:before="0" w:after="40"/>
              <w:jc w:val="both"/>
            </w:pPr>
            <w:r>
              <w:rPr>
                <w:rtl/>
              </w:rPr>
              <w:t>ריבוי</w:t>
            </w:r>
          </w:p>
        </w:tc>
        <w:tc>
          <w:tcPr>
            <w:tcW w:type="dxa" w:w="3326"/>
          </w:tcPr>
          <w:p>
            <w:pPr>
              <w:bidi/>
              <w:spacing w:before="0" w:after="40"/>
              <w:jc w:val="both"/>
            </w:pPr>
            <w:r>
              <w:rPr>
                <w:rtl/>
              </w:rPr>
              <w:t>חדרי מורים</w:t>
            </w:r>
          </w:p>
        </w:tc>
        <w:tc>
          <w:tcPr>
            <w:tcW w:type="dxa" w:w="3326"/>
          </w:tcPr>
          <w:p>
            <w:pPr>
              <w:bidi/>
              <w:spacing w:before="0" w:after="40"/>
              <w:jc w:val="both"/>
            </w:pPr>
            <w:r>
              <w:rPr>
                <w:rtl/>
              </w:rPr>
              <w:t>ספרים חדשים</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זכרו</w:t>
      </w:r>
    </w:p>
    <w:p>
      <w:pPr>
        <w:bidi/>
        <w:spacing w:before="0" w:after="20"/>
        <w:jc w:val="both"/>
      </w:pPr>
      <w:r>
        <w:rPr>
          <w:rtl/>
        </w:rPr>
        <w:t>1. בסמיכות ה"א הידיעה באה רק לפני המילה השנייה.</w:t>
      </w:r>
    </w:p>
    <w:p>
      <w:pPr>
        <w:bidi/>
        <w:spacing w:before="0" w:after="20"/>
        <w:jc w:val="both"/>
      </w:pPr>
      <w:r>
        <w:rPr>
          <w:rtl/>
        </w:rPr>
        <w:t>2. בריבוי של סמיכות משנים את המילה הראשונה.</w:t>
      </w:r>
    </w:p>
    <w:p>
      <w:pPr>
        <w:bidi/>
        <w:spacing w:before="0" w:after="20"/>
        <w:jc w:val="both"/>
      </w:pPr>
      <w:r>
        <w:rPr>
          <w:rtl/>
        </w:rPr>
        <w:t>3. שם התואר מתאים לשם העצם במין, במספר וביידוע.</w:t>
      </w:r>
    </w:p>
    <w:p>
      <w:pPr>
        <w:bidi/>
        <w:spacing w:before="160" w:after="60"/>
        <w:jc w:val="both"/>
      </w:pPr>
      <w:r>
        <w:rPr>
          <w:b/>
          <w:bCs/>
          <w:sz w:val="26"/>
          <w:szCs w:val="26"/>
          <w:rtl/>
        </w:rPr>
        <w:t>1. כתבו את הצירוף ביידוע.</w:t>
      </w:r>
    </w:p>
    <w:p>
      <w:pPr>
        <w:bidi/>
        <w:spacing w:before="0" w:after="60"/>
        <w:jc w:val="both"/>
      </w:pPr>
      <w:r>
        <w:rPr>
          <w:rtl/>
        </w:rPr>
        <w:t>א. «כוס מים» ביידוע: __________.</w:t>
      </w:r>
    </w:p>
    <w:p>
      <w:pPr>
        <w:bidi/>
        <w:spacing w:before="0" w:after="60"/>
        <w:jc w:val="both"/>
      </w:pPr>
      <w:r>
        <w:rPr>
          <w:rtl/>
        </w:rPr>
        <w:t>ב. «חולצה אדומה» ביידוע: __________.</w:t>
      </w:r>
    </w:p>
    <w:p>
      <w:pPr>
        <w:bidi/>
        <w:spacing w:before="0" w:after="60"/>
        <w:jc w:val="both"/>
      </w:pPr>
      <w:r>
        <w:rPr>
          <w:rtl/>
        </w:rPr>
        <w:t>ג. «מגרש משחקים» ביידוע: __________.</w:t>
      </w:r>
    </w:p>
    <w:p>
      <w:pPr>
        <w:bidi/>
        <w:spacing w:before="160" w:after="60"/>
        <w:jc w:val="both"/>
      </w:pPr>
      <w:r>
        <w:rPr>
          <w:b/>
          <w:bCs/>
          <w:sz w:val="26"/>
          <w:szCs w:val="26"/>
          <w:rtl/>
        </w:rPr>
        <w:t>2. כתבו את הצירוף ברבים.</w:t>
      </w:r>
    </w:p>
    <w:p>
      <w:pPr>
        <w:bidi/>
        <w:spacing w:before="0" w:after="60"/>
        <w:jc w:val="both"/>
      </w:pPr>
      <w:r>
        <w:rPr>
          <w:rtl/>
        </w:rPr>
        <w:t>א. «שיר ערש» ברבים: __________.</w:t>
      </w:r>
    </w:p>
    <w:p>
      <w:pPr>
        <w:bidi/>
        <w:spacing w:before="0" w:after="60"/>
        <w:jc w:val="both"/>
      </w:pPr>
      <w:r>
        <w:rPr>
          <w:rtl/>
        </w:rPr>
        <w:t>ב. «חדר שינה» ברבים: __________.</w:t>
      </w:r>
    </w:p>
    <w:p>
      <w:pPr>
        <w:bidi/>
        <w:spacing w:before="0" w:after="60"/>
        <w:jc w:val="both"/>
      </w:pPr>
      <w:r>
        <w:rPr>
          <w:rtl/>
        </w:rPr>
        <w:t>ג. «ילד נבון» ברבים: __________.</w:t>
      </w:r>
    </w:p>
    <w:p>
      <w:pPr>
        <w:bidi/>
        <w:spacing w:before="160" w:after="60"/>
        <w:jc w:val="both"/>
      </w:pPr>
      <w:r>
        <w:rPr>
          <w:b/>
          <w:bCs/>
          <w:sz w:val="26"/>
          <w:szCs w:val="26"/>
          <w:rtl/>
        </w:rPr>
        <w:t>3. איזה צירוף מיודע נכון?</w:t>
      </w:r>
    </w:p>
    <w:p>
      <w:pPr>
        <w:bidi/>
        <w:spacing w:before="0" w:after="20"/>
        <w:jc w:val="both"/>
      </w:pPr>
      <w:r>
        <w:rPr>
          <w:rtl/>
        </w:rPr>
        <w:t>א. «בית ספר» ביידוע:</w:t>
      </w:r>
    </w:p>
    <w:p>
      <w:pPr>
        <w:bidi/>
        <w:spacing w:before="0" w:after="80"/>
        <w:jc w:val="both"/>
      </w:pPr>
      <w:r>
        <w:rPr>
          <w:rtl/>
        </w:rPr>
        <w:t xml:space="preserve">   ○ הבית ספר      ○ בית הספר      ○ הבית הספר</w:t>
      </w:r>
    </w:p>
    <w:p>
      <w:pPr>
        <w:bidi/>
        <w:spacing w:before="0" w:after="20"/>
        <w:jc w:val="both"/>
      </w:pPr>
      <w:r>
        <w:rPr>
          <w:rtl/>
        </w:rPr>
        <w:t>ב. «כלב קטן» ביידוע:</w:t>
      </w:r>
    </w:p>
    <w:p>
      <w:pPr>
        <w:bidi/>
        <w:spacing w:before="0" w:after="80"/>
        <w:jc w:val="both"/>
      </w:pPr>
      <w:r>
        <w:rPr>
          <w:rtl/>
        </w:rPr>
        <w:t xml:space="preserve">   ○ הכלב הקטן      ○ הכלב קטן      ○ כלב הקטן</w:t>
      </w:r>
    </w:p>
    <w:p>
      <w:pPr>
        <w:bidi/>
        <w:spacing w:before="160" w:after="60"/>
        <w:jc w:val="both"/>
      </w:pPr>
      <w:r>
        <w:rPr>
          <w:b/>
          <w:bCs/>
          <w:sz w:val="26"/>
          <w:szCs w:val="26"/>
          <w:rtl/>
        </w:rPr>
        <w:t>4. כתבו משפט אחד עם צירוף סמיכות מיודע ומשפט אחד עם צירוף סמיכות ברבים.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צירוף או משפט? מיינו.</w:t>
      </w:r>
    </w:p>
    <w:p>
      <w:pPr>
        <w:bidi/>
        <w:spacing w:before="0" w:after="80"/>
        <w:jc w:val="both"/>
      </w:pPr>
      <w:r>
        <w:rPr>
          <w:color w:val="9F1239"/>
          <w:sz w:val="24"/>
          <w:szCs w:val="24"/>
          <w:rtl/>
        </w:rPr>
        <w:t>המילים: הספר המעניין  |  הספר מעניין.  |  השמיים הכחולים  |  השמיים כחולים.  |  החדר הקטן  |  החדר קטן.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צירוף</w:t>
            </w:r>
          </w:p>
        </w:tc>
        <w:tc>
          <w:tcPr>
            <w:tcW w:type="dxa" w:w="4989"/>
            <w:shd w:val="clear" w:color="auto" w:fill="9f1239"/>
          </w:tcPr>
          <w:p>
            <w:pPr>
              <w:bidi/>
              <w:spacing w:before="0" w:after="40"/>
              <w:jc w:val="both"/>
            </w:pPr>
            <w:r>
              <w:rPr>
                <w:b/>
                <w:bCs/>
                <w:color w:val="FFFFFF"/>
                <w:rtl/>
              </w:rPr>
              <w:t>משפט</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נכון או לא נכון? תקנו את הלא נכונים.</w:t>
      </w:r>
    </w:p>
    <w:p>
      <w:pPr>
        <w:bidi/>
        <w:spacing w:before="0" w:after="60"/>
        <w:jc w:val="both"/>
      </w:pPr>
      <w:r>
        <w:rPr>
          <w:rtl/>
        </w:rPr>
        <w:t>א. «בית הספר» הוא צירוף סמיכות מיודע.      נכון / לא נכון</w:t>
      </w:r>
    </w:p>
    <w:p>
      <w:pPr>
        <w:bidi/>
        <w:spacing w:before="0" w:after="60"/>
        <w:jc w:val="both"/>
      </w:pPr>
      <w:r>
        <w:rPr>
          <w:rtl/>
        </w:rPr>
        <w:t>ב. «הבית ספר» היא צורה תקנית.      נכון / לא נכון</w:t>
      </w:r>
    </w:p>
    <w:p>
      <w:pPr>
        <w:bidi/>
        <w:spacing w:before="0" w:after="60"/>
        <w:jc w:val="both"/>
      </w:pPr>
      <w:r>
        <w:rPr>
          <w:rtl/>
        </w:rPr>
        <w:t>ג. ברבים של «שעון יד» אומרים «שעוני יד».      נכון / לא נכון</w:t>
      </w:r>
    </w:p>
    <w:p>
      <w:pPr>
        <w:bidi/>
        <w:spacing w:before="160" w:after="60"/>
        <w:jc w:val="both"/>
      </w:pPr>
      <w:r>
        <w:rPr>
          <w:b/>
          <w:bCs/>
          <w:sz w:val="26"/>
          <w:szCs w:val="26"/>
          <w:rtl/>
        </w:rPr>
        <w:t>7. התאימו כל צירוף לצורת הרבים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בית כנסת</w:t>
            </w:r>
          </w:p>
        </w:tc>
        <w:tc>
          <w:tcPr>
            <w:tcW w:type="dxa" w:w="4989"/>
          </w:tcPr>
          <w:p>
            <w:pPr>
              <w:bidi/>
              <w:spacing w:before="0" w:after="40"/>
              <w:jc w:val="both"/>
            </w:pPr>
            <w:r>
              <w:rPr>
                <w:rtl/>
              </w:rPr>
              <w:t>[   ] ארוחות בוקר</w:t>
            </w:r>
          </w:p>
        </w:tc>
      </w:tr>
      <w:tr>
        <w:tc>
          <w:tcPr>
            <w:tcW w:type="dxa" w:w="4989"/>
          </w:tcPr>
          <w:p>
            <w:pPr>
              <w:bidi/>
              <w:spacing w:before="0" w:after="40"/>
              <w:jc w:val="both"/>
            </w:pPr>
            <w:r>
              <w:rPr>
                <w:rtl/>
              </w:rPr>
              <w:t>2. חדר שינה</w:t>
            </w:r>
          </w:p>
        </w:tc>
        <w:tc>
          <w:tcPr>
            <w:tcW w:type="dxa" w:w="4989"/>
          </w:tcPr>
          <w:p>
            <w:pPr>
              <w:bidi/>
              <w:spacing w:before="0" w:after="40"/>
              <w:jc w:val="both"/>
            </w:pPr>
            <w:r>
              <w:rPr>
                <w:rtl/>
              </w:rPr>
              <w:t>[   ] חדרי שינה</w:t>
            </w:r>
          </w:p>
        </w:tc>
      </w:tr>
      <w:tr>
        <w:tc>
          <w:tcPr>
            <w:tcW w:type="dxa" w:w="4989"/>
          </w:tcPr>
          <w:p>
            <w:pPr>
              <w:bidi/>
              <w:spacing w:before="0" w:after="40"/>
              <w:jc w:val="both"/>
            </w:pPr>
            <w:r>
              <w:rPr>
                <w:rtl/>
              </w:rPr>
              <w:t>3. תחנת דלק</w:t>
            </w:r>
          </w:p>
        </w:tc>
        <w:tc>
          <w:tcPr>
            <w:tcW w:type="dxa" w:w="4989"/>
          </w:tcPr>
          <w:p>
            <w:pPr>
              <w:bidi/>
              <w:spacing w:before="0" w:after="40"/>
              <w:jc w:val="both"/>
            </w:pPr>
            <w:r>
              <w:rPr>
                <w:rtl/>
              </w:rPr>
              <w:t>[   ] בתי כנסת</w:t>
            </w:r>
          </w:p>
        </w:tc>
      </w:tr>
      <w:tr>
        <w:tc>
          <w:tcPr>
            <w:tcW w:type="dxa" w:w="4989"/>
          </w:tcPr>
          <w:p>
            <w:pPr>
              <w:bidi/>
              <w:spacing w:before="0" w:after="40"/>
              <w:jc w:val="both"/>
            </w:pPr>
            <w:r>
              <w:rPr>
                <w:rtl/>
              </w:rPr>
              <w:t>4. ארוחת בוקר</w:t>
            </w:r>
          </w:p>
        </w:tc>
        <w:tc>
          <w:tcPr>
            <w:tcW w:type="dxa" w:w="4989"/>
          </w:tcPr>
          <w:p>
            <w:pPr>
              <w:bidi/>
              <w:spacing w:before="0" w:after="40"/>
              <w:jc w:val="both"/>
            </w:pPr>
            <w:r>
              <w:rPr>
                <w:rtl/>
              </w:rPr>
              <w:t>[   ] תחנות דלק</w:t>
            </w:r>
          </w:p>
        </w:tc>
      </w:tr>
    </w:tbl>
    <w:p>
      <w:pPr>
        <w:bidi/>
        <w:spacing w:before="0" w:after="40"/>
        <w:jc w:val="both"/>
      </w:pPr>
    </w:p>
    <w:p>
      <w:pPr>
        <w:bidi/>
        <w:spacing w:before="160" w:after="60"/>
        <w:jc w:val="both"/>
      </w:pPr>
      <w:r>
        <w:rPr>
          <w:b/>
          <w:bCs/>
          <w:sz w:val="26"/>
          <w:szCs w:val="26"/>
          <w:rtl/>
        </w:rPr>
        <w:t>8. בכל משפט מצאו צירוף של שם עצם ושם תואר והעתיקו אותו.</w:t>
      </w:r>
    </w:p>
    <w:p>
      <w:pPr>
        <w:bidi/>
        <w:spacing w:before="0" w:after="100"/>
        <w:jc w:val="both"/>
      </w:pPr>
      <w:r>
        <w:rPr>
          <w:rtl/>
        </w:rPr>
        <w:t>א. קניתי חולצה אדומה בשוק.</w:t>
      </w:r>
    </w:p>
    <w:p>
      <w:pPr>
        <w:bidi/>
        <w:spacing w:before="0" w:after="100"/>
        <w:jc w:val="both"/>
      </w:pPr>
      <w:r>
        <w:rPr>
          <w:rtl/>
        </w:rPr>
        <w:t>ב. הכלב הקטן נבח כל הלילה.</w:t>
      </w:r>
    </w:p>
    <w:p>
      <w:pPr>
        <w:bidi/>
        <w:spacing w:before="0" w:after="100"/>
        <w:jc w:val="both"/>
      </w:pPr>
      <w:r>
        <w:rPr>
          <w:rtl/>
        </w:rPr>
        <w:t>ג. גרנו בדירה מרווחת ליד הים.</w:t>
      </w:r>
    </w:p>
    <w:p>
      <w:pPr>
        <w:bidi/>
        <w:spacing w:before="0" w:after="100"/>
        <w:jc w:val="both"/>
      </w:pPr>
      <w:r>
        <w:rPr>
          <w:rtl/>
        </w:rPr>
        <w:t>ד. הם קיבלו ציונים גבוהים.</w:t>
      </w:r>
    </w:p>
    <w:p>
      <w:pPr>
        <w:bidi/>
        <w:spacing w:before="160" w:after="60"/>
        <w:jc w:val="both"/>
      </w:pPr>
      <w:r>
        <w:rPr>
          <w:b/>
          <w:bCs/>
          <w:sz w:val="26"/>
          <w:szCs w:val="26"/>
          <w:rtl/>
        </w:rPr>
        <w:t>9. כתבו את הנסמך ואת הסומך בכל צירוף סמיכות.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צירוף</w:t>
            </w:r>
          </w:p>
        </w:tc>
        <w:tc>
          <w:tcPr>
            <w:tcW w:type="dxa" w:w="3326"/>
            <w:shd w:val="clear" w:color="auto" w:fill="9f1239"/>
          </w:tcPr>
          <w:p>
            <w:pPr>
              <w:bidi/>
              <w:spacing w:before="0" w:after="40"/>
              <w:jc w:val="both"/>
            </w:pPr>
            <w:r>
              <w:rPr>
                <w:b/>
                <w:bCs/>
                <w:color w:val="FFFFFF"/>
                <w:rtl/>
              </w:rPr>
              <w:t>נסמך</w:t>
            </w:r>
          </w:p>
        </w:tc>
        <w:tc>
          <w:tcPr>
            <w:tcW w:type="dxa" w:w="3326"/>
            <w:shd w:val="clear" w:color="auto" w:fill="9f1239"/>
          </w:tcPr>
          <w:p>
            <w:pPr>
              <w:bidi/>
              <w:spacing w:before="0" w:after="40"/>
              <w:jc w:val="both"/>
            </w:pPr>
            <w:r>
              <w:rPr>
                <w:b/>
                <w:bCs/>
                <w:color w:val="FFFFFF"/>
                <w:rtl/>
              </w:rPr>
              <w:t>סומך</w:t>
            </w:r>
          </w:p>
        </w:tc>
      </w:tr>
      <w:tr>
        <w:tc>
          <w:tcPr>
            <w:tcW w:type="dxa" w:w="3326"/>
          </w:tcPr>
          <w:p>
            <w:pPr>
              <w:bidi/>
              <w:spacing w:before="0" w:after="40"/>
              <w:jc w:val="both"/>
            </w:pPr>
            <w:r>
              <w:rPr>
                <w:rtl/>
              </w:rPr>
              <w:t>כוס תה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בית ספר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שיעורי בית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השלימו את שם התואר בצורה המתאימה.</w:t>
      </w:r>
    </w:p>
    <w:p>
      <w:pPr>
        <w:bidi/>
        <w:spacing w:before="0" w:after="60"/>
        <w:jc w:val="both"/>
      </w:pPr>
      <w:r>
        <w:rPr>
          <w:rtl/>
        </w:rPr>
        <w:t>א. ראינו שתי ציפורים __________ (צבעוני).</w:t>
      </w:r>
    </w:p>
    <w:p>
      <w:pPr>
        <w:bidi/>
        <w:spacing w:before="0" w:after="60"/>
        <w:jc w:val="both"/>
      </w:pPr>
      <w:r>
        <w:rPr>
          <w:rtl/>
        </w:rPr>
        <w:t>ב. הם קנו נעליים __________ (חדש).</w:t>
      </w:r>
    </w:p>
    <w:p>
      <w:pPr>
        <w:bidi/>
        <w:spacing w:before="0" w:after="60"/>
        <w:jc w:val="both"/>
      </w:pPr>
      <w:r>
        <w:rPr>
          <w:rtl/>
        </w:rPr>
        <w:t>ג. זו הייתה חוויה __________ (מיוחד).</w:t>
      </w:r>
    </w:p>
    <w:p>
      <w:pPr>
        <w:bidi/>
        <w:spacing w:before="160" w:after="60"/>
        <w:jc w:val="both"/>
      </w:pPr>
      <w:r>
        <w:rPr>
          <w:b/>
          <w:bCs/>
          <w:sz w:val="26"/>
          <w:szCs w:val="26"/>
          <w:rtl/>
        </w:rPr>
        <w:t>11. איזו צורה נכונה?</w:t>
      </w:r>
    </w:p>
    <w:p>
      <w:pPr>
        <w:bidi/>
        <w:spacing w:before="0" w:after="20"/>
        <w:jc w:val="both"/>
      </w:pPr>
      <w:r>
        <w:rPr>
          <w:rtl/>
        </w:rPr>
        <w:t>א. ברבים של «כדור רגל»:</w:t>
      </w:r>
    </w:p>
    <w:p>
      <w:pPr>
        <w:bidi/>
        <w:spacing w:before="0" w:after="80"/>
        <w:jc w:val="both"/>
      </w:pPr>
      <w:r>
        <w:rPr>
          <w:rtl/>
        </w:rPr>
        <w:t xml:space="preserve">   ○ כדורי רגל      ○ כדור רגליים      ○ כדורים רגל</w:t>
      </w:r>
    </w:p>
    <w:p>
      <w:pPr>
        <w:bidi/>
        <w:spacing w:before="0" w:after="20"/>
        <w:jc w:val="both"/>
      </w:pPr>
      <w:r>
        <w:rPr>
          <w:rtl/>
        </w:rPr>
        <w:t>ב. «חדר מורים» ביידוע:</w:t>
      </w:r>
    </w:p>
    <w:p>
      <w:pPr>
        <w:bidi/>
        <w:spacing w:before="0" w:after="80"/>
        <w:jc w:val="both"/>
      </w:pPr>
      <w:r>
        <w:rPr>
          <w:rtl/>
        </w:rPr>
        <w:t xml:space="preserve">   ○ החדר מורים      ○ חדר המורים      ○ החדר המורים</w:t>
      </w:r>
    </w:p>
    <w:p>
      <w:pPr>
        <w:bidi/>
        <w:spacing w:before="160" w:after="60"/>
        <w:jc w:val="both"/>
      </w:pPr>
      <w:r>
        <w:rPr>
          <w:b/>
          <w:bCs/>
          <w:sz w:val="26"/>
          <w:szCs w:val="26"/>
          <w:rtl/>
        </w:rPr>
        <w:t>12. כתבו פסקה קצרה על ארוחה משפחתית. השתמשו בשני צירופי סמיכות ובשני צירופים של שם עצם ושם תואר.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5</w:t>
      </w:r>
    </w:p>
    <w:p>
      <w:pPr>
        <w:bidi/>
        <w:spacing w:before="0" w:after="120"/>
        <w:jc w:val="both"/>
      </w:pPr>
      <w:r>
        <w:rPr>
          <w:rFonts w:ascii="Times New Roman" w:hAnsi="Times New Roman" w:cs="Times New Roman"/>
          <w:b/>
          <w:bCs/>
          <w:color w:val="9F1239"/>
          <w:sz w:val="44"/>
          <w:szCs w:val="44"/>
          <w:rtl/>
        </w:rPr>
        <w:t>פרק 5: המשפט: חיווי ושאלה, דיבור ישיר ועקיף, פיסוק</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lashon_g7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סימני הפיסוק ותפקידם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סימן</w:t>
            </w:r>
          </w:p>
        </w:tc>
        <w:tc>
          <w:tcPr>
            <w:tcW w:type="dxa" w:w="3326"/>
            <w:shd w:val="clear" w:color="auto" w:fill="9f1239"/>
          </w:tcPr>
          <w:p>
            <w:pPr>
              <w:bidi/>
              <w:spacing w:before="0" w:after="40"/>
              <w:jc w:val="both"/>
            </w:pPr>
            <w:r>
              <w:rPr>
                <w:b/>
                <w:bCs/>
                <w:color w:val="FFFFFF"/>
                <w:rtl/>
              </w:rPr>
              <w:t>מתי משתמשים?</w:t>
            </w:r>
          </w:p>
        </w:tc>
        <w:tc>
          <w:tcPr>
            <w:tcW w:type="dxa" w:w="3326"/>
            <w:shd w:val="clear" w:color="auto" w:fill="9f1239"/>
          </w:tcPr>
          <w:p>
            <w:pPr>
              <w:bidi/>
              <w:spacing w:before="0" w:after="40"/>
              <w:jc w:val="both"/>
            </w:pPr>
            <w:r>
              <w:rPr>
                <w:b/>
                <w:bCs/>
                <w:color w:val="FFFFFF"/>
                <w:rtl/>
              </w:rPr>
              <w:t>דוגמה</w:t>
            </w:r>
          </w:p>
        </w:tc>
      </w:tr>
      <w:tr>
        <w:tc>
          <w:tcPr>
            <w:tcW w:type="dxa" w:w="3326"/>
          </w:tcPr>
          <w:p>
            <w:pPr>
              <w:bidi/>
              <w:spacing w:before="0" w:after="40"/>
              <w:jc w:val="both"/>
            </w:pPr>
            <w:r>
              <w:rPr>
                <w:rtl/>
              </w:rPr>
              <w:t>.</w:t>
            </w:r>
          </w:p>
        </w:tc>
        <w:tc>
          <w:tcPr>
            <w:tcW w:type="dxa" w:w="3326"/>
          </w:tcPr>
          <w:p>
            <w:pPr>
              <w:bidi/>
              <w:spacing w:before="0" w:after="40"/>
              <w:jc w:val="both"/>
            </w:pPr>
            <w:r>
              <w:rPr>
                <w:rtl/>
              </w:rPr>
              <w:t>בסוף משפט חיווי</w:t>
            </w:r>
          </w:p>
        </w:tc>
        <w:tc>
          <w:tcPr>
            <w:tcW w:type="dxa" w:w="3326"/>
          </w:tcPr>
          <w:p>
            <w:pPr>
              <w:bidi/>
              <w:spacing w:before="0" w:after="40"/>
              <w:jc w:val="both"/>
            </w:pPr>
            <w:r>
              <w:rPr>
                <w:rtl/>
              </w:rPr>
              <w:t>השיעור הסתיים.</w:t>
            </w:r>
          </w:p>
        </w:tc>
      </w:tr>
      <w:tr>
        <w:tc>
          <w:tcPr>
            <w:tcW w:type="dxa" w:w="3326"/>
          </w:tcPr>
          <w:p>
            <w:pPr>
              <w:bidi/>
              <w:spacing w:before="0" w:after="40"/>
              <w:jc w:val="both"/>
            </w:pPr>
            <w:r>
              <w:rPr>
                <w:rtl/>
              </w:rPr>
              <w:t>?</w:t>
            </w:r>
          </w:p>
        </w:tc>
        <w:tc>
          <w:tcPr>
            <w:tcW w:type="dxa" w:w="3326"/>
          </w:tcPr>
          <w:p>
            <w:pPr>
              <w:bidi/>
              <w:spacing w:before="0" w:after="40"/>
              <w:jc w:val="both"/>
            </w:pPr>
            <w:r>
              <w:rPr>
                <w:rtl/>
              </w:rPr>
              <w:t>בסוף שאלה</w:t>
            </w:r>
          </w:p>
        </w:tc>
        <w:tc>
          <w:tcPr>
            <w:tcW w:type="dxa" w:w="3326"/>
          </w:tcPr>
          <w:p>
            <w:pPr>
              <w:bidi/>
              <w:spacing w:before="0" w:after="40"/>
              <w:jc w:val="both"/>
            </w:pPr>
            <w:r>
              <w:rPr>
                <w:rtl/>
              </w:rPr>
              <w:t>מתי נצא?</w:t>
            </w:r>
          </w:p>
        </w:tc>
      </w:tr>
      <w:tr>
        <w:tc>
          <w:tcPr>
            <w:tcW w:type="dxa" w:w="3326"/>
          </w:tcPr>
          <w:p>
            <w:pPr>
              <w:bidi/>
              <w:spacing w:before="0" w:after="40"/>
              <w:jc w:val="both"/>
            </w:pPr>
            <w:r>
              <w:rPr>
                <w:rtl/>
              </w:rPr>
              <w:t>!</w:t>
            </w:r>
          </w:p>
        </w:tc>
        <w:tc>
          <w:tcPr>
            <w:tcW w:type="dxa" w:w="3326"/>
          </w:tcPr>
          <w:p>
            <w:pPr>
              <w:bidi/>
              <w:spacing w:before="0" w:after="40"/>
              <w:jc w:val="both"/>
            </w:pPr>
            <w:r>
              <w:rPr>
                <w:rtl/>
              </w:rPr>
              <w:t>התרגשות או בקשה חזקה</w:t>
            </w:r>
          </w:p>
        </w:tc>
        <w:tc>
          <w:tcPr>
            <w:tcW w:type="dxa" w:w="3326"/>
          </w:tcPr>
          <w:p>
            <w:pPr>
              <w:bidi/>
              <w:spacing w:before="0" w:after="40"/>
              <w:jc w:val="both"/>
            </w:pPr>
            <w:r>
              <w:rPr>
                <w:rtl/>
              </w:rPr>
              <w:t>איזה יופי!</w:t>
            </w:r>
          </w:p>
        </w:tc>
      </w:tr>
      <w:tr>
        <w:tc>
          <w:tcPr>
            <w:tcW w:type="dxa" w:w="3326"/>
          </w:tcPr>
          <w:p>
            <w:pPr>
              <w:bidi/>
              <w:spacing w:before="0" w:after="40"/>
              <w:jc w:val="both"/>
            </w:pPr>
            <w:r>
              <w:rPr>
                <w:rtl/>
              </w:rPr>
              <w:t>:</w:t>
            </w:r>
          </w:p>
        </w:tc>
        <w:tc>
          <w:tcPr>
            <w:tcW w:type="dxa" w:w="3326"/>
          </w:tcPr>
          <w:p>
            <w:pPr>
              <w:bidi/>
              <w:spacing w:before="0" w:after="40"/>
              <w:jc w:val="both"/>
            </w:pPr>
            <w:r>
              <w:rPr>
                <w:rtl/>
              </w:rPr>
              <w:t>לפני רשימה או ציטוט</w:t>
            </w:r>
          </w:p>
        </w:tc>
        <w:tc>
          <w:tcPr>
            <w:tcW w:type="dxa" w:w="3326"/>
          </w:tcPr>
          <w:p>
            <w:pPr>
              <w:bidi/>
              <w:spacing w:before="0" w:after="40"/>
              <w:jc w:val="both"/>
            </w:pPr>
            <w:r>
              <w:rPr>
                <w:rtl/>
              </w:rPr>
              <w:t>קנינו: לחם וחלב.</w:t>
            </w:r>
          </w:p>
        </w:tc>
      </w:tr>
      <w:tr>
        <w:tc>
          <w:tcPr>
            <w:tcW w:type="dxa" w:w="3326"/>
          </w:tcPr>
          <w:p>
            <w:pPr>
              <w:bidi/>
              <w:spacing w:before="0" w:after="40"/>
              <w:jc w:val="both"/>
            </w:pPr>
            <w:r>
              <w:rPr>
                <w:rtl/>
              </w:rPr>
              <w:t>« »</w:t>
            </w:r>
          </w:p>
        </w:tc>
        <w:tc>
          <w:tcPr>
            <w:tcW w:type="dxa" w:w="3326"/>
          </w:tcPr>
          <w:p>
            <w:pPr>
              <w:bidi/>
              <w:spacing w:before="0" w:after="40"/>
              <w:jc w:val="both"/>
            </w:pPr>
            <w:r>
              <w:rPr>
                <w:rtl/>
              </w:rPr>
              <w:t>ציטוט או שם יצירה</w:t>
            </w:r>
          </w:p>
        </w:tc>
        <w:tc>
          <w:tcPr>
            <w:tcW w:type="dxa" w:w="3326"/>
          </w:tcPr>
          <w:p>
            <w:pPr>
              <w:bidi/>
              <w:spacing w:before="0" w:after="40"/>
              <w:jc w:val="both"/>
            </w:pPr>
            <w:r>
              <w:rPr>
                <w:rtl/>
              </w:rPr>
              <w:t>הסיפור «הגשר הישן»</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דיבור ישיר ודיבור עקיף</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מה בודקים?</w:t>
            </w:r>
          </w:p>
        </w:tc>
        <w:tc>
          <w:tcPr>
            <w:tcW w:type="dxa" w:w="3326"/>
            <w:shd w:val="clear" w:color="auto" w:fill="9f1239"/>
          </w:tcPr>
          <w:p>
            <w:pPr>
              <w:bidi/>
              <w:spacing w:before="0" w:after="40"/>
              <w:jc w:val="both"/>
            </w:pPr>
            <w:r>
              <w:rPr>
                <w:b/>
                <w:bCs/>
                <w:color w:val="FFFFFF"/>
                <w:rtl/>
              </w:rPr>
              <w:t>ישיר</w:t>
            </w:r>
          </w:p>
        </w:tc>
        <w:tc>
          <w:tcPr>
            <w:tcW w:type="dxa" w:w="3326"/>
            <w:shd w:val="clear" w:color="auto" w:fill="9f1239"/>
          </w:tcPr>
          <w:p>
            <w:pPr>
              <w:bidi/>
              <w:spacing w:before="0" w:after="40"/>
              <w:jc w:val="both"/>
            </w:pPr>
            <w:r>
              <w:rPr>
                <w:b/>
                <w:bCs/>
                <w:color w:val="FFFFFF"/>
                <w:rtl/>
              </w:rPr>
              <w:t>עקיף</w:t>
            </w:r>
          </w:p>
        </w:tc>
      </w:tr>
      <w:tr>
        <w:tc>
          <w:tcPr>
            <w:tcW w:type="dxa" w:w="3326"/>
          </w:tcPr>
          <w:p>
            <w:pPr>
              <w:bidi/>
              <w:spacing w:before="0" w:after="40"/>
              <w:jc w:val="both"/>
            </w:pPr>
            <w:r>
              <w:rPr>
                <w:rtl/>
              </w:rPr>
              <w:t>מירכאות</w:t>
            </w:r>
          </w:p>
        </w:tc>
        <w:tc>
          <w:tcPr>
            <w:tcW w:type="dxa" w:w="3326"/>
          </w:tcPr>
          <w:p>
            <w:pPr>
              <w:bidi/>
              <w:spacing w:before="0" w:after="40"/>
              <w:jc w:val="both"/>
            </w:pPr>
            <w:r>
              <w:rPr>
                <w:rtl/>
              </w:rPr>
              <w:t>יש</w:t>
            </w:r>
          </w:p>
        </w:tc>
        <w:tc>
          <w:tcPr>
            <w:tcW w:type="dxa" w:w="3326"/>
          </w:tcPr>
          <w:p>
            <w:pPr>
              <w:bidi/>
              <w:spacing w:before="0" w:after="40"/>
              <w:jc w:val="both"/>
            </w:pPr>
            <w:r>
              <w:rPr>
                <w:rtl/>
              </w:rPr>
              <w:t>אין</w:t>
            </w:r>
          </w:p>
        </w:tc>
      </w:tr>
      <w:tr>
        <w:tc>
          <w:tcPr>
            <w:tcW w:type="dxa" w:w="3326"/>
          </w:tcPr>
          <w:p>
            <w:pPr>
              <w:bidi/>
              <w:spacing w:before="0" w:after="40"/>
              <w:jc w:val="both"/>
            </w:pPr>
            <w:r>
              <w:rPr>
                <w:rtl/>
              </w:rPr>
              <w:t>מילת שעבוד</w:t>
            </w:r>
          </w:p>
        </w:tc>
        <w:tc>
          <w:tcPr>
            <w:tcW w:type="dxa" w:w="3326"/>
          </w:tcPr>
          <w:p>
            <w:pPr>
              <w:bidi/>
              <w:spacing w:before="0" w:after="40"/>
              <w:jc w:val="both"/>
            </w:pPr>
            <w:r>
              <w:rPr>
                <w:rtl/>
              </w:rPr>
              <w:t>אין</w:t>
            </w:r>
          </w:p>
        </w:tc>
        <w:tc>
          <w:tcPr>
            <w:tcW w:type="dxa" w:w="3326"/>
          </w:tcPr>
          <w:p>
            <w:pPr>
              <w:bidi/>
              <w:spacing w:before="0" w:after="40"/>
              <w:jc w:val="both"/>
            </w:pPr>
            <w:r>
              <w:rPr>
                <w:rtl/>
              </w:rPr>
              <w:t>ש־ או אם</w:t>
            </w:r>
          </w:p>
        </w:tc>
      </w:tr>
      <w:tr>
        <w:tc>
          <w:tcPr>
            <w:tcW w:type="dxa" w:w="3326"/>
          </w:tcPr>
          <w:p>
            <w:pPr>
              <w:bidi/>
              <w:spacing w:before="0" w:after="40"/>
              <w:jc w:val="both"/>
            </w:pPr>
            <w:r>
              <w:rPr>
                <w:rtl/>
              </w:rPr>
              <w:t>דוגמה</w:t>
            </w:r>
          </w:p>
        </w:tc>
        <w:tc>
          <w:tcPr>
            <w:tcW w:type="dxa" w:w="3326"/>
          </w:tcPr>
          <w:p>
            <w:pPr>
              <w:bidi/>
              <w:spacing w:before="0" w:after="40"/>
              <w:jc w:val="both"/>
            </w:pPr>
            <w:r>
              <w:rPr>
                <w:rtl/>
              </w:rPr>
              <w:t>דני אמר: «אני רעב».</w:t>
            </w:r>
          </w:p>
        </w:tc>
        <w:tc>
          <w:tcPr>
            <w:tcW w:type="dxa" w:w="3326"/>
          </w:tcPr>
          <w:p>
            <w:pPr>
              <w:bidi/>
              <w:spacing w:before="0" w:after="40"/>
              <w:jc w:val="both"/>
            </w:pPr>
            <w:r>
              <w:rPr>
                <w:rtl/>
              </w:rPr>
              <w:t>דני אמר שהוא רעב.</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פירוק והרכבה</w:t>
      </w:r>
    </w:p>
    <w:p>
      <w:pPr>
        <w:bidi/>
        <w:spacing w:before="0" w:after="40"/>
        <w:jc w:val="both"/>
      </w:pPr>
      <w:r>
        <w:rPr>
          <w:rtl/>
        </w:rPr>
        <w:t>משפט ארוך מפרקים לכמה משפטים קצרים. כמה משפטים קצרים מרכיבים בעזרת מילת קישור.</w:t>
      </w:r>
    </w:p>
    <w:p>
      <w:pPr>
        <w:bidi/>
        <w:spacing w:before="0" w:after="120"/>
        <w:jc w:val="both"/>
      </w:pPr>
      <w:r>
        <w:rPr>
          <w:color w:val="334055"/>
          <w:sz w:val="24"/>
          <w:szCs w:val="24"/>
          <w:rtl/>
        </w:rPr>
        <w:t>דוגמה להרכבה: הגשם התחיל, ולכן המשחק נדחה.</w:t>
      </w:r>
    </w:p>
    <w:p>
      <w:pPr>
        <w:bidi/>
        <w:spacing w:before="160" w:after="60"/>
        <w:jc w:val="both"/>
      </w:pPr>
      <w:r>
        <w:rPr>
          <w:b/>
          <w:bCs/>
          <w:sz w:val="26"/>
          <w:szCs w:val="26"/>
          <w:rtl/>
        </w:rPr>
        <w:t>1. השלימו את סימן הפיסוק החסר.</w:t>
      </w:r>
    </w:p>
    <w:p>
      <w:pPr>
        <w:bidi/>
        <w:spacing w:before="0" w:after="60"/>
        <w:jc w:val="both"/>
      </w:pPr>
      <w:r>
        <w:rPr>
          <w:rtl/>
        </w:rPr>
        <w:t>א. כמה עולה הכרטיס__________</w:t>
      </w:r>
    </w:p>
    <w:p>
      <w:pPr>
        <w:bidi/>
        <w:spacing w:before="0" w:after="60"/>
        <w:jc w:val="both"/>
      </w:pPr>
      <w:r>
        <w:rPr>
          <w:rtl/>
        </w:rPr>
        <w:t>ב. הבאנו לטיול שלושה דברים__________ מים, כובע וכריך.</w:t>
      </w:r>
    </w:p>
    <w:p>
      <w:pPr>
        <w:bidi/>
        <w:spacing w:before="0" w:after="60"/>
        <w:jc w:val="both"/>
      </w:pPr>
      <w:r>
        <w:rPr>
          <w:rtl/>
        </w:rPr>
        <w:t>ג. הספר «הגשר הישן» יצא לאור השנה__________</w:t>
      </w:r>
    </w:p>
    <w:p>
      <w:pPr>
        <w:bidi/>
        <w:spacing w:before="160" w:after="60"/>
        <w:jc w:val="both"/>
      </w:pPr>
      <w:r>
        <w:rPr>
          <w:b/>
          <w:bCs/>
          <w:sz w:val="26"/>
          <w:szCs w:val="26"/>
          <w:rtl/>
        </w:rPr>
        <w:t>2. העבירו מדיבור עקיף לדיבור ישיר.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דיבור עקיף</w:t>
            </w:r>
          </w:p>
        </w:tc>
        <w:tc>
          <w:tcPr>
            <w:tcW w:type="dxa" w:w="4989"/>
            <w:shd w:val="clear" w:color="auto" w:fill="9f1239"/>
          </w:tcPr>
          <w:p>
            <w:pPr>
              <w:bidi/>
              <w:spacing w:before="0" w:after="40"/>
              <w:jc w:val="both"/>
            </w:pPr>
            <w:r>
              <w:rPr>
                <w:b/>
                <w:bCs/>
                <w:color w:val="FFFFFF"/>
                <w:rtl/>
              </w:rPr>
              <w:t>דיבור ישיר</w:t>
            </w:r>
          </w:p>
        </w:tc>
      </w:tr>
      <w:tr>
        <w:tc>
          <w:tcPr>
            <w:tcW w:type="dxa" w:w="4989"/>
          </w:tcPr>
          <w:p>
            <w:pPr>
              <w:bidi/>
              <w:spacing w:before="0" w:after="40"/>
              <w:jc w:val="both"/>
            </w:pPr>
            <w:r>
              <w:rPr>
                <w:rtl/>
              </w:rPr>
              <w:t>רותם אמרה שהיא מאחרת.</w:t>
            </w:r>
          </w:p>
        </w:tc>
        <w:tc>
          <w:tcPr>
            <w:tcW w:type="dxa" w:w="4989"/>
          </w:tcPr>
          <w:p>
            <w:pPr>
              <w:bidi/>
              <w:spacing w:before="0" w:after="40"/>
              <w:jc w:val="both"/>
            </w:pPr>
            <w:r>
              <w:rPr>
                <w:rtl/>
              </w:rPr>
            </w:r>
          </w:p>
        </w:tc>
      </w:tr>
      <w:tr>
        <w:tc>
          <w:tcPr>
            <w:tcW w:type="dxa" w:w="4989"/>
          </w:tcPr>
          <w:p>
            <w:pPr>
              <w:bidi/>
              <w:spacing w:before="0" w:after="40"/>
              <w:jc w:val="both"/>
            </w:pPr>
            <w:r>
              <w:rPr>
                <w:rtl/>
              </w:rPr>
              <w:t>המדריך שאל אם כולם הגיעו.</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בחרו את הדיבור העקיף הנכון.</w:t>
      </w:r>
    </w:p>
    <w:p>
      <w:pPr>
        <w:bidi/>
        <w:spacing w:before="0" w:after="20"/>
        <w:jc w:val="both"/>
      </w:pPr>
      <w:r>
        <w:rPr>
          <w:rtl/>
        </w:rPr>
        <w:t>א. איתי אמר: «אני אבוא מחר».</w:t>
      </w:r>
    </w:p>
    <w:p>
      <w:pPr>
        <w:bidi/>
        <w:spacing w:before="0" w:after="80"/>
        <w:jc w:val="both"/>
      </w:pPr>
      <w:r>
        <w:rPr>
          <w:rtl/>
        </w:rPr>
        <w:t xml:space="preserve">   ○ איתי אמר שאני אבוא מחר.      ○ איתי אמר שהוא יבוא מחר.      ○ איתי אמר: הוא יבוא מחר.</w:t>
      </w:r>
    </w:p>
    <w:p>
      <w:pPr>
        <w:bidi/>
        <w:spacing w:before="160" w:after="60"/>
        <w:jc w:val="both"/>
      </w:pPr>
      <w:r>
        <w:rPr>
          <w:b/>
          <w:bCs/>
          <w:sz w:val="26"/>
          <w:szCs w:val="26"/>
          <w:rtl/>
        </w:rPr>
        <w:t>4. כתבו שאלת כן ולא ושאלת תוכן על אותו נושא – החופשה הקרובה.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העבירו לדיבור עקיף והשלימו.</w:t>
      </w:r>
    </w:p>
    <w:p>
      <w:pPr>
        <w:bidi/>
        <w:spacing w:before="0" w:after="60"/>
        <w:jc w:val="both"/>
      </w:pPr>
      <w:r>
        <w:rPr>
          <w:rtl/>
        </w:rPr>
        <w:t>א. רון אמר: «אני מאחר». רון אמר ש__________ מאחר.</w:t>
      </w:r>
    </w:p>
    <w:p>
      <w:pPr>
        <w:bidi/>
        <w:spacing w:before="0" w:after="60"/>
        <w:jc w:val="both"/>
      </w:pPr>
      <w:r>
        <w:rPr>
          <w:rtl/>
        </w:rPr>
        <w:t>ב. שירה שאלה: «האם הכיתה פתוחה?» שירה שאלה __________ הכיתה פתוחה.</w:t>
      </w:r>
    </w:p>
    <w:p>
      <w:pPr>
        <w:bidi/>
        <w:spacing w:before="0" w:after="60"/>
        <w:jc w:val="both"/>
      </w:pPr>
      <w:r>
        <w:rPr>
          <w:rtl/>
        </w:rPr>
        <w:t>ג. הילדים אמרו: «אנחנו רעבים». הילדים אמרו ש__________ רעבים.</w:t>
      </w:r>
    </w:p>
    <w:p>
      <w:pPr>
        <w:bidi/>
        <w:spacing w:before="160" w:after="60"/>
        <w:jc w:val="both"/>
      </w:pPr>
      <w:r>
        <w:rPr>
          <w:b/>
          <w:bCs/>
          <w:sz w:val="26"/>
          <w:szCs w:val="26"/>
          <w:rtl/>
        </w:rPr>
        <w:t>6. כתבו ליד כל משפט את סימן הפיסוק שצריך לבוא בסופו.</w:t>
      </w:r>
    </w:p>
    <w:p>
      <w:pPr>
        <w:bidi/>
        <w:spacing w:before="0" w:after="100"/>
        <w:jc w:val="both"/>
      </w:pPr>
      <w:r>
        <w:rPr>
          <w:rtl/>
        </w:rPr>
        <w:t>א. איזה יום יפה</w:t>
      </w:r>
    </w:p>
    <w:p>
      <w:pPr>
        <w:bidi/>
        <w:spacing w:before="0" w:after="100"/>
        <w:jc w:val="both"/>
      </w:pPr>
      <w:r>
        <w:rPr>
          <w:rtl/>
        </w:rPr>
        <w:t>ב. מה השעה</w:t>
      </w:r>
    </w:p>
    <w:p>
      <w:pPr>
        <w:bidi/>
        <w:spacing w:before="0" w:after="100"/>
        <w:jc w:val="both"/>
      </w:pPr>
      <w:r>
        <w:rPr>
          <w:rtl/>
        </w:rPr>
        <w:t>ג. הטקס הסתיים בשמונה</w:t>
      </w:r>
    </w:p>
    <w:p>
      <w:pPr>
        <w:bidi/>
        <w:spacing w:before="0" w:after="100"/>
        <w:jc w:val="both"/>
      </w:pPr>
      <w:r>
        <w:rPr>
          <w:rtl/>
        </w:rPr>
        <w:t>ד. תיזהרו</w:t>
      </w:r>
    </w:p>
    <w:p>
      <w:pPr>
        <w:bidi/>
        <w:spacing w:before="160" w:after="60"/>
        <w:jc w:val="both"/>
      </w:pPr>
      <w:r>
        <w:rPr>
          <w:b/>
          <w:bCs/>
          <w:sz w:val="26"/>
          <w:szCs w:val="26"/>
          <w:rtl/>
        </w:rPr>
        <w:t>7. נכון או לא נכון? תקנו את הלא נכונים.</w:t>
      </w:r>
    </w:p>
    <w:p>
      <w:pPr>
        <w:bidi/>
        <w:spacing w:before="0" w:after="60"/>
        <w:jc w:val="both"/>
      </w:pPr>
      <w:r>
        <w:rPr>
          <w:rtl/>
        </w:rPr>
        <w:t>א. שאלת תוכן פותחת במילת שאלה כמו «מי» או «מתי».      נכון / לא נכון</w:t>
      </w:r>
    </w:p>
    <w:p>
      <w:pPr>
        <w:bidi/>
        <w:spacing w:before="0" w:after="60"/>
        <w:jc w:val="both"/>
      </w:pPr>
      <w:r>
        <w:rPr>
          <w:rtl/>
        </w:rPr>
        <w:t>ב. לפני ציטוט בדיבור ישיר כותבים נקודתיים.      נכון / לא נכון</w:t>
      </w:r>
    </w:p>
    <w:p>
      <w:pPr>
        <w:bidi/>
        <w:spacing w:before="0" w:after="60"/>
        <w:jc w:val="both"/>
      </w:pPr>
      <w:r>
        <w:rPr>
          <w:rtl/>
        </w:rPr>
        <w:t>ג. בדיבור עקיף של שאלת כן ולא משתמשים ב«ש־».      נכון / לא נכון</w:t>
      </w:r>
    </w:p>
    <w:p>
      <w:pPr>
        <w:bidi/>
        <w:spacing w:before="160" w:after="60"/>
        <w:jc w:val="both"/>
      </w:pPr>
      <w:r>
        <w:rPr>
          <w:b/>
          <w:bCs/>
          <w:sz w:val="26"/>
          <w:szCs w:val="26"/>
          <w:rtl/>
        </w:rPr>
        <w:t>8. התאימו כל סימן פיסוק לתפקידו.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נקודה</w:t>
            </w:r>
          </w:p>
        </w:tc>
        <w:tc>
          <w:tcPr>
            <w:tcW w:type="dxa" w:w="4989"/>
          </w:tcPr>
          <w:p>
            <w:pPr>
              <w:bidi/>
              <w:spacing w:before="0" w:after="40"/>
              <w:jc w:val="both"/>
            </w:pPr>
            <w:r>
              <w:rPr>
                <w:rtl/>
              </w:rPr>
              <w:t>[   ] סוף משפט חיווי</w:t>
            </w:r>
          </w:p>
        </w:tc>
      </w:tr>
      <w:tr>
        <w:tc>
          <w:tcPr>
            <w:tcW w:type="dxa" w:w="4989"/>
          </w:tcPr>
          <w:p>
            <w:pPr>
              <w:bidi/>
              <w:spacing w:before="0" w:after="40"/>
              <w:jc w:val="both"/>
            </w:pPr>
            <w:r>
              <w:rPr>
                <w:rtl/>
              </w:rPr>
              <w:t>2. סימן שאלה</w:t>
            </w:r>
          </w:p>
        </w:tc>
        <w:tc>
          <w:tcPr>
            <w:tcW w:type="dxa" w:w="4989"/>
          </w:tcPr>
          <w:p>
            <w:pPr>
              <w:bidi/>
              <w:spacing w:before="0" w:after="40"/>
              <w:jc w:val="both"/>
            </w:pPr>
            <w:r>
              <w:rPr>
                <w:rtl/>
              </w:rPr>
              <w:t>[   ] ציטוט או שם יצירה</w:t>
            </w:r>
          </w:p>
        </w:tc>
      </w:tr>
      <w:tr>
        <w:tc>
          <w:tcPr>
            <w:tcW w:type="dxa" w:w="4989"/>
          </w:tcPr>
          <w:p>
            <w:pPr>
              <w:bidi/>
              <w:spacing w:before="0" w:after="40"/>
              <w:jc w:val="both"/>
            </w:pPr>
            <w:r>
              <w:rPr>
                <w:rtl/>
              </w:rPr>
              <w:t>3. נקודתיים</w:t>
            </w:r>
          </w:p>
        </w:tc>
        <w:tc>
          <w:tcPr>
            <w:tcW w:type="dxa" w:w="4989"/>
          </w:tcPr>
          <w:p>
            <w:pPr>
              <w:bidi/>
              <w:spacing w:before="0" w:after="40"/>
              <w:jc w:val="both"/>
            </w:pPr>
            <w:r>
              <w:rPr>
                <w:rtl/>
              </w:rPr>
              <w:t>[   ] לפני רשימה או ציטוט</w:t>
            </w:r>
          </w:p>
        </w:tc>
      </w:tr>
      <w:tr>
        <w:tc>
          <w:tcPr>
            <w:tcW w:type="dxa" w:w="4989"/>
          </w:tcPr>
          <w:p>
            <w:pPr>
              <w:bidi/>
              <w:spacing w:before="0" w:after="40"/>
              <w:jc w:val="both"/>
            </w:pPr>
            <w:r>
              <w:rPr>
                <w:rtl/>
              </w:rPr>
              <w:t>4. מירכאות</w:t>
            </w:r>
          </w:p>
        </w:tc>
        <w:tc>
          <w:tcPr>
            <w:tcW w:type="dxa" w:w="4989"/>
          </w:tcPr>
          <w:p>
            <w:pPr>
              <w:bidi/>
              <w:spacing w:before="0" w:after="40"/>
              <w:jc w:val="both"/>
            </w:pPr>
            <w:r>
              <w:rPr>
                <w:rtl/>
              </w:rPr>
              <w:t>[   ] סוף שאלה</w:t>
            </w:r>
          </w:p>
        </w:tc>
      </w:tr>
    </w:tbl>
    <w:p>
      <w:pPr>
        <w:bidi/>
        <w:spacing w:before="0" w:after="40"/>
        <w:jc w:val="both"/>
      </w:pPr>
    </w:p>
    <w:p>
      <w:pPr>
        <w:bidi/>
        <w:spacing w:before="160" w:after="60"/>
        <w:jc w:val="both"/>
      </w:pPr>
      <w:r>
        <w:rPr>
          <w:b/>
          <w:bCs/>
          <w:sz w:val="26"/>
          <w:szCs w:val="26"/>
          <w:rtl/>
        </w:rPr>
        <w:t>9. פרקו את המשפט לשני משפטים: «הספרייה נסגרה מוקדם, ולכן לא הספקנו להחזיר את הספרים.»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העבירו לדיבור ישיר.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דיבור עקיף</w:t>
            </w:r>
          </w:p>
        </w:tc>
        <w:tc>
          <w:tcPr>
            <w:tcW w:type="dxa" w:w="4989"/>
            <w:shd w:val="clear" w:color="auto" w:fill="9f1239"/>
          </w:tcPr>
          <w:p>
            <w:pPr>
              <w:bidi/>
              <w:spacing w:before="0" w:after="40"/>
              <w:jc w:val="both"/>
            </w:pPr>
            <w:r>
              <w:rPr>
                <w:b/>
                <w:bCs/>
                <w:color w:val="FFFFFF"/>
                <w:rtl/>
              </w:rPr>
              <w:t>דיבור ישיר</w:t>
            </w:r>
          </w:p>
        </w:tc>
      </w:tr>
      <w:tr>
        <w:tc>
          <w:tcPr>
            <w:tcW w:type="dxa" w:w="4989"/>
          </w:tcPr>
          <w:p>
            <w:pPr>
              <w:bidi/>
              <w:spacing w:before="0" w:after="40"/>
              <w:jc w:val="both"/>
            </w:pPr>
            <w:r>
              <w:rPr>
                <w:rtl/>
              </w:rPr>
              <w:t>דנה אמרה שהיא שמחה.</w:t>
            </w:r>
          </w:p>
        </w:tc>
        <w:tc>
          <w:tcPr>
            <w:tcW w:type="dxa" w:w="4989"/>
          </w:tcPr>
          <w:p>
            <w:pPr>
              <w:bidi/>
              <w:spacing w:before="0" w:after="40"/>
              <w:jc w:val="both"/>
            </w:pPr>
            <w:r>
              <w:rPr>
                <w:rtl/>
              </w:rPr>
            </w:r>
          </w:p>
        </w:tc>
      </w:tr>
      <w:tr>
        <w:tc>
          <w:tcPr>
            <w:tcW w:type="dxa" w:w="4989"/>
          </w:tcPr>
          <w:p>
            <w:pPr>
              <w:bidi/>
              <w:spacing w:before="0" w:after="40"/>
              <w:jc w:val="both"/>
            </w:pPr>
            <w:r>
              <w:rPr>
                <w:rtl/>
              </w:rPr>
              <w:t>המורה שאל מי שכח מעיל.</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כתבו שאלת תוכן שהתשובה עליה מופיעה בסוגריים.</w:t>
      </w:r>
    </w:p>
    <w:p>
      <w:pPr>
        <w:bidi/>
        <w:spacing w:before="0" w:after="60"/>
        <w:jc w:val="both"/>
      </w:pPr>
      <w:r>
        <w:rPr>
          <w:rtl/>
        </w:rPr>
        <w:t>א. __________ מתחיל הטקס? (בשמונה)</w:t>
      </w:r>
    </w:p>
    <w:p>
      <w:pPr>
        <w:bidi/>
        <w:spacing w:before="0" w:after="60"/>
        <w:jc w:val="both"/>
      </w:pPr>
      <w:r>
        <w:rPr>
          <w:rtl/>
        </w:rPr>
        <w:t>ב. __________ שמת את המפתח? (על השולחן)</w:t>
      </w:r>
    </w:p>
    <w:p>
      <w:pPr>
        <w:bidi/>
        <w:spacing w:before="0" w:after="60"/>
        <w:jc w:val="both"/>
      </w:pPr>
      <w:r>
        <w:rPr>
          <w:rtl/>
        </w:rPr>
        <w:t>ג. __________ איחרת? (כי האוטובוס התעכב)</w:t>
      </w:r>
    </w:p>
    <w:p>
      <w:pPr>
        <w:bidi/>
        <w:spacing w:before="160" w:after="60"/>
        <w:jc w:val="both"/>
      </w:pPr>
      <w:r>
        <w:rPr>
          <w:b/>
          <w:bCs/>
          <w:sz w:val="26"/>
          <w:szCs w:val="26"/>
          <w:rtl/>
        </w:rPr>
        <w:t>12. כתבו רשימת קניות למסיבת כיתה במשפט אחד, עם נקודתיים ופסיקים.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6</w:t>
      </w:r>
    </w:p>
    <w:p>
      <w:pPr>
        <w:bidi/>
        <w:spacing w:before="0" w:after="120"/>
        <w:jc w:val="both"/>
      </w:pPr>
      <w:r>
        <w:rPr>
          <w:rFonts w:ascii="Times New Roman" w:hAnsi="Times New Roman" w:cs="Times New Roman"/>
          <w:b/>
          <w:bCs/>
          <w:color w:val="9F1239"/>
          <w:sz w:val="44"/>
          <w:szCs w:val="44"/>
          <w:rtl/>
        </w:rPr>
        <w:t>פרק 6: היחסים הלוגיים ומילות הקישור</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lashon_g7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איזה יחס? איזו מילה?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יחס לוגי</w:t>
            </w:r>
          </w:p>
        </w:tc>
        <w:tc>
          <w:tcPr>
            <w:tcW w:type="dxa" w:w="3326"/>
            <w:shd w:val="clear" w:color="auto" w:fill="9f1239"/>
          </w:tcPr>
          <w:p>
            <w:pPr>
              <w:bidi/>
              <w:spacing w:before="0" w:after="40"/>
              <w:jc w:val="both"/>
            </w:pPr>
            <w:r>
              <w:rPr>
                <w:b/>
                <w:bCs/>
                <w:color w:val="FFFFFF"/>
                <w:rtl/>
              </w:rPr>
              <w:t>שאלה שהוא עונה עליה</w:t>
            </w:r>
          </w:p>
        </w:tc>
        <w:tc>
          <w:tcPr>
            <w:tcW w:type="dxa" w:w="3326"/>
            <w:shd w:val="clear" w:color="auto" w:fill="9f1239"/>
          </w:tcPr>
          <w:p>
            <w:pPr>
              <w:bidi/>
              <w:spacing w:before="0" w:after="40"/>
              <w:jc w:val="both"/>
            </w:pPr>
            <w:r>
              <w:rPr>
                <w:b/>
                <w:bCs/>
                <w:color w:val="FFFFFF"/>
                <w:rtl/>
              </w:rPr>
              <w:t>מילות קישור</w:t>
            </w:r>
          </w:p>
        </w:tc>
      </w:tr>
      <w:tr>
        <w:tc>
          <w:tcPr>
            <w:tcW w:type="dxa" w:w="3326"/>
          </w:tcPr>
          <w:p>
            <w:pPr>
              <w:bidi/>
              <w:spacing w:before="0" w:after="40"/>
              <w:jc w:val="both"/>
            </w:pPr>
            <w:r>
              <w:rPr>
                <w:rtl/>
              </w:rPr>
              <w:t>הוספה</w:t>
            </w:r>
          </w:p>
        </w:tc>
        <w:tc>
          <w:tcPr>
            <w:tcW w:type="dxa" w:w="3326"/>
          </w:tcPr>
          <w:p>
            <w:pPr>
              <w:bidi/>
              <w:spacing w:before="0" w:after="40"/>
              <w:jc w:val="both"/>
            </w:pPr>
            <w:r>
              <w:rPr>
                <w:rtl/>
              </w:rPr>
              <w:t>מה עוד?</w:t>
            </w:r>
          </w:p>
        </w:tc>
        <w:tc>
          <w:tcPr>
            <w:tcW w:type="dxa" w:w="3326"/>
          </w:tcPr>
          <w:p>
            <w:pPr>
              <w:bidi/>
              <w:spacing w:before="0" w:after="40"/>
              <w:jc w:val="both"/>
            </w:pPr>
            <w:r>
              <w:rPr>
                <w:rtl/>
              </w:rPr>
              <w:t>וגם, נוסף על כך, יתר על כן</w:t>
            </w:r>
          </w:p>
        </w:tc>
      </w:tr>
      <w:tr>
        <w:tc>
          <w:tcPr>
            <w:tcW w:type="dxa" w:w="3326"/>
          </w:tcPr>
          <w:p>
            <w:pPr>
              <w:bidi/>
              <w:spacing w:before="0" w:after="40"/>
              <w:jc w:val="both"/>
            </w:pPr>
            <w:r>
              <w:rPr>
                <w:rtl/>
              </w:rPr>
              <w:t>זמן</w:t>
            </w:r>
          </w:p>
        </w:tc>
        <w:tc>
          <w:tcPr>
            <w:tcW w:type="dxa" w:w="3326"/>
          </w:tcPr>
          <w:p>
            <w:pPr>
              <w:bidi/>
              <w:spacing w:before="0" w:after="40"/>
              <w:jc w:val="both"/>
            </w:pPr>
            <w:r>
              <w:rPr>
                <w:rtl/>
              </w:rPr>
              <w:t>מתי? באיזה סדר?</w:t>
            </w:r>
          </w:p>
        </w:tc>
        <w:tc>
          <w:tcPr>
            <w:tcW w:type="dxa" w:w="3326"/>
          </w:tcPr>
          <w:p>
            <w:pPr>
              <w:bidi/>
              <w:spacing w:before="0" w:after="40"/>
              <w:jc w:val="both"/>
            </w:pPr>
            <w:r>
              <w:rPr>
                <w:rtl/>
              </w:rPr>
              <w:t>לפני ש־, אחרי ש־, לבסוף</w:t>
            </w:r>
          </w:p>
        </w:tc>
      </w:tr>
      <w:tr>
        <w:tc>
          <w:tcPr>
            <w:tcW w:type="dxa" w:w="3326"/>
          </w:tcPr>
          <w:p>
            <w:pPr>
              <w:bidi/>
              <w:spacing w:before="0" w:after="40"/>
              <w:jc w:val="both"/>
            </w:pPr>
            <w:r>
              <w:rPr>
                <w:rtl/>
              </w:rPr>
              <w:t>סיבה</w:t>
            </w:r>
          </w:p>
        </w:tc>
        <w:tc>
          <w:tcPr>
            <w:tcW w:type="dxa" w:w="3326"/>
          </w:tcPr>
          <w:p>
            <w:pPr>
              <w:bidi/>
              <w:spacing w:before="0" w:after="40"/>
              <w:jc w:val="both"/>
            </w:pPr>
            <w:r>
              <w:rPr>
                <w:rtl/>
              </w:rPr>
              <w:t>למה?</w:t>
            </w:r>
          </w:p>
        </w:tc>
        <w:tc>
          <w:tcPr>
            <w:tcW w:type="dxa" w:w="3326"/>
          </w:tcPr>
          <w:p>
            <w:pPr>
              <w:bidi/>
              <w:spacing w:before="0" w:after="40"/>
              <w:jc w:val="both"/>
            </w:pPr>
            <w:r>
              <w:rPr>
                <w:rtl/>
              </w:rPr>
              <w:t>כי, מפני ש־, בגלל ש־</w:t>
            </w:r>
          </w:p>
        </w:tc>
      </w:tr>
      <w:tr>
        <w:tc>
          <w:tcPr>
            <w:tcW w:type="dxa" w:w="3326"/>
          </w:tcPr>
          <w:p>
            <w:pPr>
              <w:bidi/>
              <w:spacing w:before="0" w:after="40"/>
              <w:jc w:val="both"/>
            </w:pPr>
            <w:r>
              <w:rPr>
                <w:rtl/>
              </w:rPr>
              <w:t>תוצאה</w:t>
            </w:r>
          </w:p>
        </w:tc>
        <w:tc>
          <w:tcPr>
            <w:tcW w:type="dxa" w:w="3326"/>
          </w:tcPr>
          <w:p>
            <w:pPr>
              <w:bidi/>
              <w:spacing w:before="0" w:after="40"/>
              <w:jc w:val="both"/>
            </w:pPr>
            <w:r>
              <w:rPr>
                <w:rtl/>
              </w:rPr>
              <w:t>מה קרה בעקבות זה?</w:t>
            </w:r>
          </w:p>
        </w:tc>
        <w:tc>
          <w:tcPr>
            <w:tcW w:type="dxa" w:w="3326"/>
          </w:tcPr>
          <w:p>
            <w:pPr>
              <w:bidi/>
              <w:spacing w:before="0" w:after="40"/>
              <w:jc w:val="both"/>
            </w:pPr>
            <w:r>
              <w:rPr>
                <w:rtl/>
              </w:rPr>
              <w:t>לכן, לפיכך, כתוצאה מכך</w:t>
            </w:r>
          </w:p>
        </w:tc>
      </w:tr>
      <w:tr>
        <w:tc>
          <w:tcPr>
            <w:tcW w:type="dxa" w:w="3326"/>
          </w:tcPr>
          <w:p>
            <w:pPr>
              <w:bidi/>
              <w:spacing w:before="0" w:after="40"/>
              <w:jc w:val="both"/>
            </w:pPr>
            <w:r>
              <w:rPr>
                <w:rtl/>
              </w:rPr>
              <w:t>תנאי</w:t>
            </w:r>
          </w:p>
        </w:tc>
        <w:tc>
          <w:tcPr>
            <w:tcW w:type="dxa" w:w="3326"/>
          </w:tcPr>
          <w:p>
            <w:pPr>
              <w:bidi/>
              <w:spacing w:before="0" w:after="40"/>
              <w:jc w:val="both"/>
            </w:pPr>
            <w:r>
              <w:rPr>
                <w:rtl/>
              </w:rPr>
              <w:t>מה צריך להתקיים?</w:t>
            </w:r>
          </w:p>
        </w:tc>
        <w:tc>
          <w:tcPr>
            <w:tcW w:type="dxa" w:w="3326"/>
          </w:tcPr>
          <w:p>
            <w:pPr>
              <w:bidi/>
              <w:spacing w:before="0" w:after="40"/>
              <w:jc w:val="both"/>
            </w:pPr>
            <w:r>
              <w:rPr>
                <w:rtl/>
              </w:rPr>
              <w:t>אם, בתנאי ש־, במקרה ש־</w:t>
            </w:r>
          </w:p>
        </w:tc>
      </w:tr>
      <w:tr>
        <w:tc>
          <w:tcPr>
            <w:tcW w:type="dxa" w:w="3326"/>
          </w:tcPr>
          <w:p>
            <w:pPr>
              <w:bidi/>
              <w:spacing w:before="0" w:after="40"/>
              <w:jc w:val="both"/>
            </w:pPr>
            <w:r>
              <w:rPr>
                <w:rtl/>
              </w:rPr>
              <w:t>ניגוד</w:t>
            </w:r>
          </w:p>
        </w:tc>
        <w:tc>
          <w:tcPr>
            <w:tcW w:type="dxa" w:w="3326"/>
          </w:tcPr>
          <w:p>
            <w:pPr>
              <w:bidi/>
              <w:spacing w:before="0" w:after="40"/>
              <w:jc w:val="both"/>
            </w:pPr>
            <w:r>
              <w:rPr>
                <w:rtl/>
              </w:rPr>
              <w:t>מה הפוך?</w:t>
            </w:r>
          </w:p>
        </w:tc>
        <w:tc>
          <w:tcPr>
            <w:tcW w:type="dxa" w:w="3326"/>
          </w:tcPr>
          <w:p>
            <w:pPr>
              <w:bidi/>
              <w:spacing w:before="0" w:after="40"/>
              <w:jc w:val="both"/>
            </w:pPr>
            <w:r>
              <w:rPr>
                <w:rtl/>
              </w:rPr>
              <w:t>אבל, אולם, לעומת זאת</w:t>
            </w:r>
          </w:p>
        </w:tc>
      </w:tr>
      <w:tr>
        <w:tc>
          <w:tcPr>
            <w:tcW w:type="dxa" w:w="3326"/>
          </w:tcPr>
          <w:p>
            <w:pPr>
              <w:bidi/>
              <w:spacing w:before="0" w:after="40"/>
              <w:jc w:val="both"/>
            </w:pPr>
            <w:r>
              <w:rPr>
                <w:rtl/>
              </w:rPr>
              <w:t>ויתור</w:t>
            </w:r>
          </w:p>
        </w:tc>
        <w:tc>
          <w:tcPr>
            <w:tcW w:type="dxa" w:w="3326"/>
          </w:tcPr>
          <w:p>
            <w:pPr>
              <w:bidi/>
              <w:spacing w:before="0" w:after="40"/>
              <w:jc w:val="both"/>
            </w:pPr>
            <w:r>
              <w:rPr>
                <w:rtl/>
              </w:rPr>
              <w:t>מה קרה בכל זאת?</w:t>
            </w:r>
          </w:p>
        </w:tc>
        <w:tc>
          <w:tcPr>
            <w:tcW w:type="dxa" w:w="3326"/>
          </w:tcPr>
          <w:p>
            <w:pPr>
              <w:bidi/>
              <w:spacing w:before="0" w:after="40"/>
              <w:jc w:val="both"/>
            </w:pPr>
            <w:r>
              <w:rPr>
                <w:rtl/>
              </w:rPr>
              <w:t>אף על פי ש־, למרות ש־</w:t>
            </w:r>
          </w:p>
        </w:tc>
      </w:tr>
      <w:tr>
        <w:tc>
          <w:tcPr>
            <w:tcW w:type="dxa" w:w="3326"/>
          </w:tcPr>
          <w:p>
            <w:pPr>
              <w:bidi/>
              <w:spacing w:before="0" w:after="40"/>
              <w:jc w:val="both"/>
            </w:pPr>
            <w:r>
              <w:rPr>
                <w:rtl/>
              </w:rPr>
              <w:t>הסתייגות</w:t>
            </w:r>
          </w:p>
        </w:tc>
        <w:tc>
          <w:tcPr>
            <w:tcW w:type="dxa" w:w="3326"/>
          </w:tcPr>
          <w:p>
            <w:pPr>
              <w:bidi/>
              <w:spacing w:before="0" w:after="40"/>
              <w:jc w:val="both"/>
            </w:pPr>
            <w:r>
              <w:rPr>
                <w:rtl/>
              </w:rPr>
              <w:t>מתי זה לא נכון?</w:t>
            </w:r>
          </w:p>
        </w:tc>
        <w:tc>
          <w:tcPr>
            <w:tcW w:type="dxa" w:w="3326"/>
          </w:tcPr>
          <w:p>
            <w:pPr>
              <w:bidi/>
              <w:spacing w:before="0" w:after="40"/>
              <w:jc w:val="both"/>
            </w:pPr>
            <w:r>
              <w:rPr>
                <w:rtl/>
              </w:rPr>
              <w:t>עם זאת, אלא ש־</w:t>
            </w:r>
          </w:p>
        </w:tc>
      </w:tr>
      <w:tr>
        <w:tc>
          <w:tcPr>
            <w:tcW w:type="dxa" w:w="3326"/>
          </w:tcPr>
          <w:p>
            <w:pPr>
              <w:bidi/>
              <w:spacing w:before="0" w:after="40"/>
              <w:jc w:val="both"/>
            </w:pPr>
            <w:r>
              <w:rPr>
                <w:rtl/>
              </w:rPr>
              <w:t>עימות והשוואה</w:t>
            </w:r>
          </w:p>
        </w:tc>
        <w:tc>
          <w:tcPr>
            <w:tcW w:type="dxa" w:w="3326"/>
          </w:tcPr>
          <w:p>
            <w:pPr>
              <w:bidi/>
              <w:spacing w:before="0" w:after="40"/>
              <w:jc w:val="both"/>
            </w:pPr>
            <w:r>
              <w:rPr>
                <w:rtl/>
              </w:rPr>
              <w:t>מה שונה? מה דומה?</w:t>
            </w:r>
          </w:p>
        </w:tc>
        <w:tc>
          <w:tcPr>
            <w:tcW w:type="dxa" w:w="3326"/>
          </w:tcPr>
          <w:p>
            <w:pPr>
              <w:bidi/>
              <w:spacing w:before="0" w:after="40"/>
              <w:jc w:val="both"/>
            </w:pPr>
            <w:r>
              <w:rPr>
                <w:rtl/>
              </w:rPr>
              <w:t>ואילו, בניגוד ל־, כמו, בדומה ל־</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איך בוחרים?</w:t>
      </w:r>
    </w:p>
    <w:p>
      <w:pPr>
        <w:bidi/>
        <w:spacing w:before="0" w:after="20"/>
        <w:jc w:val="both"/>
      </w:pPr>
      <w:r>
        <w:rPr>
          <w:rtl/>
        </w:rPr>
        <w:t>1. קראו את שני החלקים.</w:t>
      </w:r>
    </w:p>
    <w:p>
      <w:pPr>
        <w:bidi/>
        <w:spacing w:before="0" w:after="20"/>
        <w:jc w:val="both"/>
      </w:pPr>
      <w:r>
        <w:rPr>
          <w:rtl/>
        </w:rPr>
        <w:t>2. שאלו מה הקשר ביניהם.</w:t>
      </w:r>
    </w:p>
    <w:p>
      <w:pPr>
        <w:bidi/>
        <w:spacing w:before="0" w:after="20"/>
        <w:jc w:val="both"/>
      </w:pPr>
      <w:r>
        <w:rPr>
          <w:rtl/>
        </w:rPr>
        <w:t>3. בחרו מילה מהשורה המתאימה בטבלה.</w:t>
      </w:r>
    </w:p>
    <w:p>
      <w:pPr>
        <w:bidi/>
        <w:spacing w:before="160" w:after="60"/>
        <w:jc w:val="both"/>
      </w:pPr>
      <w:r>
        <w:rPr>
          <w:b/>
          <w:bCs/>
          <w:sz w:val="26"/>
          <w:szCs w:val="26"/>
          <w:rtl/>
        </w:rPr>
        <w:t>1. בחרו את מילת הקישור הנכונה מן הסוגריים.</w:t>
      </w:r>
    </w:p>
    <w:p>
      <w:pPr>
        <w:bidi/>
        <w:spacing w:before="0" w:after="60"/>
        <w:jc w:val="both"/>
      </w:pPr>
      <w:r>
        <w:rPr>
          <w:rtl/>
        </w:rPr>
        <w:t>א. __________ שהתאמנו קשה, הפסדנו במשחק. (למרות / בגלל)</w:t>
      </w:r>
    </w:p>
    <w:p>
      <w:pPr>
        <w:bidi/>
        <w:spacing w:before="0" w:after="60"/>
        <w:jc w:val="both"/>
      </w:pPr>
      <w:r>
        <w:rPr>
          <w:rtl/>
        </w:rPr>
        <w:t>ב. הוא לא הגיע __________ היה חולה. (כי / לכן)</w:t>
      </w:r>
    </w:p>
    <w:p>
      <w:pPr>
        <w:bidi/>
        <w:spacing w:before="0" w:after="60"/>
        <w:jc w:val="both"/>
      </w:pPr>
      <w:r>
        <w:rPr>
          <w:rtl/>
        </w:rPr>
        <w:t>ג. __________ תצטרפו, נצא בשעה שש. (אם / אבל)</w:t>
      </w:r>
    </w:p>
    <w:p>
      <w:pPr>
        <w:bidi/>
        <w:spacing w:before="160" w:after="60"/>
        <w:jc w:val="both"/>
      </w:pPr>
      <w:r>
        <w:rPr>
          <w:b/>
          <w:bCs/>
          <w:sz w:val="26"/>
          <w:szCs w:val="26"/>
          <w:rtl/>
        </w:rPr>
        <w:t>2. מה היחס הלוגי?</w:t>
      </w:r>
    </w:p>
    <w:p>
      <w:pPr>
        <w:bidi/>
        <w:spacing w:before="0" w:after="20"/>
        <w:jc w:val="both"/>
      </w:pPr>
      <w:r>
        <w:rPr>
          <w:rtl/>
        </w:rPr>
        <w:t>א. הכיתה הייתה רועשת, לפיכך המורה עצרה את השיעור.</w:t>
      </w:r>
    </w:p>
    <w:p>
      <w:pPr>
        <w:bidi/>
        <w:spacing w:before="0" w:after="80"/>
        <w:jc w:val="both"/>
      </w:pPr>
      <w:r>
        <w:rPr>
          <w:rtl/>
        </w:rPr>
        <w:t xml:space="preserve">   ○ תוצאה      ○ ויתור      ○ השוואה</w:t>
      </w:r>
    </w:p>
    <w:p>
      <w:pPr>
        <w:bidi/>
        <w:spacing w:before="0" w:after="20"/>
        <w:jc w:val="both"/>
      </w:pPr>
      <w:r>
        <w:rPr>
          <w:rtl/>
        </w:rPr>
        <w:t>ב. האתר נוח לשימוש, עם זאת חסרים בו כמה פרטים.</w:t>
      </w:r>
    </w:p>
    <w:p>
      <w:pPr>
        <w:bidi/>
        <w:spacing w:before="0" w:after="80"/>
        <w:jc w:val="both"/>
      </w:pPr>
      <w:r>
        <w:rPr>
          <w:rtl/>
        </w:rPr>
        <w:t xml:space="preserve">   ○ הסתייגות      ○ זמן      ○ סיבה</w:t>
      </w:r>
    </w:p>
    <w:p>
      <w:pPr>
        <w:bidi/>
        <w:spacing w:before="160" w:after="60"/>
        <w:jc w:val="both"/>
      </w:pPr>
      <w:r>
        <w:rPr>
          <w:b/>
          <w:bCs/>
          <w:sz w:val="26"/>
          <w:szCs w:val="26"/>
          <w:rtl/>
        </w:rPr>
        <w:t>3. הרכיבו משפט אחד משני המשפטים, בעזרת מילת קישור.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שני משפטים</w:t>
            </w:r>
          </w:p>
        </w:tc>
        <w:tc>
          <w:tcPr>
            <w:tcW w:type="dxa" w:w="4989"/>
            <w:shd w:val="clear" w:color="auto" w:fill="9f1239"/>
          </w:tcPr>
          <w:p>
            <w:pPr>
              <w:bidi/>
              <w:spacing w:before="0" w:after="40"/>
              <w:jc w:val="both"/>
            </w:pPr>
            <w:r>
              <w:rPr>
                <w:b/>
                <w:bCs/>
                <w:color w:val="FFFFFF"/>
                <w:rtl/>
              </w:rPr>
              <w:t>משפט אחד</w:t>
            </w:r>
          </w:p>
        </w:tc>
      </w:tr>
      <w:tr>
        <w:tc>
          <w:tcPr>
            <w:tcW w:type="dxa" w:w="4989"/>
          </w:tcPr>
          <w:p>
            <w:pPr>
              <w:bidi/>
              <w:spacing w:before="0" w:after="40"/>
              <w:jc w:val="both"/>
            </w:pPr>
            <w:r>
              <w:rPr>
                <w:rtl/>
              </w:rPr>
              <w:t>הרכבת איחרה. הגענו מאוחר.</w:t>
            </w:r>
          </w:p>
        </w:tc>
        <w:tc>
          <w:tcPr>
            <w:tcW w:type="dxa" w:w="4989"/>
          </w:tcPr>
          <w:p>
            <w:pPr>
              <w:bidi/>
              <w:spacing w:before="0" w:after="40"/>
              <w:jc w:val="both"/>
            </w:pPr>
            <w:r>
              <w:rPr>
                <w:rtl/>
              </w:rPr>
            </w:r>
          </w:p>
        </w:tc>
      </w:tr>
      <w:tr>
        <w:tc>
          <w:tcPr>
            <w:tcW w:type="dxa" w:w="4989"/>
          </w:tcPr>
          <w:p>
            <w:pPr>
              <w:bidi/>
              <w:spacing w:before="0" w:after="40"/>
              <w:jc w:val="both"/>
            </w:pPr>
            <w:r>
              <w:rPr>
                <w:rtl/>
              </w:rPr>
              <w:t>רצינו לשחק בחוץ. התחיל לרדת גשם.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השוו בשלושה משפטים בין קיץ לחורף. השתמשו במילה אחת של השוואה ובמילה אחת של עימות.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מילות הקישור לפי היחס.</w:t>
      </w:r>
    </w:p>
    <w:p>
      <w:pPr>
        <w:bidi/>
        <w:spacing w:before="0" w:after="80"/>
        <w:jc w:val="both"/>
      </w:pPr>
      <w:r>
        <w:rPr>
          <w:color w:val="9F1239"/>
          <w:sz w:val="24"/>
          <w:szCs w:val="24"/>
          <w:rtl/>
        </w:rPr>
        <w:t>המילים: אף על פי ש־  |  למרות ש־  |  וגם  |  נוסף על כך  |  ואילו  |  בניגוד 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ויתור</w:t>
            </w:r>
          </w:p>
        </w:tc>
        <w:tc>
          <w:tcPr>
            <w:tcW w:type="dxa" w:w="3326"/>
            <w:shd w:val="clear" w:color="auto" w:fill="9f1239"/>
          </w:tcPr>
          <w:p>
            <w:pPr>
              <w:bidi/>
              <w:spacing w:before="0" w:after="40"/>
              <w:jc w:val="both"/>
            </w:pPr>
            <w:r>
              <w:rPr>
                <w:b/>
                <w:bCs/>
                <w:color w:val="FFFFFF"/>
                <w:rtl/>
              </w:rPr>
              <w:t>הוספה</w:t>
            </w:r>
          </w:p>
        </w:tc>
        <w:tc>
          <w:tcPr>
            <w:tcW w:type="dxa" w:w="3326"/>
            <w:shd w:val="clear" w:color="auto" w:fill="9f1239"/>
          </w:tcPr>
          <w:p>
            <w:pPr>
              <w:bidi/>
              <w:spacing w:before="0" w:after="40"/>
              <w:jc w:val="both"/>
            </w:pPr>
            <w:r>
              <w:rPr>
                <w:b/>
                <w:bCs/>
                <w:color w:val="FFFFFF"/>
                <w:rtl/>
              </w:rPr>
              <w:t>עימות</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התאימו כל מילת קישור למילה עם אותה משמעות.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לכן</w:t>
            </w:r>
          </w:p>
        </w:tc>
        <w:tc>
          <w:tcPr>
            <w:tcW w:type="dxa" w:w="4989"/>
          </w:tcPr>
          <w:p>
            <w:pPr>
              <w:bidi/>
              <w:spacing w:before="0" w:after="40"/>
              <w:jc w:val="both"/>
            </w:pPr>
            <w:r>
              <w:rPr>
                <w:rtl/>
              </w:rPr>
              <w:t>[   ] אולם</w:t>
            </w:r>
          </w:p>
        </w:tc>
      </w:tr>
      <w:tr>
        <w:tc>
          <w:tcPr>
            <w:tcW w:type="dxa" w:w="4989"/>
          </w:tcPr>
          <w:p>
            <w:pPr>
              <w:bidi/>
              <w:spacing w:before="0" w:after="40"/>
              <w:jc w:val="both"/>
            </w:pPr>
            <w:r>
              <w:rPr>
                <w:rtl/>
              </w:rPr>
              <w:t>2. כי</w:t>
            </w:r>
          </w:p>
        </w:tc>
        <w:tc>
          <w:tcPr>
            <w:tcW w:type="dxa" w:w="4989"/>
          </w:tcPr>
          <w:p>
            <w:pPr>
              <w:bidi/>
              <w:spacing w:before="0" w:after="40"/>
              <w:jc w:val="both"/>
            </w:pPr>
            <w:r>
              <w:rPr>
                <w:rtl/>
              </w:rPr>
              <w:t>[   ] מפני ש־</w:t>
            </w:r>
          </w:p>
        </w:tc>
      </w:tr>
      <w:tr>
        <w:tc>
          <w:tcPr>
            <w:tcW w:type="dxa" w:w="4989"/>
          </w:tcPr>
          <w:p>
            <w:pPr>
              <w:bidi/>
              <w:spacing w:before="0" w:after="40"/>
              <w:jc w:val="both"/>
            </w:pPr>
            <w:r>
              <w:rPr>
                <w:rtl/>
              </w:rPr>
              <w:t>3. אבל</w:t>
            </w:r>
          </w:p>
        </w:tc>
        <w:tc>
          <w:tcPr>
            <w:tcW w:type="dxa" w:w="4989"/>
          </w:tcPr>
          <w:p>
            <w:pPr>
              <w:bidi/>
              <w:spacing w:before="0" w:after="40"/>
              <w:jc w:val="both"/>
            </w:pPr>
            <w:r>
              <w:rPr>
                <w:rtl/>
              </w:rPr>
              <w:t>[   ] במקרה ש־</w:t>
            </w:r>
          </w:p>
        </w:tc>
      </w:tr>
      <w:tr>
        <w:tc>
          <w:tcPr>
            <w:tcW w:type="dxa" w:w="4989"/>
          </w:tcPr>
          <w:p>
            <w:pPr>
              <w:bidi/>
              <w:spacing w:before="0" w:after="40"/>
              <w:jc w:val="both"/>
            </w:pPr>
            <w:r>
              <w:rPr>
                <w:rtl/>
              </w:rPr>
              <w:t>4. אם</w:t>
            </w:r>
          </w:p>
        </w:tc>
        <w:tc>
          <w:tcPr>
            <w:tcW w:type="dxa" w:w="4989"/>
          </w:tcPr>
          <w:p>
            <w:pPr>
              <w:bidi/>
              <w:spacing w:before="0" w:after="40"/>
              <w:jc w:val="both"/>
            </w:pPr>
            <w:r>
              <w:rPr>
                <w:rtl/>
              </w:rPr>
              <w:t>[   ] לפיכך</w:t>
            </w:r>
          </w:p>
        </w:tc>
      </w:tr>
    </w:tbl>
    <w:p>
      <w:pPr>
        <w:bidi/>
        <w:spacing w:before="0" w:after="40"/>
        <w:jc w:val="both"/>
      </w:pPr>
    </w:p>
    <w:p>
      <w:pPr>
        <w:bidi/>
        <w:spacing w:before="160" w:after="60"/>
        <w:jc w:val="both"/>
      </w:pPr>
      <w:r>
        <w:rPr>
          <w:b/>
          <w:bCs/>
          <w:sz w:val="26"/>
          <w:szCs w:val="26"/>
          <w:rtl/>
        </w:rPr>
        <w:t>7. נכון או לא נכון? תקנו את הלא נכונים.</w:t>
      </w:r>
    </w:p>
    <w:p>
      <w:pPr>
        <w:bidi/>
        <w:spacing w:before="0" w:after="60"/>
        <w:jc w:val="both"/>
      </w:pPr>
      <w:r>
        <w:rPr>
          <w:rtl/>
        </w:rPr>
        <w:t>א. «ואילו» מבטאת עימות.      נכון / לא נכון</w:t>
      </w:r>
    </w:p>
    <w:p>
      <w:pPr>
        <w:bidi/>
        <w:spacing w:before="0" w:after="60"/>
        <w:jc w:val="both"/>
      </w:pPr>
      <w:r>
        <w:rPr>
          <w:rtl/>
        </w:rPr>
        <w:t>ב. «לבסוף» מבטאת סיבה.      נכון / לא נכון</w:t>
      </w:r>
    </w:p>
    <w:p>
      <w:pPr>
        <w:bidi/>
        <w:spacing w:before="0" w:after="60"/>
        <w:jc w:val="both"/>
      </w:pPr>
      <w:r>
        <w:rPr>
          <w:rtl/>
        </w:rPr>
        <w:t>ג. «בתנאי ש» מבטאת תנאי.      נכון / לא נכון</w:t>
      </w:r>
    </w:p>
    <w:p>
      <w:pPr>
        <w:bidi/>
        <w:spacing w:before="160" w:after="60"/>
        <w:jc w:val="both"/>
      </w:pPr>
      <w:r>
        <w:rPr>
          <w:b/>
          <w:bCs/>
          <w:sz w:val="26"/>
          <w:szCs w:val="26"/>
          <w:rtl/>
        </w:rPr>
        <w:t>8. בכל משפט מצאו את מילת הקישור וכתבו את היחס.</w:t>
      </w:r>
    </w:p>
    <w:p>
      <w:pPr>
        <w:bidi/>
        <w:spacing w:before="0" w:after="100"/>
        <w:jc w:val="both"/>
      </w:pPr>
      <w:r>
        <w:rPr>
          <w:rtl/>
        </w:rPr>
        <w:t>א. נוסף על השיעורים, יש לנו חוגים.</w:t>
      </w:r>
    </w:p>
    <w:p>
      <w:pPr>
        <w:bidi/>
        <w:spacing w:before="0" w:after="100"/>
        <w:jc w:val="both"/>
      </w:pPr>
      <w:r>
        <w:rPr>
          <w:rtl/>
        </w:rPr>
        <w:t>ב. הוא נשאר בבית, כי היה חולה.</w:t>
      </w:r>
    </w:p>
    <w:p>
      <w:pPr>
        <w:bidi/>
        <w:spacing w:before="0" w:after="100"/>
        <w:jc w:val="both"/>
      </w:pPr>
      <w:r>
        <w:rPr>
          <w:rtl/>
        </w:rPr>
        <w:t>ג. אם תתאמן, תשתפר.</w:t>
      </w:r>
    </w:p>
    <w:p>
      <w:pPr>
        <w:bidi/>
        <w:spacing w:before="0" w:after="100"/>
        <w:jc w:val="both"/>
      </w:pPr>
      <w:r>
        <w:rPr>
          <w:rtl/>
        </w:rPr>
        <w:t>ד. היא שקטה, ואילו אחותה פטפטנית.</w:t>
      </w:r>
    </w:p>
    <w:p>
      <w:pPr>
        <w:bidi/>
        <w:spacing w:before="160" w:after="60"/>
        <w:jc w:val="both"/>
      </w:pPr>
      <w:r>
        <w:rPr>
          <w:b/>
          <w:bCs/>
          <w:sz w:val="26"/>
          <w:szCs w:val="26"/>
          <w:rtl/>
        </w:rPr>
        <w:t>9. השלימו את המשפט בתוצאה מתאימה.</w:t>
      </w:r>
    </w:p>
    <w:p>
      <w:pPr>
        <w:bidi/>
        <w:spacing w:before="0" w:after="60"/>
        <w:jc w:val="both"/>
      </w:pPr>
      <w:r>
        <w:rPr>
          <w:rtl/>
        </w:rPr>
        <w:t>א. שכחתי את המטרייה, ולכן __________.</w:t>
      </w:r>
    </w:p>
    <w:p>
      <w:pPr>
        <w:bidi/>
        <w:spacing w:before="0" w:after="60"/>
        <w:jc w:val="both"/>
      </w:pPr>
      <w:r>
        <w:rPr>
          <w:rtl/>
        </w:rPr>
        <w:t>ב. האוטובוס לא הגיע, לפיכך __________.</w:t>
      </w:r>
    </w:p>
    <w:p>
      <w:pPr>
        <w:bidi/>
        <w:spacing w:before="160" w:after="60"/>
        <w:jc w:val="both"/>
      </w:pPr>
      <w:r>
        <w:rPr>
          <w:b/>
          <w:bCs/>
          <w:sz w:val="26"/>
          <w:szCs w:val="26"/>
          <w:rtl/>
        </w:rPr>
        <w:t>10. השלימו לכל משפט סיבה או 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סיבה</w:t>
            </w:r>
          </w:p>
        </w:tc>
        <w:tc>
          <w:tcPr>
            <w:tcW w:type="dxa" w:w="4989"/>
            <w:shd w:val="clear" w:color="auto" w:fill="9f1239"/>
          </w:tcPr>
          <w:p>
            <w:pPr>
              <w:bidi/>
              <w:spacing w:before="0" w:after="40"/>
              <w:jc w:val="both"/>
            </w:pPr>
            <w:r>
              <w:rPr>
                <w:b/>
                <w:bCs/>
                <w:color w:val="FFFFFF"/>
                <w:rtl/>
              </w:rPr>
              <w:t>תוצאה</w:t>
            </w:r>
          </w:p>
        </w:tc>
      </w:tr>
      <w:tr>
        <w:tc>
          <w:tcPr>
            <w:tcW w:type="dxa" w:w="4989"/>
          </w:tcPr>
          <w:p>
            <w:pPr>
              <w:bidi/>
              <w:spacing w:before="0" w:after="40"/>
              <w:jc w:val="both"/>
            </w:pPr>
            <w:r>
              <w:rPr>
                <w:rtl/>
              </w:rPr>
              <w:t>ירד גשם חזק.</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לא הלכתי לבית הספר.</w:t>
            </w:r>
          </w:p>
        </w:tc>
      </w:tr>
    </w:tbl>
    <w:p>
      <w:pPr>
        <w:bidi/>
        <w:spacing w:before="0" w:after="40"/>
        <w:jc w:val="both"/>
      </w:pPr>
    </w:p>
    <w:p>
      <w:pPr>
        <w:bidi/>
        <w:spacing w:before="160" w:after="60"/>
        <w:jc w:val="both"/>
      </w:pPr>
      <w:r>
        <w:rPr>
          <w:b/>
          <w:bCs/>
          <w:sz w:val="26"/>
          <w:szCs w:val="26"/>
          <w:rtl/>
        </w:rPr>
        <w:t>11. בחרו את מילת הקישור הנכונה מן הסוגריים.</w:t>
      </w:r>
    </w:p>
    <w:p>
      <w:pPr>
        <w:bidi/>
        <w:spacing w:before="0" w:after="60"/>
        <w:jc w:val="both"/>
      </w:pPr>
      <w:r>
        <w:rPr>
          <w:rtl/>
        </w:rPr>
        <w:t>א. __________ שהיה מאוחר, המשכנו לשחק. (אף על פי / מפני)</w:t>
      </w:r>
    </w:p>
    <w:p>
      <w:pPr>
        <w:bidi/>
        <w:spacing w:before="0" w:after="60"/>
        <w:jc w:val="both"/>
      </w:pPr>
      <w:r>
        <w:rPr>
          <w:rtl/>
        </w:rPr>
        <w:t>ב. האתר נוח, __________ חסרים בו פרטים. (עם זאת / לכן)</w:t>
      </w:r>
    </w:p>
    <w:p>
      <w:pPr>
        <w:bidi/>
        <w:spacing w:before="0" w:after="60"/>
        <w:jc w:val="both"/>
      </w:pPr>
      <w:r>
        <w:rPr>
          <w:rtl/>
        </w:rPr>
        <w:t>ג. נצא בזמן __________ כולם יגיעו. (בתנאי ש־ / כי)</w:t>
      </w:r>
    </w:p>
    <w:p>
      <w:pPr>
        <w:bidi/>
        <w:spacing w:before="160" w:after="60"/>
        <w:jc w:val="both"/>
      </w:pPr>
      <w:r>
        <w:rPr>
          <w:b/>
          <w:bCs/>
          <w:sz w:val="26"/>
          <w:szCs w:val="26"/>
          <w:rtl/>
        </w:rPr>
        <w:t>12. כתבו שלושה משפטים על חופשת הקיץ: אחד עם מילת זמן, אחד עם מילת ויתור ואחד עם מילת תנאי.</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ז'   |   פרק 7</w:t>
      </w:r>
    </w:p>
    <w:p>
      <w:pPr>
        <w:bidi/>
        <w:spacing w:before="0" w:after="120"/>
        <w:jc w:val="both"/>
      </w:pPr>
      <w:r>
        <w:rPr>
          <w:rFonts w:ascii="Times New Roman" w:hAnsi="Times New Roman" w:cs="Times New Roman"/>
          <w:b/>
          <w:bCs/>
          <w:color w:val="9F1239"/>
          <w:sz w:val="44"/>
          <w:szCs w:val="44"/>
          <w:rtl/>
        </w:rPr>
        <w:t>פרק 7: כתיבת עמדה מנומקת ומכתב רשמי</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lashon_g7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Times New Roman" w:hAnsi="Times New Roman" w:cs="Times New Roman"/>
          <w:b/>
          <w:bCs/>
          <w:color w:val="9F1239"/>
          <w:sz w:val="28"/>
          <w:szCs w:val="28"/>
          <w:rtl/>
        </w:rPr>
        <w:t>◆ לפני הכתיבה</w:t>
      </w:r>
    </w:p>
    <w:p>
      <w:pPr>
        <w:bidi/>
        <w:spacing w:before="0" w:after="20"/>
        <w:jc w:val="both"/>
      </w:pPr>
      <w:r>
        <w:rPr>
          <w:rtl/>
        </w:rPr>
        <w:t>1. מטרה: לשכנע, למסור מידע או להפעיל.</w:t>
      </w:r>
    </w:p>
    <w:p>
      <w:pPr>
        <w:bidi/>
        <w:spacing w:before="0" w:after="20"/>
        <w:jc w:val="both"/>
      </w:pPr>
      <w:r>
        <w:rPr>
          <w:rtl/>
        </w:rPr>
        <w:t>2. נמען: למי אני כותב? הוא קובע את המשלב.</w:t>
      </w:r>
    </w:p>
    <w:p>
      <w:pPr>
        <w:bidi/>
        <w:spacing w:before="120" w:after="40"/>
        <w:jc w:val="both"/>
      </w:pPr>
      <w:r>
        <w:rPr>
          <w:rFonts w:ascii="Times New Roman" w:hAnsi="Times New Roman" w:cs="Times New Roman"/>
          <w:b/>
          <w:bCs/>
          <w:color w:val="9F1239"/>
          <w:sz w:val="28"/>
          <w:szCs w:val="28"/>
          <w:rtl/>
        </w:rPr>
        <w:t>◆ עובדה, דעה והשערה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סוג</w:t>
            </w:r>
          </w:p>
        </w:tc>
        <w:tc>
          <w:tcPr>
            <w:tcW w:type="dxa" w:w="3326"/>
            <w:shd w:val="clear" w:color="auto" w:fill="9f1239"/>
          </w:tcPr>
          <w:p>
            <w:pPr>
              <w:bidi/>
              <w:spacing w:before="0" w:after="40"/>
              <w:jc w:val="both"/>
            </w:pPr>
            <w:r>
              <w:rPr>
                <w:b/>
                <w:bCs/>
                <w:color w:val="FFFFFF"/>
                <w:rtl/>
              </w:rPr>
              <w:t>מה זה?</w:t>
            </w:r>
          </w:p>
        </w:tc>
        <w:tc>
          <w:tcPr>
            <w:tcW w:type="dxa" w:w="3326"/>
            <w:shd w:val="clear" w:color="auto" w:fill="9f1239"/>
          </w:tcPr>
          <w:p>
            <w:pPr>
              <w:bidi/>
              <w:spacing w:before="0" w:after="40"/>
              <w:jc w:val="both"/>
            </w:pPr>
            <w:r>
              <w:rPr>
                <w:b/>
                <w:bCs/>
                <w:color w:val="FFFFFF"/>
                <w:rtl/>
              </w:rPr>
              <w:t>דוגמה</w:t>
            </w:r>
          </w:p>
        </w:tc>
      </w:tr>
      <w:tr>
        <w:tc>
          <w:tcPr>
            <w:tcW w:type="dxa" w:w="3326"/>
          </w:tcPr>
          <w:p>
            <w:pPr>
              <w:bidi/>
              <w:spacing w:before="0" w:after="40"/>
              <w:jc w:val="both"/>
            </w:pPr>
            <w:r>
              <w:rPr>
                <w:rtl/>
              </w:rPr>
              <w:t>עובדה</w:t>
            </w:r>
          </w:p>
        </w:tc>
        <w:tc>
          <w:tcPr>
            <w:tcW w:type="dxa" w:w="3326"/>
          </w:tcPr>
          <w:p>
            <w:pPr>
              <w:bidi/>
              <w:spacing w:before="0" w:after="40"/>
              <w:jc w:val="both"/>
            </w:pPr>
            <w:r>
              <w:rPr>
                <w:rtl/>
              </w:rPr>
              <w:t>אפשר לבדוק ולהוכיח</w:t>
            </w:r>
          </w:p>
        </w:tc>
        <w:tc>
          <w:tcPr>
            <w:tcW w:type="dxa" w:w="3326"/>
          </w:tcPr>
          <w:p>
            <w:pPr>
              <w:bidi/>
              <w:spacing w:before="0" w:after="40"/>
              <w:jc w:val="both"/>
            </w:pPr>
            <w:r>
              <w:rPr>
                <w:rtl/>
              </w:rPr>
              <w:t>בכיתה 32 תלמידים.</w:t>
            </w:r>
          </w:p>
        </w:tc>
      </w:tr>
      <w:tr>
        <w:tc>
          <w:tcPr>
            <w:tcW w:type="dxa" w:w="3326"/>
          </w:tcPr>
          <w:p>
            <w:pPr>
              <w:bidi/>
              <w:spacing w:before="0" w:after="40"/>
              <w:jc w:val="both"/>
            </w:pPr>
            <w:r>
              <w:rPr>
                <w:rtl/>
              </w:rPr>
              <w:t>דעה</w:t>
            </w:r>
          </w:p>
        </w:tc>
        <w:tc>
          <w:tcPr>
            <w:tcW w:type="dxa" w:w="3326"/>
          </w:tcPr>
          <w:p>
            <w:pPr>
              <w:bidi/>
              <w:spacing w:before="0" w:after="40"/>
              <w:jc w:val="both"/>
            </w:pPr>
            <w:r>
              <w:rPr>
                <w:rtl/>
              </w:rPr>
              <w:t>מה שמישהו חושב</w:t>
            </w:r>
          </w:p>
        </w:tc>
        <w:tc>
          <w:tcPr>
            <w:tcW w:type="dxa" w:w="3326"/>
          </w:tcPr>
          <w:p>
            <w:pPr>
              <w:bidi/>
              <w:spacing w:before="0" w:after="40"/>
              <w:jc w:val="both"/>
            </w:pPr>
            <w:r>
              <w:rPr>
                <w:rtl/>
              </w:rPr>
              <w:t>ההפסקה קצרה מדי.</w:t>
            </w:r>
          </w:p>
        </w:tc>
      </w:tr>
      <w:tr>
        <w:tc>
          <w:tcPr>
            <w:tcW w:type="dxa" w:w="3326"/>
          </w:tcPr>
          <w:p>
            <w:pPr>
              <w:bidi/>
              <w:spacing w:before="0" w:after="40"/>
              <w:jc w:val="both"/>
            </w:pPr>
            <w:r>
              <w:rPr>
                <w:rtl/>
              </w:rPr>
              <w:t>השערה</w:t>
            </w:r>
          </w:p>
        </w:tc>
        <w:tc>
          <w:tcPr>
            <w:tcW w:type="dxa" w:w="3326"/>
          </w:tcPr>
          <w:p>
            <w:pPr>
              <w:bidi/>
              <w:spacing w:before="0" w:after="40"/>
              <w:jc w:val="both"/>
            </w:pPr>
            <w:r>
              <w:rPr>
                <w:rtl/>
              </w:rPr>
              <w:t>ניחוש על העתיד</w:t>
            </w:r>
          </w:p>
        </w:tc>
        <w:tc>
          <w:tcPr>
            <w:tcW w:type="dxa" w:w="3326"/>
          </w:tcPr>
          <w:p>
            <w:pPr>
              <w:bidi/>
              <w:spacing w:before="0" w:after="40"/>
              <w:jc w:val="both"/>
            </w:pPr>
            <w:r>
              <w:rPr>
                <w:rtl/>
              </w:rPr>
              <w:t>אם יוסיפו צל, נשב בחוץ.</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מבנה עמדה מנומקת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תפקיד</w:t>
            </w:r>
          </w:p>
        </w:tc>
      </w:tr>
      <w:tr>
        <w:tc>
          <w:tcPr>
            <w:tcW w:type="dxa" w:w="4989"/>
          </w:tcPr>
          <w:p>
            <w:pPr>
              <w:bidi/>
              <w:spacing w:before="0" w:after="40"/>
              <w:jc w:val="both"/>
            </w:pPr>
            <w:r>
              <w:rPr>
                <w:rtl/>
              </w:rPr>
              <w:t>פתיח וטענה</w:t>
            </w:r>
          </w:p>
        </w:tc>
        <w:tc>
          <w:tcPr>
            <w:tcW w:type="dxa" w:w="4989"/>
          </w:tcPr>
          <w:p>
            <w:pPr>
              <w:bidi/>
              <w:spacing w:before="0" w:after="40"/>
              <w:jc w:val="both"/>
            </w:pPr>
            <w:r>
              <w:rPr>
                <w:rtl/>
              </w:rPr>
              <w:t>מציג את הנושא ואת העמדה</w:t>
            </w:r>
          </w:p>
        </w:tc>
      </w:tr>
      <w:tr>
        <w:tc>
          <w:tcPr>
            <w:tcW w:type="dxa" w:w="4989"/>
          </w:tcPr>
          <w:p>
            <w:pPr>
              <w:bidi/>
              <w:spacing w:before="0" w:after="40"/>
              <w:jc w:val="both"/>
            </w:pPr>
            <w:r>
              <w:rPr>
                <w:rtl/>
              </w:rPr>
              <w:t>נימוקים</w:t>
            </w:r>
          </w:p>
        </w:tc>
        <w:tc>
          <w:tcPr>
            <w:tcW w:type="dxa" w:w="4989"/>
          </w:tcPr>
          <w:p>
            <w:pPr>
              <w:bidi/>
              <w:spacing w:before="0" w:after="40"/>
              <w:jc w:val="both"/>
            </w:pPr>
            <w:r>
              <w:rPr>
                <w:rtl/>
              </w:rPr>
              <w:t>למה העמדה נכונה</w:t>
            </w:r>
          </w:p>
        </w:tc>
      </w:tr>
      <w:tr>
        <w:tc>
          <w:tcPr>
            <w:tcW w:type="dxa" w:w="4989"/>
          </w:tcPr>
          <w:p>
            <w:pPr>
              <w:bidi/>
              <w:spacing w:before="0" w:after="40"/>
              <w:jc w:val="both"/>
            </w:pPr>
            <w:r>
              <w:rPr>
                <w:rtl/>
              </w:rPr>
              <w:t>הצדקות</w:t>
            </w:r>
          </w:p>
        </w:tc>
        <w:tc>
          <w:tcPr>
            <w:tcW w:type="dxa" w:w="4989"/>
          </w:tcPr>
          <w:p>
            <w:pPr>
              <w:bidi/>
              <w:spacing w:before="0" w:after="40"/>
              <w:jc w:val="both"/>
            </w:pPr>
            <w:r>
              <w:rPr>
                <w:rtl/>
              </w:rPr>
              <w:t>דוגמה או עובדה לכל נימוק</w:t>
            </w:r>
          </w:p>
        </w:tc>
      </w:tr>
      <w:tr>
        <w:tc>
          <w:tcPr>
            <w:tcW w:type="dxa" w:w="4989"/>
          </w:tcPr>
          <w:p>
            <w:pPr>
              <w:bidi/>
              <w:spacing w:before="0" w:after="40"/>
              <w:jc w:val="both"/>
            </w:pPr>
            <w:r>
              <w:rPr>
                <w:rtl/>
              </w:rPr>
              <w:t>סגיר</w:t>
            </w:r>
          </w:p>
        </w:tc>
        <w:tc>
          <w:tcPr>
            <w:tcW w:type="dxa" w:w="4989"/>
          </w:tcPr>
          <w:p>
            <w:pPr>
              <w:bidi/>
              <w:spacing w:before="0" w:after="40"/>
              <w:jc w:val="both"/>
            </w:pPr>
            <w:r>
              <w:rPr>
                <w:rtl/>
              </w:rPr>
              <w:t>מסכם וחוזר לטענה</w:t>
            </w:r>
          </w:p>
        </w:tc>
      </w:tr>
    </w:tbl>
    <w:p>
      <w:pPr>
        <w:bidi/>
        <w:spacing w:before="0" w:after="40"/>
        <w:jc w:val="both"/>
      </w:pPr>
    </w:p>
    <w:p>
      <w:pPr>
        <w:bidi/>
        <w:spacing w:before="120" w:after="40"/>
        <w:jc w:val="both"/>
      </w:pPr>
      <w:r>
        <w:rPr>
          <w:rFonts w:ascii="Times New Roman" w:hAnsi="Times New Roman" w:cs="Times New Roman"/>
          <w:b/>
          <w:bCs/>
          <w:color w:val="9F1239"/>
          <w:sz w:val="28"/>
          <w:szCs w:val="28"/>
          <w:rtl/>
        </w:rPr>
        <w:t>◆ מכתב רשמי</w:t>
      </w:r>
    </w:p>
    <w:p>
      <w:pPr>
        <w:bidi/>
        <w:spacing w:before="0" w:after="40"/>
        <w:jc w:val="both"/>
      </w:pPr>
      <w:r>
        <w:rPr>
          <w:rtl/>
        </w:rPr>
        <w:t>תאריך, פנייה, הנדון, גוף קצר וממוקד, ברכה וחתימה.</w:t>
      </w:r>
    </w:p>
    <w:p>
      <w:pPr>
        <w:bidi/>
        <w:spacing w:before="160" w:after="60"/>
        <w:jc w:val="both"/>
      </w:pPr>
      <w:r>
        <w:rPr>
          <w:b/>
          <w:bCs/>
          <w:sz w:val="26"/>
          <w:szCs w:val="26"/>
          <w:rtl/>
        </w:rPr>
        <w:t>1. עובדה, דעה או השערה?</w:t>
      </w:r>
    </w:p>
    <w:p>
      <w:pPr>
        <w:bidi/>
        <w:spacing w:before="0" w:after="20"/>
        <w:jc w:val="both"/>
      </w:pPr>
      <w:r>
        <w:rPr>
          <w:rtl/>
        </w:rPr>
        <w:t>א. מחר כנראה יהיה שרב.</w:t>
      </w:r>
    </w:p>
    <w:p>
      <w:pPr>
        <w:bidi/>
        <w:spacing w:before="0" w:after="80"/>
        <w:jc w:val="both"/>
      </w:pPr>
      <w:r>
        <w:rPr>
          <w:rtl/>
        </w:rPr>
        <w:t xml:space="preserve">   ○ עובדה      ○ דעה      ○ השערה</w:t>
      </w:r>
    </w:p>
    <w:p>
      <w:pPr>
        <w:bidi/>
        <w:spacing w:before="0" w:after="20"/>
        <w:jc w:val="both"/>
      </w:pPr>
      <w:r>
        <w:rPr>
          <w:rtl/>
        </w:rPr>
        <w:t>ב. הטיול השנתי יוצא ביום חמישי.</w:t>
      </w:r>
    </w:p>
    <w:p>
      <w:pPr>
        <w:bidi/>
        <w:spacing w:before="0" w:after="80"/>
        <w:jc w:val="both"/>
      </w:pPr>
      <w:r>
        <w:rPr>
          <w:rtl/>
        </w:rPr>
        <w:t xml:space="preserve">   ○ עובדה      ○ דעה      ○ השערה</w:t>
      </w:r>
    </w:p>
    <w:p>
      <w:pPr>
        <w:bidi/>
        <w:spacing w:before="0" w:after="20"/>
        <w:jc w:val="both"/>
      </w:pPr>
      <w:r>
        <w:rPr>
          <w:rtl/>
        </w:rPr>
        <w:t>ג. הסרט הזה משעמם.</w:t>
      </w:r>
    </w:p>
    <w:p>
      <w:pPr>
        <w:bidi/>
        <w:spacing w:before="0" w:after="80"/>
        <w:jc w:val="both"/>
      </w:pPr>
      <w:r>
        <w:rPr>
          <w:rtl/>
        </w:rPr>
        <w:t xml:space="preserve">   ○ עובדה      ○ דעה      ○ השערה</w:t>
      </w:r>
    </w:p>
    <w:p>
      <w:pPr>
        <w:bidi/>
        <w:spacing w:before="160" w:after="60"/>
        <w:jc w:val="both"/>
      </w:pPr>
      <w:r>
        <w:rPr>
          <w:b/>
          <w:bCs/>
          <w:sz w:val="26"/>
          <w:szCs w:val="26"/>
          <w:rtl/>
        </w:rPr>
        <w:t>2. השלימו את חלקי המכתב הרשמי לפי הסדר.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כותבים בו?</w:t>
            </w:r>
          </w:p>
        </w:tc>
      </w:tr>
      <w:tr>
        <w:tc>
          <w:tcPr>
            <w:tcW w:type="dxa" w:w="4989"/>
          </w:tcPr>
          <w:p>
            <w:pPr>
              <w:bidi/>
              <w:spacing w:before="0" w:after="40"/>
              <w:jc w:val="both"/>
            </w:pPr>
            <w:r>
              <w:rPr>
                <w:rtl/>
              </w:rPr>
              <w:t>פנייה</w:t>
            </w:r>
          </w:p>
        </w:tc>
        <w:tc>
          <w:tcPr>
            <w:tcW w:type="dxa" w:w="4989"/>
          </w:tcPr>
          <w:p>
            <w:pPr>
              <w:bidi/>
              <w:spacing w:before="0" w:after="40"/>
              <w:jc w:val="both"/>
            </w:pPr>
            <w:r>
              <w:rPr>
                <w:rtl/>
              </w:rPr>
            </w:r>
          </w:p>
        </w:tc>
      </w:tr>
      <w:tr>
        <w:tc>
          <w:tcPr>
            <w:tcW w:type="dxa" w:w="4989"/>
          </w:tcPr>
          <w:p>
            <w:pPr>
              <w:bidi/>
              <w:spacing w:before="0" w:after="40"/>
              <w:jc w:val="both"/>
            </w:pPr>
            <w:r>
              <w:rPr>
                <w:rtl/>
              </w:rPr>
              <w:t>הנדון</w:t>
            </w:r>
          </w:p>
        </w:tc>
        <w:tc>
          <w:tcPr>
            <w:tcW w:type="dxa" w:w="4989"/>
          </w:tcPr>
          <w:p>
            <w:pPr>
              <w:bidi/>
              <w:spacing w:before="0" w:after="40"/>
              <w:jc w:val="both"/>
            </w:pPr>
            <w:r>
              <w:rPr>
                <w:rtl/>
              </w:rPr>
            </w:r>
          </w:p>
        </w:tc>
      </w:tr>
      <w:tr>
        <w:tc>
          <w:tcPr>
            <w:tcW w:type="dxa" w:w="4989"/>
          </w:tcPr>
          <w:p>
            <w:pPr>
              <w:bidi/>
              <w:spacing w:before="0" w:after="40"/>
              <w:jc w:val="both"/>
            </w:pPr>
            <w:r>
              <w:rPr>
                <w:rtl/>
              </w:rPr>
              <w:t>גוף המכתב</w:t>
            </w:r>
          </w:p>
        </w:tc>
        <w:tc>
          <w:tcPr>
            <w:tcW w:type="dxa" w:w="4989"/>
          </w:tcPr>
          <w:p>
            <w:pPr>
              <w:bidi/>
              <w:spacing w:before="0" w:after="40"/>
              <w:jc w:val="both"/>
            </w:pPr>
            <w:r>
              <w:rPr>
                <w:rtl/>
              </w:rPr>
            </w:r>
          </w:p>
        </w:tc>
      </w:tr>
      <w:tr>
        <w:tc>
          <w:tcPr>
            <w:tcW w:type="dxa" w:w="4989"/>
          </w:tcPr>
          <w:p>
            <w:pPr>
              <w:bidi/>
              <w:spacing w:before="0" w:after="40"/>
              <w:jc w:val="both"/>
            </w:pPr>
            <w:r>
              <w:rPr>
                <w:rtl/>
              </w:rPr>
              <w:t>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כתבו פתיח של שני משפטים לטקסט שטוען שצריך לאפשר לתלמידים לבחור מקום ישיבה בכיתה.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כתבו סגיר של שני משפטים לאותו טקסט.</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מיינו את המשפטים: פתיח או סגיר?</w:t>
      </w:r>
    </w:p>
    <w:p>
      <w:pPr>
        <w:bidi/>
        <w:spacing w:before="0" w:after="80"/>
        <w:jc w:val="both"/>
      </w:pPr>
      <w:r>
        <w:rPr>
          <w:color w:val="9F1239"/>
          <w:sz w:val="24"/>
          <w:szCs w:val="24"/>
          <w:rtl/>
        </w:rPr>
        <w:t>המילים: לסיכום, כדאי לנסות את הרעיון.  |  בשבוע שעבר עלתה בכיתה שאלה חשובה.  |  לכן אני מבקש לאשר את הבקשה.  |  האם כדאי לקצר את ההפסקות?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פתיח</w:t>
            </w:r>
          </w:p>
        </w:tc>
        <w:tc>
          <w:tcPr>
            <w:tcW w:type="dxa" w:w="4989"/>
            <w:shd w:val="clear" w:color="auto" w:fill="9f1239"/>
          </w:tcPr>
          <w:p>
            <w:pPr>
              <w:bidi/>
              <w:spacing w:before="0" w:after="40"/>
              <w:jc w:val="both"/>
            </w:pPr>
            <w:r>
              <w:rPr>
                <w:b/>
                <w:bCs/>
                <w:color w:val="FFFFFF"/>
                <w:rtl/>
              </w:rPr>
              <w:t>סגיר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נסחו שורת «הנדון» קצרה.</w:t>
      </w:r>
    </w:p>
    <w:p>
      <w:pPr>
        <w:bidi/>
        <w:spacing w:before="0" w:after="60"/>
        <w:jc w:val="both"/>
      </w:pPr>
      <w:r>
        <w:rPr>
          <w:rtl/>
        </w:rPr>
        <w:t>א. בקשה מהמנהלת לפתוח את הספרייה בהפסקה: הנדון: __________.</w:t>
      </w:r>
    </w:p>
    <w:p>
      <w:pPr>
        <w:bidi/>
        <w:spacing w:before="0" w:after="60"/>
        <w:jc w:val="both"/>
      </w:pPr>
      <w:r>
        <w:rPr>
          <w:rtl/>
        </w:rPr>
        <w:t>ב. תלונה לעירייה על מדרכה שבורה: הנדון: __________.</w:t>
      </w:r>
    </w:p>
    <w:p>
      <w:pPr>
        <w:bidi/>
        <w:spacing w:before="160" w:after="60"/>
        <w:jc w:val="both"/>
      </w:pPr>
      <w:r>
        <w:rPr>
          <w:b/>
          <w:bCs/>
          <w:sz w:val="26"/>
          <w:szCs w:val="26"/>
          <w:rtl/>
        </w:rPr>
        <w:t>7. נכון או לא נכון? תקנו את הלא נכונים.</w:t>
      </w:r>
    </w:p>
    <w:p>
      <w:pPr>
        <w:bidi/>
        <w:spacing w:before="0" w:after="60"/>
        <w:jc w:val="both"/>
      </w:pPr>
      <w:r>
        <w:rPr>
          <w:rtl/>
        </w:rPr>
        <w:t>א. בדוא"ל רשמי שורת הנושא מחליפה את «הנדון».      נכון / לא נכון</w:t>
      </w:r>
    </w:p>
    <w:p>
      <w:pPr>
        <w:bidi/>
        <w:spacing w:before="0" w:after="60"/>
        <w:jc w:val="both"/>
      </w:pPr>
      <w:r>
        <w:rPr>
          <w:rtl/>
        </w:rPr>
        <w:t>ב. בסגיר מביאים נימוק חדש שלא הוזכר קודם.      נכון / לא נכון</w:t>
      </w:r>
    </w:p>
    <w:p>
      <w:pPr>
        <w:bidi/>
        <w:spacing w:before="0" w:after="60"/>
        <w:jc w:val="both"/>
      </w:pPr>
      <w:r>
        <w:rPr>
          <w:rtl/>
        </w:rPr>
        <w:t>ג. השערה היא ניחוש על מה שעשוי לקרות.      נכון / לא נכון</w:t>
      </w:r>
    </w:p>
    <w:p>
      <w:pPr>
        <w:bidi/>
        <w:spacing w:before="160" w:after="60"/>
        <w:jc w:val="both"/>
      </w:pPr>
      <w:r>
        <w:rPr>
          <w:b/>
          <w:bCs/>
          <w:sz w:val="26"/>
          <w:szCs w:val="26"/>
          <w:rtl/>
        </w:rPr>
        <w:t>8. התאימו כל חלק של מכתב רשמי לדוגמה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פנייה</w:t>
            </w:r>
          </w:p>
        </w:tc>
        <w:tc>
          <w:tcPr>
            <w:tcW w:type="dxa" w:w="4989"/>
          </w:tcPr>
          <w:p>
            <w:pPr>
              <w:bidi/>
              <w:spacing w:before="0" w:after="40"/>
              <w:jc w:val="both"/>
            </w:pPr>
            <w:r>
              <w:rPr>
                <w:rtl/>
              </w:rPr>
              <w:t>[   ] בתודה מראש</w:t>
            </w:r>
          </w:p>
        </w:tc>
      </w:tr>
      <w:tr>
        <w:tc>
          <w:tcPr>
            <w:tcW w:type="dxa" w:w="4989"/>
          </w:tcPr>
          <w:p>
            <w:pPr>
              <w:bidi/>
              <w:spacing w:before="0" w:after="40"/>
              <w:jc w:val="both"/>
            </w:pPr>
            <w:r>
              <w:rPr>
                <w:rtl/>
              </w:rPr>
              <w:t>2. הנדון</w:t>
            </w:r>
          </w:p>
        </w:tc>
        <w:tc>
          <w:tcPr>
            <w:tcW w:type="dxa" w:w="4989"/>
          </w:tcPr>
          <w:p>
            <w:pPr>
              <w:bidi/>
              <w:spacing w:before="0" w:after="40"/>
              <w:jc w:val="both"/>
            </w:pPr>
            <w:r>
              <w:rPr>
                <w:rtl/>
              </w:rPr>
              <w:t>[   ] בקשה לדחות את מועד המבחן</w:t>
            </w:r>
          </w:p>
        </w:tc>
      </w:tr>
      <w:tr>
        <w:tc>
          <w:tcPr>
            <w:tcW w:type="dxa" w:w="4989"/>
          </w:tcPr>
          <w:p>
            <w:pPr>
              <w:bidi/>
              <w:spacing w:before="0" w:after="40"/>
              <w:jc w:val="both"/>
            </w:pPr>
            <w:r>
              <w:rPr>
                <w:rtl/>
              </w:rPr>
              <w:t>3. ברכה</w:t>
            </w:r>
          </w:p>
        </w:tc>
        <w:tc>
          <w:tcPr>
            <w:tcW w:type="dxa" w:w="4989"/>
          </w:tcPr>
          <w:p>
            <w:pPr>
              <w:bidi/>
              <w:spacing w:before="0" w:after="40"/>
              <w:jc w:val="both"/>
            </w:pPr>
            <w:r>
              <w:rPr>
                <w:rtl/>
              </w:rPr>
              <w:t>[   ] נציגי כיתה ז'1</w:t>
            </w:r>
          </w:p>
        </w:tc>
      </w:tr>
      <w:tr>
        <w:tc>
          <w:tcPr>
            <w:tcW w:type="dxa" w:w="4989"/>
          </w:tcPr>
          <w:p>
            <w:pPr>
              <w:bidi/>
              <w:spacing w:before="0" w:after="40"/>
              <w:jc w:val="both"/>
            </w:pPr>
            <w:r>
              <w:rPr>
                <w:rtl/>
              </w:rPr>
              <w:t>4. חתימה</w:t>
            </w:r>
          </w:p>
        </w:tc>
        <w:tc>
          <w:tcPr>
            <w:tcW w:type="dxa" w:w="4989"/>
          </w:tcPr>
          <w:p>
            <w:pPr>
              <w:bidi/>
              <w:spacing w:before="0" w:after="40"/>
              <w:jc w:val="both"/>
            </w:pPr>
            <w:r>
              <w:rPr>
                <w:rtl/>
              </w:rPr>
              <w:t>[   ] לכבוד רכזת השכבה, שלום רב</w:t>
            </w:r>
          </w:p>
        </w:tc>
      </w:tr>
    </w:tbl>
    <w:p>
      <w:pPr>
        <w:bidi/>
        <w:spacing w:before="0" w:after="40"/>
        <w:jc w:val="both"/>
      </w:pPr>
    </w:p>
    <w:p>
      <w:pPr>
        <w:bidi/>
        <w:spacing w:before="160" w:after="60"/>
        <w:jc w:val="both"/>
      </w:pPr>
      <w:r>
        <w:rPr>
          <w:b/>
          <w:bCs/>
          <w:sz w:val="26"/>
          <w:szCs w:val="26"/>
          <w:rtl/>
        </w:rPr>
        <w:t>9. כתבו ליד כל משפט: עובדה, דעה או השערה.</w:t>
      </w:r>
    </w:p>
    <w:p>
      <w:pPr>
        <w:bidi/>
        <w:spacing w:before="0" w:after="100"/>
        <w:jc w:val="both"/>
      </w:pPr>
      <w:r>
        <w:rPr>
          <w:rtl/>
        </w:rPr>
        <w:t>א. בית הספר נפתח לפני עשרים שנה.</w:t>
      </w:r>
    </w:p>
    <w:p>
      <w:pPr>
        <w:bidi/>
        <w:spacing w:before="0" w:after="100"/>
        <w:jc w:val="both"/>
      </w:pPr>
      <w:r>
        <w:rPr>
          <w:rtl/>
        </w:rPr>
        <w:t>ב. זה בית הספר הכי טוב בעיר.</w:t>
      </w:r>
    </w:p>
    <w:p>
      <w:pPr>
        <w:bidi/>
        <w:spacing w:before="0" w:after="100"/>
        <w:jc w:val="both"/>
      </w:pPr>
      <w:r>
        <w:rPr>
          <w:rtl/>
        </w:rPr>
        <w:t>ג. אם יוסיפו מזגנים, יהיה נוח יותר ללמוד.</w:t>
      </w:r>
    </w:p>
    <w:p>
      <w:pPr>
        <w:bidi/>
        <w:spacing w:before="0" w:after="100"/>
        <w:jc w:val="both"/>
      </w:pPr>
      <w:r>
        <w:rPr>
          <w:rtl/>
        </w:rPr>
        <w:t>ד. בכיתה שלנו יש שני חלונות.</w:t>
      </w:r>
    </w:p>
    <w:p>
      <w:pPr>
        <w:bidi/>
        <w:spacing w:before="160" w:after="60"/>
        <w:jc w:val="both"/>
      </w:pPr>
      <w:r>
        <w:rPr>
          <w:b/>
          <w:bCs/>
          <w:sz w:val="26"/>
          <w:szCs w:val="26"/>
          <w:rtl/>
        </w:rPr>
        <w:t>10. כתבו לכל טענה נימוק והצדקה.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טענה</w:t>
            </w:r>
          </w:p>
        </w:tc>
        <w:tc>
          <w:tcPr>
            <w:tcW w:type="dxa" w:w="3326"/>
            <w:shd w:val="clear" w:color="auto" w:fill="9f1239"/>
          </w:tcPr>
          <w:p>
            <w:pPr>
              <w:bidi/>
              <w:spacing w:before="0" w:after="40"/>
              <w:jc w:val="both"/>
            </w:pPr>
            <w:r>
              <w:rPr>
                <w:b/>
                <w:bCs/>
                <w:color w:val="FFFFFF"/>
                <w:rtl/>
              </w:rPr>
              <w:t>נימוק</w:t>
            </w:r>
          </w:p>
        </w:tc>
        <w:tc>
          <w:tcPr>
            <w:tcW w:type="dxa" w:w="3326"/>
            <w:shd w:val="clear" w:color="auto" w:fill="9f1239"/>
          </w:tcPr>
          <w:p>
            <w:pPr>
              <w:bidi/>
              <w:spacing w:before="0" w:after="40"/>
              <w:jc w:val="both"/>
            </w:pPr>
            <w:r>
              <w:rPr>
                <w:b/>
                <w:bCs/>
                <w:color w:val="FFFFFF"/>
                <w:rtl/>
              </w:rPr>
              <w:t>הצדקה</w:t>
            </w:r>
          </w:p>
        </w:tc>
      </w:tr>
      <w:tr>
        <w:tc>
          <w:tcPr>
            <w:tcW w:type="dxa" w:w="3326"/>
          </w:tcPr>
          <w:p>
            <w:pPr>
              <w:bidi/>
              <w:spacing w:before="0" w:after="40"/>
              <w:jc w:val="both"/>
            </w:pPr>
            <w:r>
              <w:rPr>
                <w:rtl/>
              </w:rPr>
              <w:t>כדאי לקרוא ספרים בחופשה.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שכתבו את המשפט ללשון רשמית, כך שיתאים למכתב למנהלת: «תגידי, אפשר לשים עוד פחים בחצר? זה מלא זבל!»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פסקה מנומקת (5–6 משפטים): «האם כדאי לאסור טלפונים בהפסקות?». כתבו טענה, שני נימוקים עם הצדקה, וסגיר.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Times New Roman" w:hAnsi="Times New Roman" w:cs="Times New Roman"/>
          <w:b/>
          <w:bCs/>
          <w:color w:val="9F1239"/>
          <w:sz w:val="44"/>
          <w:szCs w:val="44"/>
          <w:rtl/>
        </w:rPr>
        <w:t>חזרה – מה למדנו?</w:t>
      </w:r>
    </w:p>
    <w:p>
      <w:pPr>
        <w:bidi/>
        <w:spacing w:before="160" w:after="60"/>
        <w:jc w:val="both"/>
      </w:pPr>
      <w:r>
        <w:rPr>
          <w:b/>
          <w:bCs/>
          <w:sz w:val="26"/>
          <w:szCs w:val="26"/>
          <w:rtl/>
        </w:rPr>
        <w:t>1. השלימו.</w:t>
      </w:r>
    </w:p>
    <w:p>
      <w:pPr>
        <w:bidi/>
        <w:spacing w:before="0" w:after="60"/>
        <w:jc w:val="both"/>
      </w:pPr>
      <w:r>
        <w:rPr>
          <w:rtl/>
        </w:rPr>
        <w:t>א. השורש של «מזכרת»: __________.</w:t>
      </w:r>
    </w:p>
    <w:p>
      <w:pPr>
        <w:bidi/>
        <w:spacing w:before="0" w:after="60"/>
        <w:jc w:val="both"/>
      </w:pPr>
      <w:r>
        <w:rPr>
          <w:rtl/>
        </w:rPr>
        <w:t>ב. «בית חולים» ברבים: __________.</w:t>
      </w:r>
    </w:p>
    <w:p>
      <w:pPr>
        <w:bidi/>
        <w:spacing w:before="0" w:after="60"/>
        <w:jc w:val="both"/>
      </w:pPr>
      <w:r>
        <w:rPr>
          <w:rtl/>
        </w:rPr>
        <w:t>ג. «התלבש» בעתיד, גוף «אנחנו»: __________.</w:t>
      </w:r>
    </w:p>
    <w:p>
      <w:pPr>
        <w:bidi/>
        <w:spacing w:before="0" w:after="60"/>
        <w:jc w:val="both"/>
      </w:pPr>
      <w:r>
        <w:rPr>
          <w:rtl/>
        </w:rPr>
        <w:t>ד. «הספרים שלנו» בכינוי חבור: __________.</w:t>
      </w:r>
    </w:p>
    <w:p>
      <w:pPr>
        <w:bidi/>
        <w:spacing w:before="160" w:after="60"/>
        <w:jc w:val="both"/>
      </w:pPr>
      <w:r>
        <w:rPr>
          <w:b/>
          <w:bCs/>
          <w:sz w:val="26"/>
          <w:szCs w:val="26"/>
          <w:rtl/>
        </w:rPr>
        <w:t>2. בחרו את התשובה הנכונה.</w:t>
      </w:r>
    </w:p>
    <w:p>
      <w:pPr>
        <w:bidi/>
        <w:spacing w:before="0" w:after="20"/>
        <w:jc w:val="both"/>
      </w:pPr>
      <w:r>
        <w:rPr>
          <w:rtl/>
        </w:rPr>
        <w:t>א. «השומר» במשפט «השומר נעל את השער» הוא:</w:t>
      </w:r>
    </w:p>
    <w:p>
      <w:pPr>
        <w:bidi/>
        <w:spacing w:before="0" w:after="80"/>
        <w:jc w:val="both"/>
      </w:pPr>
      <w:r>
        <w:rPr>
          <w:rtl/>
        </w:rPr>
        <w:t xml:space="preserve">   ○ פועל      ○ שם עצם      ○ שם תואר</w:t>
      </w:r>
    </w:p>
    <w:p>
      <w:pPr>
        <w:bidi/>
        <w:spacing w:before="0" w:after="20"/>
        <w:jc w:val="both"/>
      </w:pPr>
      <w:r>
        <w:rPr>
          <w:rtl/>
        </w:rPr>
        <w:t>ב. «הגשם החזק» הוא:</w:t>
      </w:r>
    </w:p>
    <w:p>
      <w:pPr>
        <w:bidi/>
        <w:spacing w:before="0" w:after="80"/>
        <w:jc w:val="both"/>
      </w:pPr>
      <w:r>
        <w:rPr>
          <w:rtl/>
        </w:rPr>
        <w:t xml:space="preserve">   ○ משפט      ○ צירוף</w:t>
      </w:r>
    </w:p>
    <w:p>
      <w:pPr>
        <w:bidi/>
        <w:spacing w:before="0" w:after="20"/>
        <w:jc w:val="both"/>
      </w:pPr>
      <w:r>
        <w:rPr>
          <w:rtl/>
        </w:rPr>
        <w:t>ג. «למרות ש» מבטאת יחס של:</w:t>
      </w:r>
    </w:p>
    <w:p>
      <w:pPr>
        <w:bidi/>
        <w:spacing w:before="0" w:after="80"/>
        <w:jc w:val="both"/>
      </w:pPr>
      <w:r>
        <w:rPr>
          <w:rtl/>
        </w:rPr>
        <w:t xml:space="preserve">   ○ סיבה      ○ ויתור      ○ תנאי</w:t>
      </w:r>
    </w:p>
    <w:p>
      <w:pPr>
        <w:bidi/>
        <w:spacing w:before="0" w:after="20"/>
        <w:jc w:val="both"/>
      </w:pPr>
      <w:r>
        <w:rPr>
          <w:rtl/>
        </w:rPr>
        <w:t>ד. הבניין של «הוזמנו» הוא:</w:t>
      </w:r>
    </w:p>
    <w:p>
      <w:pPr>
        <w:bidi/>
        <w:spacing w:before="0" w:after="80"/>
        <w:jc w:val="both"/>
      </w:pPr>
      <w:r>
        <w:rPr>
          <w:rtl/>
        </w:rPr>
        <w:t xml:space="preserve">   ○ הפעיל      ○ הופעל      ○ נפעל</w:t>
      </w:r>
    </w:p>
    <w:p>
      <w:pPr>
        <w:bidi/>
        <w:spacing w:before="160" w:after="60"/>
        <w:jc w:val="both"/>
      </w:pPr>
      <w:r>
        <w:rPr>
          <w:b/>
          <w:bCs/>
          <w:sz w:val="26"/>
          <w:szCs w:val="26"/>
          <w:rtl/>
        </w:rPr>
        <w:t>3. שם המספר: כתבו את המספר במילים. זכרו: ימים בחודש מציינים במספר בלשון זכר (חמישה בכסלו).</w:t>
      </w:r>
    </w:p>
    <w:p>
      <w:pPr>
        <w:bidi/>
        <w:spacing w:before="0" w:after="60"/>
        <w:jc w:val="both"/>
      </w:pPr>
      <w:r>
        <w:rPr>
          <w:rtl/>
        </w:rPr>
        <w:t>א. בכיתה שלנו __________ (14) בנות.</w:t>
      </w:r>
    </w:p>
    <w:p>
      <w:pPr>
        <w:bidi/>
        <w:spacing w:before="0" w:after="60"/>
        <w:jc w:val="both"/>
      </w:pPr>
      <w:r>
        <w:rPr>
          <w:rtl/>
        </w:rPr>
        <w:t>ב. קנינו __________ (3) ספרים חדשים.</w:t>
      </w:r>
    </w:p>
    <w:p>
      <w:pPr>
        <w:bidi/>
        <w:spacing w:before="0" w:after="60"/>
        <w:jc w:val="both"/>
      </w:pPr>
      <w:r>
        <w:rPr>
          <w:rtl/>
        </w:rPr>
        <w:t>ג. שכחתי בבית __________ (2) מחברות.</w:t>
      </w:r>
    </w:p>
    <w:p>
      <w:pPr>
        <w:bidi/>
        <w:spacing w:before="0" w:after="60"/>
        <w:jc w:val="both"/>
      </w:pPr>
      <w:r>
        <w:rPr>
          <w:rtl/>
        </w:rPr>
        <w:t>ד. יום ההולדת שלי חל ב־__________ (7) בכסלו.</w:t>
      </w:r>
    </w:p>
    <w:p>
      <w:pPr>
        <w:bidi/>
        <w:spacing w:before="160" w:after="60"/>
        <w:jc w:val="both"/>
      </w:pPr>
      <w:r>
        <w:rPr>
          <w:b/>
          <w:bCs/>
          <w:sz w:val="26"/>
          <w:szCs w:val="26"/>
          <w:rtl/>
        </w:rPr>
        <w:t>4. מיינו את מילות הקישור לפי היחס.</w:t>
      </w:r>
    </w:p>
    <w:p>
      <w:pPr>
        <w:bidi/>
        <w:spacing w:before="0" w:after="80"/>
        <w:jc w:val="both"/>
      </w:pPr>
      <w:r>
        <w:rPr>
          <w:color w:val="9F1239"/>
          <w:sz w:val="24"/>
          <w:szCs w:val="24"/>
          <w:rtl/>
        </w:rPr>
        <w:t>המילים: כי  |  לכן  |  אבל  |  אם  |  מפני ש־  |  לפיכך  |  אולם  |  בתנאי ש־</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סיבה</w:t>
            </w:r>
          </w:p>
        </w:tc>
        <w:tc>
          <w:tcPr>
            <w:tcW w:type="dxa" w:w="2494"/>
            <w:shd w:val="clear" w:color="auto" w:fill="9f1239"/>
          </w:tcPr>
          <w:p>
            <w:pPr>
              <w:bidi/>
              <w:spacing w:before="0" w:after="40"/>
              <w:jc w:val="both"/>
            </w:pPr>
            <w:r>
              <w:rPr>
                <w:b/>
                <w:bCs/>
                <w:color w:val="FFFFFF"/>
                <w:rtl/>
              </w:rPr>
              <w:t>תוצאה</w:t>
            </w:r>
          </w:p>
        </w:tc>
        <w:tc>
          <w:tcPr>
            <w:tcW w:type="dxa" w:w="2494"/>
            <w:shd w:val="clear" w:color="auto" w:fill="9f1239"/>
          </w:tcPr>
          <w:p>
            <w:pPr>
              <w:bidi/>
              <w:spacing w:before="0" w:after="40"/>
              <w:jc w:val="both"/>
            </w:pPr>
            <w:r>
              <w:rPr>
                <w:b/>
                <w:bCs/>
                <w:color w:val="FFFFFF"/>
                <w:rtl/>
              </w:rPr>
              <w:t>ניגוד</w:t>
            </w:r>
          </w:p>
        </w:tc>
        <w:tc>
          <w:tcPr>
            <w:tcW w:type="dxa" w:w="2494"/>
            <w:shd w:val="clear" w:color="auto" w:fill="9f1239"/>
          </w:tcPr>
          <w:p>
            <w:pPr>
              <w:bidi/>
              <w:spacing w:before="0" w:after="40"/>
              <w:jc w:val="both"/>
            </w:pPr>
            <w:r>
              <w:rPr>
                <w:b/>
                <w:bCs/>
                <w:color w:val="FFFFFF"/>
                <w:rtl/>
              </w:rPr>
              <w:t>תנאי</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העבירו לדיבור עקיף.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דיבור ישיר</w:t>
            </w:r>
          </w:p>
        </w:tc>
        <w:tc>
          <w:tcPr>
            <w:tcW w:type="dxa" w:w="4989"/>
            <w:shd w:val="clear" w:color="auto" w:fill="9f1239"/>
          </w:tcPr>
          <w:p>
            <w:pPr>
              <w:bidi/>
              <w:spacing w:before="0" w:after="40"/>
              <w:jc w:val="both"/>
            </w:pPr>
            <w:r>
              <w:rPr>
                <w:b/>
                <w:bCs/>
                <w:color w:val="FFFFFF"/>
                <w:rtl/>
              </w:rPr>
              <w:t>דיבור עקיף</w:t>
            </w:r>
          </w:p>
        </w:tc>
      </w:tr>
      <w:tr>
        <w:tc>
          <w:tcPr>
            <w:tcW w:type="dxa" w:w="4989"/>
          </w:tcPr>
          <w:p>
            <w:pPr>
              <w:bidi/>
              <w:spacing w:before="0" w:after="40"/>
              <w:jc w:val="both"/>
            </w:pPr>
            <w:r>
              <w:rPr>
                <w:rtl/>
              </w:rPr>
              <w:t>מיכל אמרה: «אני מוכנה».</w:t>
            </w:r>
          </w:p>
        </w:tc>
        <w:tc>
          <w:tcPr>
            <w:tcW w:type="dxa" w:w="4989"/>
          </w:tcPr>
          <w:p>
            <w:pPr>
              <w:bidi/>
              <w:spacing w:before="0" w:after="40"/>
              <w:jc w:val="both"/>
            </w:pPr>
            <w:r>
              <w:rPr>
                <w:rtl/>
              </w:rPr>
            </w:r>
          </w:p>
        </w:tc>
      </w:tr>
      <w:tr>
        <w:tc>
          <w:tcPr>
            <w:tcW w:type="dxa" w:w="4989"/>
          </w:tcPr>
          <w:p>
            <w:pPr>
              <w:bidi/>
              <w:spacing w:before="0" w:after="40"/>
              <w:jc w:val="both"/>
            </w:pPr>
            <w:r>
              <w:rPr>
                <w:rtl/>
              </w:rPr>
              <w:t>המאמן שאל: «מי מגיע לאימון?»</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נכון או לא נכון? תקנו את הלא נכונים.</w:t>
      </w:r>
    </w:p>
    <w:p>
      <w:pPr>
        <w:bidi/>
        <w:spacing w:before="0" w:after="60"/>
        <w:jc w:val="both"/>
      </w:pPr>
      <w:r>
        <w:rPr>
          <w:rtl/>
        </w:rPr>
        <w:t>א. בסמיכות ה"א הידיעה באה לפני המילה השנייה.      נכון / לא נכון</w:t>
      </w:r>
    </w:p>
    <w:p>
      <w:pPr>
        <w:bidi/>
        <w:spacing w:before="0" w:after="60"/>
        <w:jc w:val="both"/>
      </w:pPr>
      <w:r>
        <w:rPr>
          <w:rtl/>
        </w:rPr>
        <w:t>ב. «אומץ» הוא שם פעולה.      נכון / לא נכון</w:t>
      </w:r>
    </w:p>
    <w:p>
      <w:pPr>
        <w:bidi/>
        <w:spacing w:before="0" w:after="60"/>
        <w:jc w:val="both"/>
      </w:pPr>
      <w:r>
        <w:rPr>
          <w:rtl/>
        </w:rPr>
        <w:t>ג. הנדון במכתב רשמי צריך להיות ארוך ומפורט.      נכון / לא נכון</w:t>
      </w:r>
    </w:p>
    <w:p>
      <w:pPr>
        <w:bidi/>
        <w:spacing w:before="0" w:after="60"/>
        <w:jc w:val="both"/>
      </w:pPr>
      <w:r>
        <w:rPr>
          <w:rtl/>
        </w:rPr>
        <w:t>ד. עובדה אפשר לבדוק ולהוכיח.      נכון / לא נכון</w:t>
      </w:r>
    </w:p>
    <w:p>
      <w:pPr>
        <w:bidi/>
        <w:spacing w:before="160" w:after="60"/>
        <w:jc w:val="both"/>
      </w:pPr>
      <w:r>
        <w:rPr>
          <w:b/>
          <w:bCs/>
          <w:sz w:val="26"/>
          <w:szCs w:val="26"/>
          <w:rtl/>
        </w:rPr>
        <w:t>7. כתבו פסקה מנומקת (4–5 משפטים) בנושא «האם כדאי לקיים טיול שנתי גם בחורף?». כתבו טענה, שני נימוקים וסגיר, והשתמשו בשתי מילות קישור לפחות.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Times New Roman" w:hAnsi="Times New Roman" w:cs="Times New Roman"/>
          <w:b/>
          <w:bCs/>
          <w:color w:val="9F1239"/>
          <w:sz w:val="60"/>
          <w:szCs w:val="60"/>
          <w:rtl/>
        </w:rPr>
        <w:t>כל הכבוד!</w:t>
      </w:r>
    </w:p>
    <w:p>
      <w:pPr>
        <w:bidi/>
        <w:spacing w:before="0" w:after="80"/>
        <w:jc w:val="center"/>
      </w:pPr>
      <w:r>
        <w:rPr>
          <w:sz w:val="32"/>
          <w:szCs w:val="32"/>
          <w:rtl/>
        </w:rPr>
        <w:t>סיימתי את חוברת העבודה בלשון ועברית לכיתה ז'.</w:t>
      </w:r>
    </w:p>
    <w:p>
      <w:pPr>
        <w:bidi/>
        <w:spacing w:before="0" w:after="80"/>
        <w:jc w:val="both"/>
      </w:pPr>
      <w:r>
        <w:br w:type="page"/>
      </w:r>
    </w:p>
    <w:p>
      <w:pPr>
        <w:bidi/>
        <w:spacing w:before="0" w:after="120"/>
        <w:jc w:val="both"/>
      </w:pPr>
      <w:r>
        <w:rPr>
          <w:rFonts w:ascii="Times New Roman" w:hAnsi="Times New Roman" w:cs="Times New Roman"/>
          <w:b/>
          <w:bCs/>
          <w:color w:val="0F7A4F"/>
          <w:sz w:val="44"/>
          <w:szCs w:val="44"/>
          <w:rtl/>
        </w:rPr>
        <w:t>תשובות לחוברת</w:t>
      </w:r>
    </w:p>
    <w:p>
      <w:pPr>
        <w:bidi/>
        <w:spacing w:before="160" w:after="80"/>
        <w:jc w:val="both"/>
      </w:pPr>
      <w:r>
        <w:rPr>
          <w:rFonts w:ascii="Times New Roman" w:hAnsi="Times New Roman" w:cs="Times New Roman"/>
          <w:b/>
          <w:bCs/>
          <w:color w:val="9F1239"/>
          <w:sz w:val="30"/>
          <w:szCs w:val="30"/>
          <w:rtl/>
        </w:rPr>
        <w:t>פרק 1: מבנה המילה: שורש, תבנית ומוספיות</w:t>
      </w:r>
    </w:p>
    <w:p>
      <w:pPr>
        <w:bidi/>
        <w:spacing w:before="160" w:after="60"/>
        <w:jc w:val="both"/>
      </w:pPr>
      <w:r>
        <w:rPr>
          <w:b/>
          <w:bCs/>
          <w:sz w:val="26"/>
          <w:szCs w:val="26"/>
          <w:rtl/>
        </w:rPr>
        <w:t>1. כתבו את השורש.</w:t>
      </w:r>
    </w:p>
    <w:p>
      <w:pPr>
        <w:bidi/>
        <w:spacing w:before="0" w:after="40"/>
        <w:jc w:val="both"/>
      </w:pPr>
      <w:r>
        <w:rPr>
          <w:rtl/>
        </w:rPr>
        <w:t>א. השורש של «מסעדה»: ס־ע־ד.</w:t>
      </w:r>
    </w:p>
    <w:p>
      <w:pPr>
        <w:bidi/>
        <w:spacing w:before="0" w:after="40"/>
        <w:jc w:val="both"/>
      </w:pPr>
      <w:r>
        <w:rPr>
          <w:rtl/>
        </w:rPr>
        <w:t>ב. השורש של «התנדבות»: נ־ד־ב.</w:t>
      </w:r>
    </w:p>
    <w:p>
      <w:pPr>
        <w:bidi/>
        <w:spacing w:before="0" w:after="40"/>
        <w:jc w:val="both"/>
      </w:pPr>
      <w:r>
        <w:rPr>
          <w:rtl/>
        </w:rPr>
        <w:t>ג. השורש של «משחק»: ש־ח־ק.</w:t>
      </w:r>
    </w:p>
    <w:p>
      <w:pPr>
        <w:bidi/>
        <w:spacing w:before="0" w:after="40"/>
        <w:jc w:val="both"/>
      </w:pPr>
      <w:r>
        <w:rPr>
          <w:rtl/>
        </w:rPr>
        <w:t>ד. השורש של «תספורת»: ס־פ־ר.</w:t>
      </w:r>
    </w:p>
    <w:p>
      <w:pPr>
        <w:bidi/>
        <w:spacing w:before="160" w:after="60"/>
        <w:jc w:val="both"/>
      </w:pPr>
      <w:r>
        <w:rPr>
          <w:b/>
          <w:bCs/>
          <w:sz w:val="26"/>
          <w:szCs w:val="26"/>
          <w:rtl/>
        </w:rPr>
        <w:t>2. מה תפקיד האותיות המודגשות בסוגריים?</w:t>
      </w:r>
    </w:p>
    <w:p>
      <w:pPr>
        <w:bidi/>
        <w:spacing w:before="0" w:after="20"/>
        <w:jc w:val="both"/>
      </w:pPr>
      <w:r>
        <w:rPr>
          <w:rtl/>
        </w:rPr>
        <w:t>א. (מ)גדל</w:t>
      </w:r>
    </w:p>
    <w:p>
      <w:pPr>
        <w:bidi/>
        <w:spacing w:before="0" w:after="80"/>
        <w:jc w:val="both"/>
      </w:pPr>
      <w:r>
        <w:rPr>
          <w:b/>
          <w:bCs/>
          <w:color w:val="0F7A4F"/>
          <w:rtl/>
        </w:rPr>
        <w:t xml:space="preserve">   ✔ תחילית</w:t>
      </w:r>
    </w:p>
    <w:p>
      <w:pPr>
        <w:bidi/>
        <w:spacing w:before="0" w:after="20"/>
        <w:jc w:val="both"/>
      </w:pPr>
      <w:r>
        <w:rPr>
          <w:rtl/>
        </w:rPr>
        <w:t>ב. גד(ו)ל</w:t>
      </w:r>
    </w:p>
    <w:p>
      <w:pPr>
        <w:bidi/>
        <w:spacing w:before="0" w:after="80"/>
        <w:jc w:val="both"/>
      </w:pPr>
      <w:r>
        <w:rPr>
          <w:b/>
          <w:bCs/>
          <w:color w:val="0F7A4F"/>
          <w:rtl/>
        </w:rPr>
        <w:t xml:space="preserve">   ✔ תוכית</w:t>
      </w:r>
    </w:p>
    <w:p>
      <w:pPr>
        <w:bidi/>
        <w:spacing w:before="0" w:after="20"/>
        <w:jc w:val="both"/>
      </w:pPr>
      <w:r>
        <w:rPr>
          <w:rtl/>
        </w:rPr>
        <w:t>ג. ילד(ות)</w:t>
      </w:r>
    </w:p>
    <w:p>
      <w:pPr>
        <w:bidi/>
        <w:spacing w:before="0" w:after="80"/>
        <w:jc w:val="both"/>
      </w:pPr>
      <w:r>
        <w:rPr>
          <w:b/>
          <w:bCs/>
          <w:color w:val="0F7A4F"/>
          <w:rtl/>
        </w:rPr>
        <w:t xml:space="preserve">   ✔ סופית</w:t>
      </w:r>
    </w:p>
    <w:p>
      <w:pPr>
        <w:bidi/>
        <w:spacing w:before="160" w:after="60"/>
        <w:jc w:val="both"/>
      </w:pPr>
      <w:r>
        <w:rPr>
          <w:b/>
          <w:bCs/>
          <w:sz w:val="26"/>
          <w:szCs w:val="26"/>
          <w:rtl/>
        </w:rPr>
        <w:t>3. השלימו את הטבלה.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בלי כינוי חבור</w:t>
            </w:r>
          </w:p>
        </w:tc>
        <w:tc>
          <w:tcPr>
            <w:tcW w:type="dxa" w:w="4989"/>
            <w:shd w:val="clear" w:color="auto" w:fill="9f1239"/>
          </w:tcPr>
          <w:p>
            <w:pPr>
              <w:bidi/>
              <w:spacing w:before="0" w:after="40"/>
              <w:jc w:val="both"/>
            </w:pPr>
            <w:r>
              <w:rPr>
                <w:b/>
                <w:bCs/>
                <w:color w:val="FFFFFF"/>
                <w:rtl/>
              </w:rPr>
              <w:t>עם כינוי חבור</w:t>
            </w:r>
          </w:p>
        </w:tc>
      </w:tr>
      <w:tr>
        <w:tc>
          <w:tcPr>
            <w:tcW w:type="dxa" w:w="4989"/>
          </w:tcPr>
          <w:p>
            <w:pPr>
              <w:bidi/>
              <w:spacing w:before="0" w:after="40"/>
              <w:jc w:val="both"/>
            </w:pPr>
            <w:r>
              <w:rPr>
                <w:rtl/>
              </w:rPr>
              <w:t>הספרים שלי</w:t>
            </w:r>
          </w:p>
        </w:tc>
        <w:tc>
          <w:tcPr>
            <w:tcW w:type="dxa" w:w="4989"/>
          </w:tcPr>
          <w:p>
            <w:pPr>
              <w:bidi/>
              <w:spacing w:before="0" w:after="40"/>
              <w:jc w:val="both"/>
            </w:pPr>
            <w:r>
              <w:rPr>
                <w:color w:val="0F7A4F"/>
                <w:rtl/>
              </w:rPr>
              <w:t>ספריי</w:t>
            </w:r>
          </w:p>
        </w:tc>
      </w:tr>
      <w:tr>
        <w:tc>
          <w:tcPr>
            <w:tcW w:type="dxa" w:w="4989"/>
          </w:tcPr>
          <w:p>
            <w:pPr>
              <w:bidi/>
              <w:spacing w:before="0" w:after="40"/>
              <w:jc w:val="both"/>
            </w:pPr>
            <w:r>
              <w:rPr>
                <w:color w:val="0F7A4F"/>
                <w:rtl/>
              </w:rPr>
              <w:t>העיר שלכם</w:t>
            </w:r>
          </w:p>
        </w:tc>
        <w:tc>
          <w:tcPr>
            <w:tcW w:type="dxa" w:w="4989"/>
          </w:tcPr>
          <w:p>
            <w:pPr>
              <w:bidi/>
              <w:spacing w:before="0" w:after="40"/>
              <w:jc w:val="both"/>
            </w:pPr>
            <w:r>
              <w:rPr>
                <w:rtl/>
              </w:rPr>
              <w:t>עירכם</w:t>
            </w:r>
          </w:p>
        </w:tc>
      </w:tr>
      <w:tr>
        <w:tc>
          <w:tcPr>
            <w:tcW w:type="dxa" w:w="4989"/>
          </w:tcPr>
          <w:p>
            <w:pPr>
              <w:bidi/>
              <w:spacing w:before="0" w:after="40"/>
              <w:jc w:val="both"/>
            </w:pPr>
            <w:r>
              <w:rPr>
                <w:rtl/>
              </w:rPr>
              <w:t>ביקרתי אותם</w:t>
            </w:r>
          </w:p>
        </w:tc>
        <w:tc>
          <w:tcPr>
            <w:tcW w:type="dxa" w:w="4989"/>
          </w:tcPr>
          <w:p>
            <w:pPr>
              <w:bidi/>
              <w:spacing w:before="0" w:after="40"/>
              <w:jc w:val="both"/>
            </w:pPr>
            <w:r>
              <w:rPr>
                <w:color w:val="0F7A4F"/>
                <w:rtl/>
              </w:rPr>
              <w:t>ביקרתים</w:t>
            </w:r>
          </w:p>
        </w:tc>
      </w:tr>
    </w:tbl>
    <w:p>
      <w:pPr>
        <w:bidi/>
        <w:spacing w:before="0" w:after="40"/>
        <w:jc w:val="both"/>
      </w:pPr>
    </w:p>
    <w:p>
      <w:pPr>
        <w:bidi/>
        <w:spacing w:before="160" w:after="60"/>
        <w:jc w:val="both"/>
      </w:pPr>
      <w:r>
        <w:rPr>
          <w:b/>
          <w:bCs/>
          <w:sz w:val="26"/>
          <w:szCs w:val="26"/>
          <w:rtl/>
        </w:rPr>
        <w:t>4. בחרו שורש (למשל ל־מ־ד) וכתבו ממנו ארבע מילים שונות. סמנו בכל מילה את המוספיות.</w:t>
      </w:r>
    </w:p>
    <w:p>
      <w:pPr>
        <w:bidi/>
        <w:spacing w:before="0" w:after="80"/>
        <w:jc w:val="both"/>
      </w:pPr>
      <w:r>
        <w:rPr>
          <w:color w:val="0F7A4F"/>
          <w:rtl/>
        </w:rPr>
        <w:t>תשובה אפשרית: ל־מ־ד: תלמיד (ת, י), מלמד (מ), למידה (י, ה), לימודים (י, ים).</w:t>
      </w:r>
    </w:p>
    <w:p>
      <w:pPr>
        <w:bidi/>
        <w:spacing w:before="160" w:after="60"/>
        <w:jc w:val="both"/>
      </w:pPr>
      <w:r>
        <w:rPr>
          <w:b/>
          <w:bCs/>
          <w:sz w:val="26"/>
          <w:szCs w:val="26"/>
          <w:rtl/>
        </w:rPr>
        <w:t>5. מיינו את המילים לפי השורש.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ר־כ־ב</w:t>
            </w:r>
          </w:p>
        </w:tc>
        <w:tc>
          <w:tcPr>
            <w:tcW w:type="dxa" w:w="3326"/>
            <w:shd w:val="clear" w:color="auto" w:fill="9f1239"/>
          </w:tcPr>
          <w:p>
            <w:pPr>
              <w:bidi/>
              <w:spacing w:before="0" w:after="40"/>
              <w:jc w:val="both"/>
            </w:pPr>
            <w:r>
              <w:rPr>
                <w:b/>
                <w:bCs/>
                <w:color w:val="FFFFFF"/>
                <w:rtl/>
              </w:rPr>
              <w:t>ש־ל־ח</w:t>
            </w:r>
          </w:p>
        </w:tc>
        <w:tc>
          <w:tcPr>
            <w:tcW w:type="dxa" w:w="3326"/>
            <w:shd w:val="clear" w:color="auto" w:fill="9f1239"/>
          </w:tcPr>
          <w:p>
            <w:pPr>
              <w:bidi/>
              <w:spacing w:before="0" w:after="40"/>
              <w:jc w:val="both"/>
            </w:pPr>
            <w:r>
              <w:rPr>
                <w:b/>
                <w:bCs/>
                <w:color w:val="FFFFFF"/>
                <w:rtl/>
              </w:rPr>
              <w:t>ג־ד־ל</w:t>
            </w:r>
          </w:p>
        </w:tc>
      </w:tr>
      <w:tr>
        <w:tc>
          <w:tcPr>
            <w:tcW w:type="dxa" w:w="3326"/>
          </w:tcPr>
          <w:p>
            <w:pPr>
              <w:bidi/>
              <w:spacing w:before="0" w:after="40"/>
              <w:jc w:val="both"/>
            </w:pPr>
            <w:r>
              <w:rPr>
                <w:rtl/>
              </w:rPr>
              <w:t>רכבת, מרכב, רוכב</w:t>
            </w:r>
          </w:p>
        </w:tc>
        <w:tc>
          <w:tcPr>
            <w:tcW w:type="dxa" w:w="3326"/>
          </w:tcPr>
          <w:p>
            <w:pPr>
              <w:bidi/>
              <w:spacing w:before="0" w:after="40"/>
              <w:jc w:val="both"/>
            </w:pPr>
            <w:r>
              <w:rPr>
                <w:rtl/>
              </w:rPr>
              <w:t>שליח, משלוח, שליחות</w:t>
            </w:r>
          </w:p>
        </w:tc>
        <w:tc>
          <w:tcPr>
            <w:tcW w:type="dxa" w:w="3326"/>
          </w:tcPr>
          <w:p>
            <w:pPr>
              <w:bidi/>
              <w:spacing w:before="0" w:after="40"/>
              <w:jc w:val="both"/>
            </w:pPr>
            <w:r>
              <w:rPr>
                <w:rtl/>
              </w:rPr>
              <w:t>גדול, מגדל, גודל</w:t>
            </w:r>
          </w:p>
        </w:tc>
      </w:tr>
    </w:tbl>
    <w:p>
      <w:pPr>
        <w:bidi/>
        <w:spacing w:before="0" w:after="40"/>
        <w:jc w:val="both"/>
      </w:pPr>
    </w:p>
    <w:p>
      <w:pPr>
        <w:bidi/>
        <w:spacing w:before="160" w:after="60"/>
        <w:jc w:val="both"/>
      </w:pPr>
      <w:r>
        <w:rPr>
          <w:b/>
          <w:bCs/>
          <w:sz w:val="26"/>
          <w:szCs w:val="26"/>
          <w:rtl/>
        </w:rPr>
        <w:t>6. נכון או לא נכון? תקנו את הלא נכונים.</w:t>
      </w:r>
    </w:p>
    <w:p>
      <w:pPr>
        <w:bidi/>
        <w:spacing w:before="0" w:after="40"/>
        <w:jc w:val="both"/>
      </w:pPr>
      <w:r>
        <w:rPr>
          <w:rtl/>
        </w:rPr>
        <w:t>א. השורש של «מסעדה» הוא ס־ע־ד. – נכון</w:t>
      </w:r>
    </w:p>
    <w:p>
      <w:pPr>
        <w:bidi/>
        <w:spacing w:before="0" w:after="40"/>
        <w:jc w:val="both"/>
      </w:pPr>
      <w:r>
        <w:rPr>
          <w:rtl/>
        </w:rPr>
        <w:t>ב. במילה «ילדות» הסופית היא ־ות. – נכון</w:t>
      </w:r>
    </w:p>
    <w:p>
      <w:pPr>
        <w:bidi/>
        <w:spacing w:before="0" w:after="40"/>
        <w:jc w:val="both"/>
      </w:pPr>
      <w:r>
        <w:rPr>
          <w:rtl/>
        </w:rPr>
        <w:t>ג. «ספרינו» פירושו «ספרו אותנו». – לא נכון – «ספרינו» פירושו «הספרים שלנו»</w:t>
      </w:r>
    </w:p>
    <w:p>
      <w:pPr>
        <w:bidi/>
        <w:spacing w:before="160" w:after="60"/>
        <w:jc w:val="both"/>
      </w:pPr>
      <w:r>
        <w:rPr>
          <w:b/>
          <w:bCs/>
          <w:sz w:val="26"/>
          <w:szCs w:val="26"/>
          <w:rtl/>
        </w:rPr>
        <w:t>7. התאימו כל מילה לשורש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תשובה</w:t>
            </w:r>
          </w:p>
        </w:tc>
        <w:tc>
          <w:tcPr>
            <w:tcW w:type="dxa" w:w="4989"/>
          </w:tcPr>
          <w:p>
            <w:pPr>
              <w:bidi/>
              <w:spacing w:before="0" w:after="40"/>
              <w:jc w:val="both"/>
            </w:pPr>
            <w:r>
              <w:rPr>
                <w:rtl/>
              </w:rPr>
              <w:t>[2] ס־ג־ר</w:t>
            </w:r>
          </w:p>
        </w:tc>
      </w:tr>
      <w:tr>
        <w:tc>
          <w:tcPr>
            <w:tcW w:type="dxa" w:w="4989"/>
          </w:tcPr>
          <w:p>
            <w:pPr>
              <w:bidi/>
              <w:spacing w:before="0" w:after="40"/>
              <w:jc w:val="both"/>
            </w:pPr>
            <w:r>
              <w:rPr>
                <w:rtl/>
              </w:rPr>
              <w:t>2. מסגרת</w:t>
            </w:r>
          </w:p>
        </w:tc>
        <w:tc>
          <w:tcPr>
            <w:tcW w:type="dxa" w:w="4989"/>
          </w:tcPr>
          <w:p>
            <w:pPr>
              <w:bidi/>
              <w:spacing w:before="0" w:after="40"/>
              <w:jc w:val="both"/>
            </w:pPr>
            <w:r>
              <w:rPr>
                <w:rtl/>
              </w:rPr>
              <w:t>[3] ל־ב־ש</w:t>
            </w:r>
          </w:p>
        </w:tc>
      </w:tr>
      <w:tr>
        <w:tc>
          <w:tcPr>
            <w:tcW w:type="dxa" w:w="4989"/>
          </w:tcPr>
          <w:p>
            <w:pPr>
              <w:bidi/>
              <w:spacing w:before="0" w:after="40"/>
              <w:jc w:val="both"/>
            </w:pPr>
            <w:r>
              <w:rPr>
                <w:rtl/>
              </w:rPr>
              <w:t>3. תלבושת</w:t>
            </w:r>
          </w:p>
        </w:tc>
        <w:tc>
          <w:tcPr>
            <w:tcW w:type="dxa" w:w="4989"/>
          </w:tcPr>
          <w:p>
            <w:pPr>
              <w:bidi/>
              <w:spacing w:before="0" w:after="40"/>
              <w:jc w:val="both"/>
            </w:pPr>
            <w:r>
              <w:rPr>
                <w:rtl/>
              </w:rPr>
              <w:t>[4] ח־ש־ב</w:t>
            </w:r>
          </w:p>
        </w:tc>
      </w:tr>
      <w:tr>
        <w:tc>
          <w:tcPr>
            <w:tcW w:type="dxa" w:w="4989"/>
          </w:tcPr>
          <w:p>
            <w:pPr>
              <w:bidi/>
              <w:spacing w:before="0" w:after="40"/>
              <w:jc w:val="both"/>
            </w:pPr>
            <w:r>
              <w:rPr>
                <w:rtl/>
              </w:rPr>
              <w:t>4. מחשב</w:t>
            </w:r>
          </w:p>
        </w:tc>
        <w:tc>
          <w:tcPr>
            <w:tcW w:type="dxa" w:w="4989"/>
          </w:tcPr>
          <w:p>
            <w:pPr>
              <w:bidi/>
              <w:spacing w:before="0" w:after="40"/>
              <w:jc w:val="both"/>
            </w:pPr>
            <w:r>
              <w:rPr>
                <w:rtl/>
              </w:rPr>
              <w:t>[1] ש־ו־ב</w:t>
            </w:r>
          </w:p>
        </w:tc>
      </w:tr>
    </w:tbl>
    <w:p>
      <w:pPr>
        <w:bidi/>
        <w:spacing w:before="0" w:after="40"/>
        <w:jc w:val="both"/>
      </w:pPr>
    </w:p>
    <w:p>
      <w:pPr>
        <w:bidi/>
        <w:spacing w:before="160" w:after="60"/>
        <w:jc w:val="both"/>
      </w:pPr>
      <w:r>
        <w:rPr>
          <w:b/>
          <w:bCs/>
          <w:sz w:val="26"/>
          <w:szCs w:val="26"/>
          <w:rtl/>
        </w:rPr>
        <w:t>8. כתבו את הצירוף במילה אחת עם כינוי חבור.</w:t>
      </w:r>
    </w:p>
    <w:p>
      <w:pPr>
        <w:bidi/>
        <w:spacing w:before="0" w:after="40"/>
        <w:jc w:val="both"/>
      </w:pPr>
      <w:r>
        <w:rPr>
          <w:rtl/>
        </w:rPr>
        <w:t>א. «הבית שלהם» בכינוי חבור: ביתם.</w:t>
      </w:r>
    </w:p>
    <w:p>
      <w:pPr>
        <w:bidi/>
        <w:spacing w:before="0" w:after="40"/>
        <w:jc w:val="both"/>
      </w:pPr>
      <w:r>
        <w:rPr>
          <w:rtl/>
        </w:rPr>
        <w:t>ב. «החברה שלי» בכינוי חבור: חברתי.</w:t>
      </w:r>
    </w:p>
    <w:p>
      <w:pPr>
        <w:bidi/>
        <w:spacing w:before="0" w:after="40"/>
        <w:jc w:val="both"/>
      </w:pPr>
      <w:r>
        <w:rPr>
          <w:rtl/>
        </w:rPr>
        <w:t>ג. «העיר שלכן» בכינוי חבור: עירכן.</w:t>
      </w:r>
    </w:p>
    <w:p>
      <w:pPr>
        <w:bidi/>
        <w:spacing w:before="160" w:after="60"/>
        <w:jc w:val="both"/>
      </w:pPr>
      <w:r>
        <w:rPr>
          <w:b/>
          <w:bCs/>
          <w:sz w:val="26"/>
          <w:szCs w:val="26"/>
          <w:rtl/>
        </w:rPr>
        <w:t>9. בכל מילה כתבו מהי התחילית.</w:t>
      </w:r>
    </w:p>
    <w:p>
      <w:pPr>
        <w:bidi/>
        <w:spacing w:before="0" w:after="100"/>
        <w:jc w:val="both"/>
      </w:pPr>
      <w:r>
        <w:rPr>
          <w:rtl/>
        </w:rPr>
        <w:t>א. מגדל  ← מ</w:t>
      </w:r>
    </w:p>
    <w:p>
      <w:pPr>
        <w:bidi/>
        <w:spacing w:before="0" w:after="100"/>
        <w:jc w:val="both"/>
      </w:pPr>
      <w:r>
        <w:rPr>
          <w:rtl/>
        </w:rPr>
        <w:t>ב. תזכורת  ← ת</w:t>
      </w:r>
    </w:p>
    <w:p>
      <w:pPr>
        <w:bidi/>
        <w:spacing w:before="0" w:after="100"/>
        <w:jc w:val="both"/>
      </w:pPr>
      <w:r>
        <w:rPr>
          <w:rtl/>
        </w:rPr>
        <w:t>ג. נכתב  ← נ</w:t>
      </w:r>
    </w:p>
    <w:p>
      <w:pPr>
        <w:bidi/>
        <w:spacing w:before="0" w:after="100"/>
        <w:jc w:val="both"/>
      </w:pPr>
      <w:r>
        <w:rPr>
          <w:rtl/>
        </w:rPr>
        <w:t>ד. התרגשות  ← הת</w:t>
      </w:r>
    </w:p>
    <w:p>
      <w:pPr>
        <w:bidi/>
        <w:spacing w:before="160" w:after="60"/>
        <w:jc w:val="both"/>
      </w:pPr>
      <w:r>
        <w:rPr>
          <w:b/>
          <w:bCs/>
          <w:sz w:val="26"/>
          <w:szCs w:val="26"/>
          <w:rtl/>
        </w:rPr>
        <w:t>10. השלימו לכל שורש שם של מקום ושם של פעולה.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שורש</w:t>
            </w:r>
          </w:p>
        </w:tc>
        <w:tc>
          <w:tcPr>
            <w:tcW w:type="dxa" w:w="3326"/>
            <w:shd w:val="clear" w:color="auto" w:fill="9f1239"/>
          </w:tcPr>
          <w:p>
            <w:pPr>
              <w:bidi/>
              <w:spacing w:before="0" w:after="40"/>
              <w:jc w:val="both"/>
            </w:pPr>
            <w:r>
              <w:rPr>
                <w:b/>
                <w:bCs/>
                <w:color w:val="FFFFFF"/>
                <w:rtl/>
              </w:rPr>
              <w:t>שם של מקום</w:t>
            </w:r>
          </w:p>
        </w:tc>
        <w:tc>
          <w:tcPr>
            <w:tcW w:type="dxa" w:w="3326"/>
            <w:shd w:val="clear" w:color="auto" w:fill="9f1239"/>
          </w:tcPr>
          <w:p>
            <w:pPr>
              <w:bidi/>
              <w:spacing w:before="0" w:after="40"/>
              <w:jc w:val="both"/>
            </w:pPr>
            <w:r>
              <w:rPr>
                <w:b/>
                <w:bCs/>
                <w:color w:val="FFFFFF"/>
                <w:rtl/>
              </w:rPr>
              <w:t>שם של פעולה</w:t>
            </w:r>
          </w:p>
        </w:tc>
      </w:tr>
      <w:tr>
        <w:tc>
          <w:tcPr>
            <w:tcW w:type="dxa" w:w="3326"/>
          </w:tcPr>
          <w:p>
            <w:pPr>
              <w:bidi/>
              <w:spacing w:before="0" w:after="40"/>
              <w:jc w:val="both"/>
            </w:pPr>
            <w:r>
              <w:rPr>
                <w:rtl/>
              </w:rPr>
              <w:t>כ־ב־ס</w:t>
            </w:r>
          </w:p>
        </w:tc>
        <w:tc>
          <w:tcPr>
            <w:tcW w:type="dxa" w:w="3326"/>
          </w:tcPr>
          <w:p>
            <w:pPr>
              <w:bidi/>
              <w:spacing w:before="0" w:after="40"/>
              <w:jc w:val="both"/>
            </w:pPr>
            <w:r>
              <w:rPr>
                <w:color w:val="0F7A4F"/>
                <w:rtl/>
              </w:rPr>
              <w:t>מכבסה</w:t>
            </w:r>
          </w:p>
        </w:tc>
        <w:tc>
          <w:tcPr>
            <w:tcW w:type="dxa" w:w="3326"/>
          </w:tcPr>
          <w:p>
            <w:pPr>
              <w:bidi/>
              <w:spacing w:before="0" w:after="40"/>
              <w:jc w:val="both"/>
            </w:pPr>
            <w:r>
              <w:rPr>
                <w:color w:val="0F7A4F"/>
                <w:rtl/>
              </w:rPr>
              <w:t>כביסה</w:t>
            </w:r>
          </w:p>
        </w:tc>
      </w:tr>
      <w:tr>
        <w:tc>
          <w:tcPr>
            <w:tcW w:type="dxa" w:w="3326"/>
          </w:tcPr>
          <w:p>
            <w:pPr>
              <w:bidi/>
              <w:spacing w:before="0" w:after="40"/>
              <w:jc w:val="both"/>
            </w:pPr>
            <w:r>
              <w:rPr>
                <w:rtl/>
              </w:rPr>
              <w:t>ס־פ־ר</w:t>
            </w:r>
          </w:p>
        </w:tc>
        <w:tc>
          <w:tcPr>
            <w:tcW w:type="dxa" w:w="3326"/>
          </w:tcPr>
          <w:p>
            <w:pPr>
              <w:bidi/>
              <w:spacing w:before="0" w:after="40"/>
              <w:jc w:val="both"/>
            </w:pPr>
            <w:r>
              <w:rPr>
                <w:color w:val="0F7A4F"/>
                <w:rtl/>
              </w:rPr>
              <w:t>מספרה</w:t>
            </w:r>
          </w:p>
        </w:tc>
        <w:tc>
          <w:tcPr>
            <w:tcW w:type="dxa" w:w="3326"/>
          </w:tcPr>
          <w:p>
            <w:pPr>
              <w:bidi/>
              <w:spacing w:before="0" w:after="40"/>
              <w:jc w:val="both"/>
            </w:pPr>
            <w:r>
              <w:rPr>
                <w:color w:val="0F7A4F"/>
                <w:rtl/>
              </w:rPr>
              <w:t>ספירה</w:t>
            </w:r>
          </w:p>
        </w:tc>
      </w:tr>
      <w:tr>
        <w:tc>
          <w:tcPr>
            <w:tcW w:type="dxa" w:w="3326"/>
          </w:tcPr>
          <w:p>
            <w:pPr>
              <w:bidi/>
              <w:spacing w:before="0" w:after="40"/>
              <w:jc w:val="both"/>
            </w:pPr>
            <w:r>
              <w:rPr>
                <w:rtl/>
              </w:rPr>
              <w:t>א־פ־ה</w:t>
            </w:r>
          </w:p>
        </w:tc>
        <w:tc>
          <w:tcPr>
            <w:tcW w:type="dxa" w:w="3326"/>
          </w:tcPr>
          <w:p>
            <w:pPr>
              <w:bidi/>
              <w:spacing w:before="0" w:after="40"/>
              <w:jc w:val="both"/>
            </w:pPr>
            <w:r>
              <w:rPr>
                <w:color w:val="0F7A4F"/>
                <w:rtl/>
              </w:rPr>
              <w:t>מאפייה</w:t>
            </w:r>
          </w:p>
        </w:tc>
        <w:tc>
          <w:tcPr>
            <w:tcW w:type="dxa" w:w="3326"/>
          </w:tcPr>
          <w:p>
            <w:pPr>
              <w:bidi/>
              <w:spacing w:before="0" w:after="40"/>
              <w:jc w:val="both"/>
            </w:pPr>
            <w:r>
              <w:rPr>
                <w:color w:val="0F7A4F"/>
                <w:rtl/>
              </w:rPr>
              <w:t>אפייה</w:t>
            </w:r>
          </w:p>
        </w:tc>
      </w:tr>
    </w:tbl>
    <w:p>
      <w:pPr>
        <w:bidi/>
        <w:spacing w:before="0" w:after="40"/>
        <w:jc w:val="both"/>
      </w:pPr>
    </w:p>
    <w:p>
      <w:pPr>
        <w:bidi/>
        <w:spacing w:before="160" w:after="60"/>
        <w:jc w:val="both"/>
      </w:pPr>
      <w:r>
        <w:rPr>
          <w:b/>
          <w:bCs/>
          <w:sz w:val="26"/>
          <w:szCs w:val="26"/>
          <w:rtl/>
        </w:rPr>
        <w:t>11. כתבו שלוש מילים עם תחילית ת, ולכל מילה כתבו את השורש.</w:t>
      </w:r>
    </w:p>
    <w:p>
      <w:pPr>
        <w:bidi/>
        <w:spacing w:before="0" w:after="80"/>
        <w:jc w:val="both"/>
      </w:pPr>
      <w:r>
        <w:rPr>
          <w:color w:val="0F7A4F"/>
          <w:rtl/>
        </w:rPr>
        <w:t>תשובה אפשרית: תזכורת – ז־כ־ר; תלבושת – ל־ב־ש; תספורת – ס־פ־ר.</w:t>
      </w:r>
    </w:p>
    <w:p>
      <w:pPr>
        <w:bidi/>
        <w:spacing w:before="160" w:after="60"/>
        <w:jc w:val="both"/>
      </w:pPr>
      <w:r>
        <w:rPr>
          <w:b/>
          <w:bCs/>
          <w:sz w:val="26"/>
          <w:szCs w:val="26"/>
          <w:rtl/>
        </w:rPr>
        <w:t>12. כתבו משפט אחד עם כינוי חבור לשייכות ומשפט אחד עם כינוי חבור למושא, וסמנו אותם.</w:t>
      </w:r>
    </w:p>
    <w:p>
      <w:pPr>
        <w:bidi/>
        <w:spacing w:before="0" w:after="80"/>
        <w:jc w:val="both"/>
      </w:pPr>
      <w:r>
        <w:rPr>
          <w:color w:val="0F7A4F"/>
          <w:rtl/>
        </w:rPr>
        <w:t>תשובה אפשרית: ביתנו נמצא ליד הים (שייכות). פגשתיו אתמול בספרייה (מושא).</w:t>
      </w:r>
    </w:p>
    <w:p>
      <w:pPr>
        <w:bidi/>
        <w:spacing w:before="160" w:after="80"/>
        <w:jc w:val="both"/>
      </w:pPr>
      <w:r>
        <w:rPr>
          <w:rFonts w:ascii="Times New Roman" w:hAnsi="Times New Roman" w:cs="Times New Roman"/>
          <w:b/>
          <w:bCs/>
          <w:color w:val="9F1239"/>
          <w:sz w:val="30"/>
          <w:szCs w:val="30"/>
          <w:rtl/>
        </w:rPr>
        <w:t>פרק 2: חלקי הדיבר: מילות תוכן ומילות תפקוד</w:t>
      </w:r>
    </w:p>
    <w:p>
      <w:pPr>
        <w:bidi/>
        <w:spacing w:before="160" w:after="60"/>
        <w:jc w:val="both"/>
      </w:pPr>
      <w:r>
        <w:rPr>
          <w:b/>
          <w:bCs/>
          <w:sz w:val="26"/>
          <w:szCs w:val="26"/>
          <w:rtl/>
        </w:rPr>
        <w:t>1. מילת תוכן או מילת תפקוד?</w:t>
      </w:r>
    </w:p>
    <w:p>
      <w:pPr>
        <w:bidi/>
        <w:spacing w:before="0" w:after="20"/>
        <w:jc w:val="both"/>
      </w:pPr>
      <w:r>
        <w:rPr>
          <w:rtl/>
        </w:rPr>
        <w:t>א. בשביל</w:t>
      </w:r>
    </w:p>
    <w:p>
      <w:pPr>
        <w:bidi/>
        <w:spacing w:before="0" w:after="80"/>
        <w:jc w:val="both"/>
      </w:pPr>
      <w:r>
        <w:rPr>
          <w:b/>
          <w:bCs/>
          <w:color w:val="0F7A4F"/>
          <w:rtl/>
        </w:rPr>
        <w:t xml:space="preserve">   ✔ מילת תפקוד</w:t>
      </w:r>
    </w:p>
    <w:p>
      <w:pPr>
        <w:bidi/>
        <w:spacing w:before="0" w:after="20"/>
        <w:jc w:val="both"/>
      </w:pPr>
      <w:r>
        <w:rPr>
          <w:rtl/>
        </w:rPr>
        <w:t>ב. מחברת</w:t>
      </w:r>
    </w:p>
    <w:p>
      <w:pPr>
        <w:bidi/>
        <w:spacing w:before="0" w:after="80"/>
        <w:jc w:val="both"/>
      </w:pPr>
      <w:r>
        <w:rPr>
          <w:b/>
          <w:bCs/>
          <w:color w:val="0F7A4F"/>
          <w:rtl/>
        </w:rPr>
        <w:t xml:space="preserve">   ✔ מילת תוכן</w:t>
      </w:r>
    </w:p>
    <w:p>
      <w:pPr>
        <w:bidi/>
        <w:spacing w:before="0" w:after="20"/>
        <w:jc w:val="both"/>
      </w:pPr>
      <w:r>
        <w:rPr>
          <w:rtl/>
        </w:rPr>
        <w:t>ג. אבל</w:t>
      </w:r>
    </w:p>
    <w:p>
      <w:pPr>
        <w:bidi/>
        <w:spacing w:before="0" w:after="80"/>
        <w:jc w:val="both"/>
      </w:pPr>
      <w:r>
        <w:rPr>
          <w:b/>
          <w:bCs/>
          <w:color w:val="0F7A4F"/>
          <w:rtl/>
        </w:rPr>
        <w:t xml:space="preserve">   ✔ מילת תפקוד</w:t>
      </w:r>
    </w:p>
    <w:p>
      <w:pPr>
        <w:bidi/>
        <w:spacing w:before="0" w:after="20"/>
        <w:jc w:val="both"/>
      </w:pPr>
      <w:r>
        <w:rPr>
          <w:rtl/>
        </w:rPr>
        <w:t>ד. שמח</w:t>
      </w:r>
    </w:p>
    <w:p>
      <w:pPr>
        <w:bidi/>
        <w:spacing w:before="0" w:after="80"/>
        <w:jc w:val="both"/>
      </w:pPr>
      <w:r>
        <w:rPr>
          <w:b/>
          <w:bCs/>
          <w:color w:val="0F7A4F"/>
          <w:rtl/>
        </w:rPr>
        <w:t xml:space="preserve">   ✔ מילת תוכן</w:t>
      </w:r>
    </w:p>
    <w:p>
      <w:pPr>
        <w:bidi/>
        <w:spacing w:before="160" w:after="60"/>
        <w:jc w:val="both"/>
      </w:pPr>
      <w:r>
        <w:rPr>
          <w:b/>
          <w:bCs/>
          <w:sz w:val="26"/>
          <w:szCs w:val="26"/>
          <w:rtl/>
        </w:rPr>
        <w:t>2. כתבו את שם הפועל של הפועל שבסוגריים.</w:t>
      </w:r>
    </w:p>
    <w:p>
      <w:pPr>
        <w:bidi/>
        <w:spacing w:before="0" w:after="40"/>
        <w:jc w:val="both"/>
      </w:pPr>
      <w:r>
        <w:rPr>
          <w:rtl/>
        </w:rPr>
        <w:t>א. אני אוהב לקרוא (קרא) ספרי הרפתקאות.</w:t>
      </w:r>
    </w:p>
    <w:p>
      <w:pPr>
        <w:bidi/>
        <w:spacing w:before="0" w:after="40"/>
        <w:jc w:val="both"/>
      </w:pPr>
      <w:r>
        <w:rPr>
          <w:rtl/>
        </w:rPr>
        <w:t>ב. קשה להתרכז (התרכז) כשיש רעש.</w:t>
      </w:r>
    </w:p>
    <w:p>
      <w:pPr>
        <w:bidi/>
        <w:spacing w:before="0" w:after="40"/>
        <w:jc w:val="both"/>
      </w:pPr>
      <w:r>
        <w:rPr>
          <w:rtl/>
        </w:rPr>
        <w:t>ג. הם רוצים להצליח (הצליח) במבחן.</w:t>
      </w:r>
    </w:p>
    <w:p>
      <w:pPr>
        <w:bidi/>
        <w:spacing w:before="160" w:after="60"/>
        <w:jc w:val="both"/>
      </w:pPr>
      <w:r>
        <w:rPr>
          <w:b/>
          <w:bCs/>
          <w:sz w:val="26"/>
          <w:szCs w:val="26"/>
          <w:rtl/>
        </w:rPr>
        <w:t>3. מיינו את המילים לפי חלק הדיבור.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שם עצם</w:t>
            </w:r>
          </w:p>
        </w:tc>
        <w:tc>
          <w:tcPr>
            <w:tcW w:type="dxa" w:w="2494"/>
            <w:shd w:val="clear" w:color="auto" w:fill="9f1239"/>
          </w:tcPr>
          <w:p>
            <w:pPr>
              <w:bidi/>
              <w:spacing w:before="0" w:after="40"/>
              <w:jc w:val="both"/>
            </w:pPr>
            <w:r>
              <w:rPr>
                <w:b/>
                <w:bCs/>
                <w:color w:val="FFFFFF"/>
                <w:rtl/>
              </w:rPr>
              <w:t>שם תואר</w:t>
            </w:r>
          </w:p>
        </w:tc>
        <w:tc>
          <w:tcPr>
            <w:tcW w:type="dxa" w:w="2494"/>
            <w:shd w:val="clear" w:color="auto" w:fill="9f1239"/>
          </w:tcPr>
          <w:p>
            <w:pPr>
              <w:bidi/>
              <w:spacing w:before="0" w:after="40"/>
              <w:jc w:val="both"/>
            </w:pPr>
            <w:r>
              <w:rPr>
                <w:b/>
                <w:bCs/>
                <w:color w:val="FFFFFF"/>
                <w:rtl/>
              </w:rPr>
              <w:t>פועל</w:t>
            </w:r>
          </w:p>
        </w:tc>
        <w:tc>
          <w:tcPr>
            <w:tcW w:type="dxa" w:w="2494"/>
            <w:shd w:val="clear" w:color="auto" w:fill="9f1239"/>
          </w:tcPr>
          <w:p>
            <w:pPr>
              <w:bidi/>
              <w:spacing w:before="0" w:after="40"/>
              <w:jc w:val="both"/>
            </w:pPr>
            <w:r>
              <w:rPr>
                <w:b/>
                <w:bCs/>
                <w:color w:val="FFFFFF"/>
                <w:rtl/>
              </w:rPr>
              <w:t>תואר הפועל</w:t>
            </w:r>
          </w:p>
        </w:tc>
      </w:tr>
      <w:tr>
        <w:tc>
          <w:tcPr>
            <w:tcW w:type="dxa" w:w="2494"/>
          </w:tcPr>
          <w:p>
            <w:pPr>
              <w:bidi/>
              <w:spacing w:before="0" w:after="40"/>
              <w:jc w:val="both"/>
            </w:pPr>
            <w:r>
              <w:rPr>
                <w:rtl/>
              </w:rPr>
              <w:t>פרח, מחברת</w:t>
            </w:r>
          </w:p>
        </w:tc>
        <w:tc>
          <w:tcPr>
            <w:tcW w:type="dxa" w:w="2494"/>
          </w:tcPr>
          <w:p>
            <w:pPr>
              <w:bidi/>
              <w:spacing w:before="0" w:after="40"/>
              <w:jc w:val="both"/>
            </w:pPr>
            <w:r>
              <w:rPr>
                <w:rtl/>
              </w:rPr>
              <w:t>שקטה, אדום</w:t>
            </w:r>
          </w:p>
        </w:tc>
        <w:tc>
          <w:tcPr>
            <w:tcW w:type="dxa" w:w="2494"/>
          </w:tcPr>
          <w:p>
            <w:pPr>
              <w:bidi/>
              <w:spacing w:before="0" w:after="40"/>
              <w:jc w:val="both"/>
            </w:pPr>
            <w:r>
              <w:rPr>
                <w:rtl/>
              </w:rPr>
              <w:t>רץ, כתבו</w:t>
            </w:r>
          </w:p>
        </w:tc>
        <w:tc>
          <w:tcPr>
            <w:tcW w:type="dxa" w:w="2494"/>
          </w:tcPr>
          <w:p>
            <w:pPr>
              <w:bidi/>
              <w:spacing w:before="0" w:after="40"/>
              <w:jc w:val="both"/>
            </w:pPr>
            <w:r>
              <w:rPr>
                <w:rtl/>
              </w:rPr>
              <w:t>מהר, תמיד</w:t>
            </w:r>
          </w:p>
        </w:tc>
      </w:tr>
    </w:tbl>
    <w:p>
      <w:pPr>
        <w:bidi/>
        <w:spacing w:before="0" w:after="40"/>
        <w:jc w:val="both"/>
      </w:pPr>
    </w:p>
    <w:p>
      <w:pPr>
        <w:bidi/>
        <w:spacing w:before="160" w:after="60"/>
        <w:jc w:val="both"/>
      </w:pPr>
      <w:r>
        <w:rPr>
          <w:b/>
          <w:bCs/>
          <w:sz w:val="26"/>
          <w:szCs w:val="26"/>
          <w:rtl/>
        </w:rPr>
        <w:t>4. כתבו שלושה משפטים עם המילה «מנהל»: פעם כפועל, פעם כשם עצם ופעם כשם תואר.</w:t>
      </w:r>
    </w:p>
    <w:p>
      <w:pPr>
        <w:bidi/>
        <w:spacing w:before="0" w:after="80"/>
        <w:jc w:val="both"/>
      </w:pPr>
      <w:r>
        <w:rPr>
          <w:color w:val="0F7A4F"/>
          <w:rtl/>
        </w:rPr>
        <w:t>תשובה אפשרית: פועל: דני מנהל את הקבוצה. שם עצם: המנהל נכנס לכיתה. שם תואר: חבר הוועד המנהל הודיע על השינוי.</w:t>
      </w:r>
    </w:p>
    <w:p>
      <w:pPr>
        <w:bidi/>
        <w:spacing w:before="160" w:after="60"/>
        <w:jc w:val="both"/>
      </w:pPr>
      <w:r>
        <w:rPr>
          <w:b/>
          <w:bCs/>
          <w:sz w:val="26"/>
          <w:szCs w:val="26"/>
          <w:rtl/>
        </w:rPr>
        <w:t>5. מיינו את המילים: מילת יחס או מילת קישור?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מילת יחס</w:t>
            </w:r>
          </w:p>
        </w:tc>
        <w:tc>
          <w:tcPr>
            <w:tcW w:type="dxa" w:w="4989"/>
            <w:shd w:val="clear" w:color="auto" w:fill="9f1239"/>
          </w:tcPr>
          <w:p>
            <w:pPr>
              <w:bidi/>
              <w:spacing w:before="0" w:after="40"/>
              <w:jc w:val="both"/>
            </w:pPr>
            <w:r>
              <w:rPr>
                <w:b/>
                <w:bCs/>
                <w:color w:val="FFFFFF"/>
                <w:rtl/>
              </w:rPr>
              <w:t>מילת קישור</w:t>
            </w:r>
          </w:p>
        </w:tc>
      </w:tr>
      <w:tr>
        <w:tc>
          <w:tcPr>
            <w:tcW w:type="dxa" w:w="4989"/>
          </w:tcPr>
          <w:p>
            <w:pPr>
              <w:bidi/>
              <w:spacing w:before="0" w:after="40"/>
              <w:jc w:val="both"/>
            </w:pPr>
            <w:r>
              <w:rPr>
                <w:rtl/>
              </w:rPr>
              <w:t>על, בשביל, אל</w:t>
            </w:r>
          </w:p>
        </w:tc>
        <w:tc>
          <w:tcPr>
            <w:tcW w:type="dxa" w:w="4989"/>
          </w:tcPr>
          <w:p>
            <w:pPr>
              <w:bidi/>
              <w:spacing w:before="0" w:after="40"/>
              <w:jc w:val="both"/>
            </w:pPr>
            <w:r>
              <w:rPr>
                <w:rtl/>
              </w:rPr>
              <w:t>אבל, לכן, כי</w:t>
            </w:r>
          </w:p>
        </w:tc>
      </w:tr>
    </w:tbl>
    <w:p>
      <w:pPr>
        <w:bidi/>
        <w:spacing w:before="0" w:after="40"/>
        <w:jc w:val="both"/>
      </w:pPr>
    </w:p>
    <w:p>
      <w:pPr>
        <w:bidi/>
        <w:spacing w:before="160" w:after="60"/>
        <w:jc w:val="both"/>
      </w:pPr>
      <w:r>
        <w:rPr>
          <w:b/>
          <w:bCs/>
          <w:sz w:val="26"/>
          <w:szCs w:val="26"/>
          <w:rtl/>
        </w:rPr>
        <w:t>6. כתבו את שם הפעולה של הפועל שבסוגריים.</w:t>
      </w:r>
    </w:p>
    <w:p>
      <w:pPr>
        <w:bidi/>
        <w:spacing w:before="0" w:after="40"/>
        <w:jc w:val="both"/>
      </w:pPr>
      <w:r>
        <w:rPr>
          <w:rtl/>
        </w:rPr>
        <w:t>א. הריצה (רץ) בבוקר מרעננת אותי.</w:t>
      </w:r>
    </w:p>
    <w:p>
      <w:pPr>
        <w:bidi/>
        <w:spacing w:before="0" w:after="40"/>
        <w:jc w:val="both"/>
      </w:pPr>
      <w:r>
        <w:rPr>
          <w:rtl/>
        </w:rPr>
        <w:t>ב. הבנייה (בנה) של האולם נמשכה שנה.</w:t>
      </w:r>
    </w:p>
    <w:p>
      <w:pPr>
        <w:bidi/>
        <w:spacing w:before="0" w:after="40"/>
        <w:jc w:val="both"/>
      </w:pPr>
      <w:r>
        <w:rPr>
          <w:rtl/>
        </w:rPr>
        <w:t>ג. הקשבה (הקשיב) בשיעור חשובה.</w:t>
      </w:r>
    </w:p>
    <w:p>
      <w:pPr>
        <w:bidi/>
        <w:spacing w:before="160" w:after="60"/>
        <w:jc w:val="both"/>
      </w:pPr>
      <w:r>
        <w:rPr>
          <w:b/>
          <w:bCs/>
          <w:sz w:val="26"/>
          <w:szCs w:val="26"/>
          <w:rtl/>
        </w:rPr>
        <w:t>7. בכל משפט מצאו את תואר הפועל והעתיקו אותו.</w:t>
      </w:r>
    </w:p>
    <w:p>
      <w:pPr>
        <w:bidi/>
        <w:spacing w:before="0" w:after="100"/>
        <w:jc w:val="both"/>
      </w:pPr>
      <w:r>
        <w:rPr>
          <w:rtl/>
        </w:rPr>
        <w:t>א. הילדים רצו מהר לחצר.  ← מהר</w:t>
      </w:r>
    </w:p>
    <w:p>
      <w:pPr>
        <w:bidi/>
        <w:spacing w:before="0" w:after="100"/>
        <w:jc w:val="both"/>
      </w:pPr>
      <w:r>
        <w:rPr>
          <w:rtl/>
        </w:rPr>
        <w:t>ב. נפגש מחר בספרייה.  ← מחר</w:t>
      </w:r>
    </w:p>
    <w:p>
      <w:pPr>
        <w:bidi/>
        <w:spacing w:before="0" w:after="100"/>
        <w:jc w:val="both"/>
      </w:pPr>
      <w:r>
        <w:rPr>
          <w:rtl/>
        </w:rPr>
        <w:t>ג. היא תמיד מגיעה בזמן.  ← תמיד</w:t>
      </w:r>
    </w:p>
    <w:p>
      <w:pPr>
        <w:bidi/>
        <w:spacing w:before="0" w:after="100"/>
        <w:jc w:val="both"/>
      </w:pPr>
      <w:r>
        <w:rPr>
          <w:rtl/>
        </w:rPr>
        <w:t>ד. דברו לאט, בבקשה.  ← לאט</w:t>
      </w:r>
    </w:p>
    <w:p>
      <w:pPr>
        <w:bidi/>
        <w:spacing w:before="160" w:after="60"/>
        <w:jc w:val="both"/>
      </w:pPr>
      <w:r>
        <w:rPr>
          <w:b/>
          <w:bCs/>
          <w:sz w:val="26"/>
          <w:szCs w:val="26"/>
          <w:rtl/>
        </w:rPr>
        <w:t>8. נכון או לא נכון? תקנו את הלא נכונים.</w:t>
      </w:r>
    </w:p>
    <w:p>
      <w:pPr>
        <w:bidi/>
        <w:spacing w:before="0" w:after="40"/>
        <w:jc w:val="both"/>
      </w:pPr>
      <w:r>
        <w:rPr>
          <w:rtl/>
        </w:rPr>
        <w:t>א. «בשביל» היא מילת קישור. – לא נכון – «בשביל» היא מילת יחס</w:t>
      </w:r>
    </w:p>
    <w:p>
      <w:pPr>
        <w:bidi/>
        <w:spacing w:before="0" w:after="40"/>
        <w:jc w:val="both"/>
      </w:pPr>
      <w:r>
        <w:rPr>
          <w:rtl/>
        </w:rPr>
        <w:t>ב. «התנדבות» היא שם פעולה. – נכון</w:t>
      </w:r>
    </w:p>
    <w:p>
      <w:pPr>
        <w:bidi/>
        <w:spacing w:before="0" w:after="40"/>
        <w:jc w:val="both"/>
      </w:pPr>
      <w:r>
        <w:rPr>
          <w:rtl/>
        </w:rPr>
        <w:t>ג. «זה» ו«זאת» הם כינויי רמז. – נכון</w:t>
      </w:r>
    </w:p>
    <w:p>
      <w:pPr>
        <w:bidi/>
        <w:spacing w:before="160" w:after="60"/>
        <w:jc w:val="both"/>
      </w:pPr>
      <w:r>
        <w:rPr>
          <w:b/>
          <w:bCs/>
          <w:sz w:val="26"/>
          <w:szCs w:val="26"/>
          <w:rtl/>
        </w:rPr>
        <w:t>9. התאימו כל מילה לחלק הדיבור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אומץ</w:t>
            </w:r>
          </w:p>
        </w:tc>
        <w:tc>
          <w:tcPr>
            <w:tcW w:type="dxa" w:w="4989"/>
          </w:tcPr>
          <w:p>
            <w:pPr>
              <w:bidi/>
              <w:spacing w:before="0" w:after="40"/>
              <w:jc w:val="both"/>
            </w:pPr>
            <w:r>
              <w:rPr>
                <w:rtl/>
              </w:rPr>
              <w:t>[2] שם הפועל</w:t>
            </w:r>
          </w:p>
        </w:tc>
      </w:tr>
      <w:tr>
        <w:tc>
          <w:tcPr>
            <w:tcW w:type="dxa" w:w="4989"/>
          </w:tcPr>
          <w:p>
            <w:pPr>
              <w:bidi/>
              <w:spacing w:before="0" w:after="40"/>
              <w:jc w:val="both"/>
            </w:pPr>
            <w:r>
              <w:rPr>
                <w:rtl/>
              </w:rPr>
              <w:t>2. להצליח</w:t>
            </w:r>
          </w:p>
        </w:tc>
        <w:tc>
          <w:tcPr>
            <w:tcW w:type="dxa" w:w="4989"/>
          </w:tcPr>
          <w:p>
            <w:pPr>
              <w:bidi/>
              <w:spacing w:before="0" w:after="40"/>
              <w:jc w:val="both"/>
            </w:pPr>
            <w:r>
              <w:rPr>
                <w:rtl/>
              </w:rPr>
              <w:t>[4] שם תואר</w:t>
            </w:r>
          </w:p>
        </w:tc>
      </w:tr>
      <w:tr>
        <w:tc>
          <w:tcPr>
            <w:tcW w:type="dxa" w:w="4989"/>
          </w:tcPr>
          <w:p>
            <w:pPr>
              <w:bidi/>
              <w:spacing w:before="0" w:after="40"/>
              <w:jc w:val="both"/>
            </w:pPr>
            <w:r>
              <w:rPr>
                <w:rtl/>
              </w:rPr>
              <w:t>3. לאט</w:t>
            </w:r>
          </w:p>
        </w:tc>
        <w:tc>
          <w:tcPr>
            <w:tcW w:type="dxa" w:w="4989"/>
          </w:tcPr>
          <w:p>
            <w:pPr>
              <w:bidi/>
              <w:spacing w:before="0" w:after="40"/>
              <w:jc w:val="both"/>
            </w:pPr>
            <w:r>
              <w:rPr>
                <w:rtl/>
              </w:rPr>
              <w:t>[3] תואר הפועל</w:t>
            </w:r>
          </w:p>
        </w:tc>
      </w:tr>
      <w:tr>
        <w:tc>
          <w:tcPr>
            <w:tcW w:type="dxa" w:w="4989"/>
          </w:tcPr>
          <w:p>
            <w:pPr>
              <w:bidi/>
              <w:spacing w:before="0" w:after="40"/>
              <w:jc w:val="both"/>
            </w:pPr>
            <w:r>
              <w:rPr>
                <w:rtl/>
              </w:rPr>
              <w:t>4. כחול</w:t>
            </w:r>
          </w:p>
        </w:tc>
        <w:tc>
          <w:tcPr>
            <w:tcW w:type="dxa" w:w="4989"/>
          </w:tcPr>
          <w:p>
            <w:pPr>
              <w:bidi/>
              <w:spacing w:before="0" w:after="40"/>
              <w:jc w:val="both"/>
            </w:pPr>
            <w:r>
              <w:rPr>
                <w:rtl/>
              </w:rPr>
              <w:t>[1] שם עצם מופשט</w:t>
            </w:r>
          </w:p>
        </w:tc>
      </w:tr>
    </w:tbl>
    <w:p>
      <w:pPr>
        <w:bidi/>
        <w:spacing w:before="0" w:after="40"/>
        <w:jc w:val="both"/>
      </w:pPr>
    </w:p>
    <w:p>
      <w:pPr>
        <w:bidi/>
        <w:spacing w:before="160" w:after="60"/>
        <w:jc w:val="both"/>
      </w:pPr>
      <w:r>
        <w:rPr>
          <w:b/>
          <w:bCs/>
          <w:sz w:val="26"/>
          <w:szCs w:val="26"/>
          <w:rtl/>
        </w:rPr>
        <w:t>10. קראו את המשפט «התלמידה החרוצה סיימה מהר את העבודה». כתבו את חלק הדיבור.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מילה</w:t>
            </w:r>
          </w:p>
        </w:tc>
        <w:tc>
          <w:tcPr>
            <w:tcW w:type="dxa" w:w="4989"/>
            <w:shd w:val="clear" w:color="auto" w:fill="9f1239"/>
          </w:tcPr>
          <w:p>
            <w:pPr>
              <w:bidi/>
              <w:spacing w:before="0" w:after="40"/>
              <w:jc w:val="both"/>
            </w:pPr>
            <w:r>
              <w:rPr>
                <w:b/>
                <w:bCs/>
                <w:color w:val="FFFFFF"/>
                <w:rtl/>
              </w:rPr>
              <w:t>חלק הדיבור</w:t>
            </w:r>
          </w:p>
        </w:tc>
      </w:tr>
      <w:tr>
        <w:tc>
          <w:tcPr>
            <w:tcW w:type="dxa" w:w="4989"/>
          </w:tcPr>
          <w:p>
            <w:pPr>
              <w:bidi/>
              <w:spacing w:before="0" w:after="40"/>
              <w:jc w:val="both"/>
            </w:pPr>
            <w:r>
              <w:rPr>
                <w:rtl/>
              </w:rPr>
              <w:t>התלמידה</w:t>
            </w:r>
          </w:p>
        </w:tc>
        <w:tc>
          <w:tcPr>
            <w:tcW w:type="dxa" w:w="4989"/>
          </w:tcPr>
          <w:p>
            <w:pPr>
              <w:bidi/>
              <w:spacing w:before="0" w:after="40"/>
              <w:jc w:val="both"/>
            </w:pPr>
            <w:r>
              <w:rPr>
                <w:color w:val="0F7A4F"/>
                <w:rtl/>
              </w:rPr>
              <w:t>שם עצם</w:t>
            </w:r>
          </w:p>
        </w:tc>
      </w:tr>
      <w:tr>
        <w:tc>
          <w:tcPr>
            <w:tcW w:type="dxa" w:w="4989"/>
          </w:tcPr>
          <w:p>
            <w:pPr>
              <w:bidi/>
              <w:spacing w:before="0" w:after="40"/>
              <w:jc w:val="both"/>
            </w:pPr>
            <w:r>
              <w:rPr>
                <w:rtl/>
              </w:rPr>
              <w:t>החרוצה</w:t>
            </w:r>
          </w:p>
        </w:tc>
        <w:tc>
          <w:tcPr>
            <w:tcW w:type="dxa" w:w="4989"/>
          </w:tcPr>
          <w:p>
            <w:pPr>
              <w:bidi/>
              <w:spacing w:before="0" w:after="40"/>
              <w:jc w:val="both"/>
            </w:pPr>
            <w:r>
              <w:rPr>
                <w:color w:val="0F7A4F"/>
                <w:rtl/>
              </w:rPr>
              <w:t>שם תואר</w:t>
            </w:r>
          </w:p>
        </w:tc>
      </w:tr>
      <w:tr>
        <w:tc>
          <w:tcPr>
            <w:tcW w:type="dxa" w:w="4989"/>
          </w:tcPr>
          <w:p>
            <w:pPr>
              <w:bidi/>
              <w:spacing w:before="0" w:after="40"/>
              <w:jc w:val="both"/>
            </w:pPr>
            <w:r>
              <w:rPr>
                <w:rtl/>
              </w:rPr>
              <w:t>סיימה</w:t>
            </w:r>
          </w:p>
        </w:tc>
        <w:tc>
          <w:tcPr>
            <w:tcW w:type="dxa" w:w="4989"/>
          </w:tcPr>
          <w:p>
            <w:pPr>
              <w:bidi/>
              <w:spacing w:before="0" w:after="40"/>
              <w:jc w:val="both"/>
            </w:pPr>
            <w:r>
              <w:rPr>
                <w:color w:val="0F7A4F"/>
                <w:rtl/>
              </w:rPr>
              <w:t>פועל</w:t>
            </w:r>
          </w:p>
        </w:tc>
      </w:tr>
      <w:tr>
        <w:tc>
          <w:tcPr>
            <w:tcW w:type="dxa" w:w="4989"/>
          </w:tcPr>
          <w:p>
            <w:pPr>
              <w:bidi/>
              <w:spacing w:before="0" w:after="40"/>
              <w:jc w:val="both"/>
            </w:pPr>
            <w:r>
              <w:rPr>
                <w:rtl/>
              </w:rPr>
              <w:t>מהר</w:t>
            </w:r>
          </w:p>
        </w:tc>
        <w:tc>
          <w:tcPr>
            <w:tcW w:type="dxa" w:w="4989"/>
          </w:tcPr>
          <w:p>
            <w:pPr>
              <w:bidi/>
              <w:spacing w:before="0" w:after="40"/>
              <w:jc w:val="both"/>
            </w:pPr>
            <w:r>
              <w:rPr>
                <w:color w:val="0F7A4F"/>
                <w:rtl/>
              </w:rPr>
              <w:t>תואר הפועל</w:t>
            </w:r>
          </w:p>
        </w:tc>
      </w:tr>
    </w:tbl>
    <w:p>
      <w:pPr>
        <w:bidi/>
        <w:spacing w:before="0" w:after="40"/>
        <w:jc w:val="both"/>
      </w:pPr>
    </w:p>
    <w:p>
      <w:pPr>
        <w:bidi/>
        <w:spacing w:before="160" w:after="60"/>
        <w:jc w:val="both"/>
      </w:pPr>
      <w:r>
        <w:rPr>
          <w:b/>
          <w:bCs/>
          <w:sz w:val="26"/>
          <w:szCs w:val="26"/>
          <w:rtl/>
        </w:rPr>
        <w:t>11. השלימו כינוי רמז מתאים.</w:t>
      </w:r>
    </w:p>
    <w:p>
      <w:pPr>
        <w:bidi/>
        <w:spacing w:before="0" w:after="40"/>
        <w:jc w:val="both"/>
      </w:pPr>
      <w:r>
        <w:rPr>
          <w:rtl/>
        </w:rPr>
        <w:t>א. הספר הזה מעניין מאוד.</w:t>
      </w:r>
    </w:p>
    <w:p>
      <w:pPr>
        <w:bidi/>
        <w:spacing w:before="0" w:after="40"/>
        <w:jc w:val="both"/>
      </w:pPr>
      <w:r>
        <w:rPr>
          <w:rtl/>
        </w:rPr>
        <w:t>ב. המחברות האלה שייכות לנועה.</w:t>
      </w:r>
    </w:p>
    <w:p>
      <w:pPr>
        <w:bidi/>
        <w:spacing w:before="0" w:after="40"/>
        <w:jc w:val="both"/>
      </w:pPr>
      <w:r>
        <w:rPr>
          <w:rtl/>
        </w:rPr>
        <w:t>ג. העוגה הזאת טעימה!</w:t>
      </w:r>
    </w:p>
    <w:p>
      <w:pPr>
        <w:bidi/>
        <w:spacing w:before="160" w:after="60"/>
        <w:jc w:val="both"/>
      </w:pPr>
      <w:r>
        <w:rPr>
          <w:b/>
          <w:bCs/>
          <w:sz w:val="26"/>
          <w:szCs w:val="26"/>
          <w:rtl/>
        </w:rPr>
        <w:t>12. כתבו שני משפטים עם המילה «שומרת»: פעם כפועל ופעם כשם עצם.</w:t>
      </w:r>
    </w:p>
    <w:p>
      <w:pPr>
        <w:bidi/>
        <w:spacing w:before="0" w:after="80"/>
        <w:jc w:val="both"/>
      </w:pPr>
      <w:r>
        <w:rPr>
          <w:color w:val="0F7A4F"/>
          <w:rtl/>
        </w:rPr>
        <w:t>תשובה אפשרית: פועל: היא שומרת על אחיה הקטן. שם עצם: השומרת בדקה את התיקים בכניסה.</w:t>
      </w:r>
    </w:p>
    <w:p>
      <w:pPr>
        <w:bidi/>
        <w:spacing w:before="160" w:after="80"/>
        <w:jc w:val="both"/>
      </w:pPr>
      <w:r>
        <w:rPr>
          <w:rFonts w:ascii="Times New Roman" w:hAnsi="Times New Roman" w:cs="Times New Roman"/>
          <w:b/>
          <w:bCs/>
          <w:color w:val="9F1239"/>
          <w:sz w:val="30"/>
          <w:szCs w:val="30"/>
          <w:rtl/>
        </w:rPr>
        <w:t>פרק 3: מערכת הפועל: גופים, זמנים ובניינים</w:t>
      </w:r>
    </w:p>
    <w:p>
      <w:pPr>
        <w:bidi/>
        <w:spacing w:before="160" w:after="60"/>
        <w:jc w:val="both"/>
      </w:pPr>
      <w:r>
        <w:rPr>
          <w:b/>
          <w:bCs/>
          <w:sz w:val="26"/>
          <w:szCs w:val="26"/>
          <w:rtl/>
        </w:rPr>
        <w:t>1. כתבו את הפועל בעבר, גוף «הוא», ואת הבניין שלו.</w:t>
      </w:r>
    </w:p>
    <w:p>
      <w:pPr>
        <w:bidi/>
        <w:spacing w:before="0" w:after="40"/>
        <w:jc w:val="both"/>
      </w:pPr>
      <w:r>
        <w:rPr>
          <w:rtl/>
        </w:rPr>
        <w:t>א. «מתרגשת» בעבר, גוף «הוא»: התרגש – התפעל.</w:t>
      </w:r>
    </w:p>
    <w:p>
      <w:pPr>
        <w:bidi/>
        <w:spacing w:before="0" w:after="40"/>
        <w:jc w:val="both"/>
      </w:pPr>
      <w:r>
        <w:rPr>
          <w:rtl/>
        </w:rPr>
        <w:t>ב. «יסביר» בעבר, גוף «הוא»: הסביר – הפעיל.</w:t>
      </w:r>
    </w:p>
    <w:p>
      <w:pPr>
        <w:bidi/>
        <w:spacing w:before="0" w:after="40"/>
        <w:jc w:val="both"/>
      </w:pPr>
      <w:r>
        <w:rPr>
          <w:rtl/>
        </w:rPr>
        <w:t>ג. «נכתוב» בעבר, גוף «הוא»: כתב – פעל.</w:t>
      </w:r>
    </w:p>
    <w:p>
      <w:pPr>
        <w:bidi/>
        <w:spacing w:before="160" w:after="60"/>
        <w:jc w:val="both"/>
      </w:pPr>
      <w:r>
        <w:rPr>
          <w:b/>
          <w:bCs/>
          <w:sz w:val="26"/>
          <w:szCs w:val="26"/>
          <w:rtl/>
        </w:rPr>
        <w:t>2. השלימו את צורות הציווי.</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עתיד – אתה</w:t>
            </w:r>
          </w:p>
        </w:tc>
        <w:tc>
          <w:tcPr>
            <w:tcW w:type="dxa" w:w="2494"/>
            <w:shd w:val="clear" w:color="auto" w:fill="9f1239"/>
          </w:tcPr>
          <w:p>
            <w:pPr>
              <w:bidi/>
              <w:spacing w:before="0" w:after="40"/>
              <w:jc w:val="both"/>
            </w:pPr>
            <w:r>
              <w:rPr>
                <w:b/>
                <w:bCs/>
                <w:color w:val="FFFFFF"/>
                <w:rtl/>
              </w:rPr>
              <w:t>ציווי – אתה</w:t>
            </w:r>
          </w:p>
        </w:tc>
        <w:tc>
          <w:tcPr>
            <w:tcW w:type="dxa" w:w="2494"/>
            <w:shd w:val="clear" w:color="auto" w:fill="9f1239"/>
          </w:tcPr>
          <w:p>
            <w:pPr>
              <w:bidi/>
              <w:spacing w:before="0" w:after="40"/>
              <w:jc w:val="both"/>
            </w:pPr>
            <w:r>
              <w:rPr>
                <w:b/>
                <w:bCs/>
                <w:color w:val="FFFFFF"/>
                <w:rtl/>
              </w:rPr>
              <w:t>ציווי – את</w:t>
            </w:r>
          </w:p>
        </w:tc>
        <w:tc>
          <w:tcPr>
            <w:tcW w:type="dxa" w:w="2494"/>
            <w:shd w:val="clear" w:color="auto" w:fill="9f1239"/>
          </w:tcPr>
          <w:p>
            <w:pPr>
              <w:bidi/>
              <w:spacing w:before="0" w:after="40"/>
              <w:jc w:val="both"/>
            </w:pPr>
            <w:r>
              <w:rPr>
                <w:b/>
                <w:bCs/>
                <w:color w:val="FFFFFF"/>
                <w:rtl/>
              </w:rPr>
              <w:t>ציווי – אתם</w:t>
            </w:r>
          </w:p>
        </w:tc>
      </w:tr>
      <w:tr>
        <w:tc>
          <w:tcPr>
            <w:tcW w:type="dxa" w:w="2494"/>
          </w:tcPr>
          <w:p>
            <w:pPr>
              <w:bidi/>
              <w:spacing w:before="0" w:after="40"/>
              <w:jc w:val="both"/>
            </w:pPr>
            <w:r>
              <w:rPr>
                <w:rtl/>
              </w:rPr>
              <w:t>תכתוב</w:t>
            </w:r>
          </w:p>
        </w:tc>
        <w:tc>
          <w:tcPr>
            <w:tcW w:type="dxa" w:w="2494"/>
          </w:tcPr>
          <w:p>
            <w:pPr>
              <w:bidi/>
              <w:spacing w:before="0" w:after="40"/>
              <w:jc w:val="both"/>
            </w:pPr>
            <w:r>
              <w:rPr>
                <w:color w:val="0F7A4F"/>
                <w:rtl/>
              </w:rPr>
              <w:t>כתוב</w:t>
            </w:r>
          </w:p>
        </w:tc>
        <w:tc>
          <w:tcPr>
            <w:tcW w:type="dxa" w:w="2494"/>
          </w:tcPr>
          <w:p>
            <w:pPr>
              <w:bidi/>
              <w:spacing w:before="0" w:after="40"/>
              <w:jc w:val="both"/>
            </w:pPr>
            <w:r>
              <w:rPr>
                <w:color w:val="0F7A4F"/>
                <w:rtl/>
              </w:rPr>
              <w:t>כתבי</w:t>
            </w:r>
          </w:p>
        </w:tc>
        <w:tc>
          <w:tcPr>
            <w:tcW w:type="dxa" w:w="2494"/>
          </w:tcPr>
          <w:p>
            <w:pPr>
              <w:bidi/>
              <w:spacing w:before="0" w:after="40"/>
              <w:jc w:val="both"/>
            </w:pPr>
            <w:r>
              <w:rPr>
                <w:color w:val="0F7A4F"/>
                <w:rtl/>
              </w:rPr>
              <w:t>כתבו</w:t>
            </w:r>
          </w:p>
        </w:tc>
      </w:tr>
      <w:tr>
        <w:tc>
          <w:tcPr>
            <w:tcW w:type="dxa" w:w="2494"/>
          </w:tcPr>
          <w:p>
            <w:pPr>
              <w:bidi/>
              <w:spacing w:before="0" w:after="40"/>
              <w:jc w:val="both"/>
            </w:pPr>
            <w:r>
              <w:rPr>
                <w:rtl/>
              </w:rPr>
              <w:t>תדבר</w:t>
            </w:r>
          </w:p>
        </w:tc>
        <w:tc>
          <w:tcPr>
            <w:tcW w:type="dxa" w:w="2494"/>
          </w:tcPr>
          <w:p>
            <w:pPr>
              <w:bidi/>
              <w:spacing w:before="0" w:after="40"/>
              <w:jc w:val="both"/>
            </w:pPr>
            <w:r>
              <w:rPr>
                <w:color w:val="0F7A4F"/>
                <w:rtl/>
              </w:rPr>
              <w:t>דבר</w:t>
            </w:r>
          </w:p>
        </w:tc>
        <w:tc>
          <w:tcPr>
            <w:tcW w:type="dxa" w:w="2494"/>
          </w:tcPr>
          <w:p>
            <w:pPr>
              <w:bidi/>
              <w:spacing w:before="0" w:after="40"/>
              <w:jc w:val="both"/>
            </w:pPr>
            <w:r>
              <w:rPr>
                <w:color w:val="0F7A4F"/>
                <w:rtl/>
              </w:rPr>
              <w:t>דברי</w:t>
            </w:r>
          </w:p>
        </w:tc>
        <w:tc>
          <w:tcPr>
            <w:tcW w:type="dxa" w:w="2494"/>
          </w:tcPr>
          <w:p>
            <w:pPr>
              <w:bidi/>
              <w:spacing w:before="0" w:after="40"/>
              <w:jc w:val="both"/>
            </w:pPr>
            <w:r>
              <w:rPr>
                <w:color w:val="0F7A4F"/>
                <w:rtl/>
              </w:rPr>
              <w:t>דברו</w:t>
            </w:r>
          </w:p>
        </w:tc>
      </w:tr>
      <w:tr>
        <w:tc>
          <w:tcPr>
            <w:tcW w:type="dxa" w:w="2494"/>
          </w:tcPr>
          <w:p>
            <w:pPr>
              <w:bidi/>
              <w:spacing w:before="0" w:after="40"/>
              <w:jc w:val="both"/>
            </w:pPr>
            <w:r>
              <w:rPr>
                <w:rtl/>
              </w:rPr>
              <w:t>תתרכז</w:t>
            </w:r>
          </w:p>
        </w:tc>
        <w:tc>
          <w:tcPr>
            <w:tcW w:type="dxa" w:w="2494"/>
          </w:tcPr>
          <w:p>
            <w:pPr>
              <w:bidi/>
              <w:spacing w:before="0" w:after="40"/>
              <w:jc w:val="both"/>
            </w:pPr>
            <w:r>
              <w:rPr>
                <w:color w:val="0F7A4F"/>
                <w:rtl/>
              </w:rPr>
              <w:t>התרכז</w:t>
            </w:r>
          </w:p>
        </w:tc>
        <w:tc>
          <w:tcPr>
            <w:tcW w:type="dxa" w:w="2494"/>
          </w:tcPr>
          <w:p>
            <w:pPr>
              <w:bidi/>
              <w:spacing w:before="0" w:after="40"/>
              <w:jc w:val="both"/>
            </w:pPr>
            <w:r>
              <w:rPr>
                <w:color w:val="0F7A4F"/>
                <w:rtl/>
              </w:rPr>
              <w:t>התרכזי</w:t>
            </w:r>
          </w:p>
        </w:tc>
        <w:tc>
          <w:tcPr>
            <w:tcW w:type="dxa" w:w="2494"/>
          </w:tcPr>
          <w:p>
            <w:pPr>
              <w:bidi/>
              <w:spacing w:before="0" w:after="40"/>
              <w:jc w:val="both"/>
            </w:pPr>
            <w:r>
              <w:rPr>
                <w:color w:val="0F7A4F"/>
                <w:rtl/>
              </w:rPr>
              <w:t>התרכזו</w:t>
            </w:r>
          </w:p>
        </w:tc>
      </w:tr>
    </w:tbl>
    <w:p>
      <w:pPr>
        <w:bidi/>
        <w:spacing w:before="0" w:after="40"/>
        <w:jc w:val="both"/>
      </w:pPr>
    </w:p>
    <w:p>
      <w:pPr>
        <w:bidi/>
        <w:spacing w:before="160" w:after="60"/>
        <w:jc w:val="both"/>
      </w:pPr>
      <w:r>
        <w:rPr>
          <w:b/>
          <w:bCs/>
          <w:sz w:val="26"/>
          <w:szCs w:val="26"/>
          <w:rtl/>
        </w:rPr>
        <w:t>3. באיזה בניין הפועל?</w:t>
      </w:r>
    </w:p>
    <w:p>
      <w:pPr>
        <w:bidi/>
        <w:spacing w:before="0" w:after="20"/>
        <w:jc w:val="both"/>
      </w:pPr>
      <w:r>
        <w:rPr>
          <w:rtl/>
        </w:rPr>
        <w:t>א. הוזמנו</w:t>
      </w:r>
    </w:p>
    <w:p>
      <w:pPr>
        <w:bidi/>
        <w:spacing w:before="0" w:after="80"/>
        <w:jc w:val="both"/>
      </w:pPr>
      <w:r>
        <w:rPr>
          <w:b/>
          <w:bCs/>
          <w:color w:val="0F7A4F"/>
          <w:rtl/>
        </w:rPr>
        <w:t xml:space="preserve">   ✔ הופעל</w:t>
      </w:r>
    </w:p>
    <w:p>
      <w:pPr>
        <w:bidi/>
        <w:spacing w:before="0" w:after="20"/>
        <w:jc w:val="both"/>
      </w:pPr>
      <w:r>
        <w:rPr>
          <w:rtl/>
        </w:rPr>
        <w:t>ב. מטיילים</w:t>
      </w:r>
    </w:p>
    <w:p>
      <w:pPr>
        <w:bidi/>
        <w:spacing w:before="0" w:after="80"/>
        <w:jc w:val="both"/>
      </w:pPr>
      <w:r>
        <w:rPr>
          <w:b/>
          <w:bCs/>
          <w:color w:val="0F7A4F"/>
          <w:rtl/>
        </w:rPr>
        <w:t xml:space="preserve">   ✔ פיעל</w:t>
      </w:r>
    </w:p>
    <w:p>
      <w:pPr>
        <w:bidi/>
        <w:spacing w:before="0" w:after="20"/>
        <w:jc w:val="both"/>
      </w:pPr>
      <w:r>
        <w:rPr>
          <w:rtl/>
        </w:rPr>
        <w:t>ג. ייפתח</w:t>
      </w:r>
    </w:p>
    <w:p>
      <w:pPr>
        <w:bidi/>
        <w:spacing w:before="0" w:after="80"/>
        <w:jc w:val="both"/>
      </w:pPr>
      <w:r>
        <w:rPr>
          <w:b/>
          <w:bCs/>
          <w:color w:val="0F7A4F"/>
          <w:rtl/>
        </w:rPr>
        <w:t xml:space="preserve">   ✔ נפעל</w:t>
      </w:r>
    </w:p>
    <w:p>
      <w:pPr>
        <w:bidi/>
        <w:spacing w:before="160" w:after="60"/>
        <w:jc w:val="both"/>
      </w:pPr>
      <w:r>
        <w:rPr>
          <w:b/>
          <w:bCs/>
          <w:sz w:val="26"/>
          <w:szCs w:val="26"/>
          <w:rtl/>
        </w:rPr>
        <w:t>4. כתבו שני משפטים על אותו אירוע: אחד בעבר ואחד בעתיד, עם אותו פועל. כתבו את הבניין שלו.</w:t>
      </w:r>
    </w:p>
    <w:p>
      <w:pPr>
        <w:bidi/>
        <w:spacing w:before="0" w:after="80"/>
        <w:jc w:val="both"/>
      </w:pPr>
      <w:r>
        <w:rPr>
          <w:color w:val="0F7A4F"/>
          <w:rtl/>
        </w:rPr>
        <w:t>תשובה אפשרית: אתמול התאמנו במגרש. מחר נתאמן באולם. הבניין: התפעל.</w:t>
      </w:r>
    </w:p>
    <w:p>
      <w:pPr>
        <w:bidi/>
        <w:spacing w:before="160" w:after="60"/>
        <w:jc w:val="both"/>
      </w:pPr>
      <w:r>
        <w:rPr>
          <w:b/>
          <w:bCs/>
          <w:sz w:val="26"/>
          <w:szCs w:val="26"/>
          <w:rtl/>
        </w:rPr>
        <w:t>5. מיינו את הפעלים לפי הזמן.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עבר</w:t>
            </w:r>
          </w:p>
        </w:tc>
        <w:tc>
          <w:tcPr>
            <w:tcW w:type="dxa" w:w="3326"/>
            <w:shd w:val="clear" w:color="auto" w:fill="9f1239"/>
          </w:tcPr>
          <w:p>
            <w:pPr>
              <w:bidi/>
              <w:spacing w:before="0" w:after="40"/>
              <w:jc w:val="both"/>
            </w:pPr>
            <w:r>
              <w:rPr>
                <w:b/>
                <w:bCs/>
                <w:color w:val="FFFFFF"/>
                <w:rtl/>
              </w:rPr>
              <w:t>הווה</w:t>
            </w:r>
          </w:p>
        </w:tc>
        <w:tc>
          <w:tcPr>
            <w:tcW w:type="dxa" w:w="3326"/>
            <w:shd w:val="clear" w:color="auto" w:fill="9f1239"/>
          </w:tcPr>
          <w:p>
            <w:pPr>
              <w:bidi/>
              <w:spacing w:before="0" w:after="40"/>
              <w:jc w:val="both"/>
            </w:pPr>
            <w:r>
              <w:rPr>
                <w:b/>
                <w:bCs/>
                <w:color w:val="FFFFFF"/>
                <w:rtl/>
              </w:rPr>
              <w:t>עתיד</w:t>
            </w:r>
          </w:p>
        </w:tc>
      </w:tr>
      <w:tr>
        <w:tc>
          <w:tcPr>
            <w:tcW w:type="dxa" w:w="3326"/>
          </w:tcPr>
          <w:p>
            <w:pPr>
              <w:bidi/>
              <w:spacing w:before="0" w:after="40"/>
              <w:jc w:val="both"/>
            </w:pPr>
            <w:r>
              <w:rPr>
                <w:rtl/>
              </w:rPr>
              <w:t>כתבנו, כתבת</w:t>
            </w:r>
          </w:p>
        </w:tc>
        <w:tc>
          <w:tcPr>
            <w:tcW w:type="dxa" w:w="3326"/>
          </w:tcPr>
          <w:p>
            <w:pPr>
              <w:bidi/>
              <w:spacing w:before="0" w:after="40"/>
              <w:jc w:val="both"/>
            </w:pPr>
            <w:r>
              <w:rPr>
                <w:rtl/>
              </w:rPr>
              <w:t>כותבים, כותבת</w:t>
            </w:r>
          </w:p>
        </w:tc>
        <w:tc>
          <w:tcPr>
            <w:tcW w:type="dxa" w:w="3326"/>
          </w:tcPr>
          <w:p>
            <w:pPr>
              <w:bidi/>
              <w:spacing w:before="0" w:after="40"/>
              <w:jc w:val="both"/>
            </w:pPr>
            <w:r>
              <w:rPr>
                <w:rtl/>
              </w:rPr>
              <w:t>נכתוב, יכתבו</w:t>
            </w:r>
          </w:p>
        </w:tc>
      </w:tr>
    </w:tbl>
    <w:p>
      <w:pPr>
        <w:bidi/>
        <w:spacing w:before="0" w:after="40"/>
        <w:jc w:val="both"/>
      </w:pPr>
    </w:p>
    <w:p>
      <w:pPr>
        <w:bidi/>
        <w:spacing w:before="160" w:after="60"/>
        <w:jc w:val="both"/>
      </w:pPr>
      <w:r>
        <w:rPr>
          <w:b/>
          <w:bCs/>
          <w:sz w:val="26"/>
          <w:szCs w:val="26"/>
          <w:rtl/>
        </w:rPr>
        <w:t>6. השלימו את הפועל בעתיד, באותו בניין.</w:t>
      </w:r>
    </w:p>
    <w:p>
      <w:pPr>
        <w:bidi/>
        <w:spacing w:before="0" w:after="40"/>
        <w:jc w:val="both"/>
      </w:pPr>
      <w:r>
        <w:rPr>
          <w:rtl/>
        </w:rPr>
        <w:t>א. אתמול הוא סידר את החדר, ומחר הוא יסדר שוב.</w:t>
      </w:r>
    </w:p>
    <w:p>
      <w:pPr>
        <w:bidi/>
        <w:spacing w:before="0" w:after="40"/>
        <w:jc w:val="both"/>
      </w:pPr>
      <w:r>
        <w:rPr>
          <w:rtl/>
        </w:rPr>
        <w:t>ב. היום התאמנו, ומחר גם נתאמן.</w:t>
      </w:r>
    </w:p>
    <w:p>
      <w:pPr>
        <w:bidi/>
        <w:spacing w:before="0" w:after="40"/>
        <w:jc w:val="both"/>
      </w:pPr>
      <w:r>
        <w:rPr>
          <w:rtl/>
        </w:rPr>
        <w:t>ג. השבוע הזמנתי חברים, ובשבוע הבא אזמין שוב.</w:t>
      </w:r>
    </w:p>
    <w:p>
      <w:pPr>
        <w:bidi/>
        <w:spacing w:before="160" w:after="60"/>
        <w:jc w:val="both"/>
      </w:pPr>
      <w:r>
        <w:rPr>
          <w:b/>
          <w:bCs/>
          <w:sz w:val="26"/>
          <w:szCs w:val="26"/>
          <w:rtl/>
        </w:rPr>
        <w:t>7. נכון או לא נכון? תקנו את הלא נכונים.</w:t>
      </w:r>
    </w:p>
    <w:p>
      <w:pPr>
        <w:bidi/>
        <w:spacing w:before="0" w:after="40"/>
        <w:jc w:val="both"/>
      </w:pPr>
      <w:r>
        <w:rPr>
          <w:rtl/>
        </w:rPr>
        <w:t>א. «התלבש» שייך לבניין התפעל. – נכון</w:t>
      </w:r>
    </w:p>
    <w:p>
      <w:pPr>
        <w:bidi/>
        <w:spacing w:before="0" w:after="40"/>
        <w:jc w:val="both"/>
      </w:pPr>
      <w:r>
        <w:rPr>
          <w:rtl/>
        </w:rPr>
        <w:t>ב. «סודר» שייך לבניין פיעל. – לא נכון – «סודר» שייך לבניין פועל</w:t>
      </w:r>
    </w:p>
    <w:p>
      <w:pPr>
        <w:bidi/>
        <w:spacing w:before="0" w:after="40"/>
        <w:jc w:val="both"/>
      </w:pPr>
      <w:r>
        <w:rPr>
          <w:rtl/>
        </w:rPr>
        <w:t>ג. בבניין נפעל הווה ועבר בגוף «הוא» נראים אותו דבר. – נכון</w:t>
      </w:r>
    </w:p>
    <w:p>
      <w:pPr>
        <w:bidi/>
        <w:spacing w:before="160" w:after="60"/>
        <w:jc w:val="both"/>
      </w:pPr>
      <w:r>
        <w:rPr>
          <w:b/>
          <w:bCs/>
          <w:sz w:val="26"/>
          <w:szCs w:val="26"/>
          <w:rtl/>
        </w:rPr>
        <w:t>8.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פועל</w:t>
            </w:r>
          </w:p>
        </w:tc>
        <w:tc>
          <w:tcPr>
            <w:tcW w:type="dxa" w:w="3326"/>
            <w:shd w:val="clear" w:color="auto" w:fill="9f1239"/>
          </w:tcPr>
          <w:p>
            <w:pPr>
              <w:bidi/>
              <w:spacing w:before="0" w:after="40"/>
              <w:jc w:val="both"/>
            </w:pPr>
            <w:r>
              <w:rPr>
                <w:b/>
                <w:bCs/>
                <w:color w:val="FFFFFF"/>
                <w:rtl/>
              </w:rPr>
              <w:t>זמן</w:t>
            </w:r>
          </w:p>
        </w:tc>
        <w:tc>
          <w:tcPr>
            <w:tcW w:type="dxa" w:w="3326"/>
            <w:shd w:val="clear" w:color="auto" w:fill="9f1239"/>
          </w:tcPr>
          <w:p>
            <w:pPr>
              <w:bidi/>
              <w:spacing w:before="0" w:after="40"/>
              <w:jc w:val="both"/>
            </w:pPr>
            <w:r>
              <w:rPr>
                <w:b/>
                <w:bCs/>
                <w:color w:val="FFFFFF"/>
                <w:rtl/>
              </w:rPr>
              <w:t>גוף</w:t>
            </w:r>
          </w:p>
        </w:tc>
      </w:tr>
      <w:tr>
        <w:tc>
          <w:tcPr>
            <w:tcW w:type="dxa" w:w="3326"/>
          </w:tcPr>
          <w:p>
            <w:pPr>
              <w:bidi/>
              <w:spacing w:before="0" w:after="40"/>
              <w:jc w:val="both"/>
            </w:pPr>
            <w:r>
              <w:rPr>
                <w:rtl/>
              </w:rPr>
              <w:t>נלמד</w:t>
            </w:r>
          </w:p>
        </w:tc>
        <w:tc>
          <w:tcPr>
            <w:tcW w:type="dxa" w:w="3326"/>
          </w:tcPr>
          <w:p>
            <w:pPr>
              <w:bidi/>
              <w:spacing w:before="0" w:after="40"/>
              <w:jc w:val="both"/>
            </w:pPr>
            <w:r>
              <w:rPr>
                <w:color w:val="0F7A4F"/>
                <w:rtl/>
              </w:rPr>
              <w:t>עתיד</w:t>
            </w:r>
          </w:p>
        </w:tc>
        <w:tc>
          <w:tcPr>
            <w:tcW w:type="dxa" w:w="3326"/>
          </w:tcPr>
          <w:p>
            <w:pPr>
              <w:bidi/>
              <w:spacing w:before="0" w:after="40"/>
              <w:jc w:val="both"/>
            </w:pPr>
            <w:r>
              <w:rPr>
                <w:color w:val="0F7A4F"/>
                <w:rtl/>
              </w:rPr>
              <w:t>אנחנו</w:t>
            </w:r>
          </w:p>
        </w:tc>
      </w:tr>
      <w:tr>
        <w:tc>
          <w:tcPr>
            <w:tcW w:type="dxa" w:w="3326"/>
          </w:tcPr>
          <w:p>
            <w:pPr>
              <w:bidi/>
              <w:spacing w:before="0" w:after="40"/>
              <w:jc w:val="both"/>
            </w:pPr>
            <w:r>
              <w:rPr>
                <w:rtl/>
              </w:rPr>
              <w:t>למדתן</w:t>
            </w:r>
          </w:p>
        </w:tc>
        <w:tc>
          <w:tcPr>
            <w:tcW w:type="dxa" w:w="3326"/>
          </w:tcPr>
          <w:p>
            <w:pPr>
              <w:bidi/>
              <w:spacing w:before="0" w:after="40"/>
              <w:jc w:val="both"/>
            </w:pPr>
            <w:r>
              <w:rPr>
                <w:color w:val="0F7A4F"/>
                <w:rtl/>
              </w:rPr>
              <w:t>עבר</w:t>
            </w:r>
          </w:p>
        </w:tc>
        <w:tc>
          <w:tcPr>
            <w:tcW w:type="dxa" w:w="3326"/>
          </w:tcPr>
          <w:p>
            <w:pPr>
              <w:bidi/>
              <w:spacing w:before="0" w:after="40"/>
              <w:jc w:val="both"/>
            </w:pPr>
            <w:r>
              <w:rPr>
                <w:color w:val="0F7A4F"/>
                <w:rtl/>
              </w:rPr>
              <w:t>אתן</w:t>
            </w:r>
          </w:p>
        </w:tc>
      </w:tr>
      <w:tr>
        <w:tc>
          <w:tcPr>
            <w:tcW w:type="dxa" w:w="3326"/>
          </w:tcPr>
          <w:p>
            <w:pPr>
              <w:bidi/>
              <w:spacing w:before="0" w:after="40"/>
              <w:jc w:val="both"/>
            </w:pPr>
            <w:r>
              <w:rPr>
                <w:rtl/>
              </w:rPr>
              <w:t>לומדות</w:t>
            </w:r>
          </w:p>
        </w:tc>
        <w:tc>
          <w:tcPr>
            <w:tcW w:type="dxa" w:w="3326"/>
          </w:tcPr>
          <w:p>
            <w:pPr>
              <w:bidi/>
              <w:spacing w:before="0" w:after="40"/>
              <w:jc w:val="both"/>
            </w:pPr>
            <w:r>
              <w:rPr>
                <w:color w:val="0F7A4F"/>
                <w:rtl/>
              </w:rPr>
              <w:t>הווה</w:t>
            </w:r>
          </w:p>
        </w:tc>
        <w:tc>
          <w:tcPr>
            <w:tcW w:type="dxa" w:w="3326"/>
          </w:tcPr>
          <w:p>
            <w:pPr>
              <w:bidi/>
              <w:spacing w:before="0" w:after="40"/>
              <w:jc w:val="both"/>
            </w:pPr>
            <w:r>
              <w:rPr>
                <w:color w:val="0F7A4F"/>
                <w:rtl/>
              </w:rPr>
              <w:t>אנחנו / אתן / הן</w:t>
            </w:r>
          </w:p>
        </w:tc>
      </w:tr>
    </w:tbl>
    <w:p>
      <w:pPr>
        <w:bidi/>
        <w:spacing w:before="0" w:after="40"/>
        <w:jc w:val="both"/>
      </w:pPr>
    </w:p>
    <w:p>
      <w:pPr>
        <w:bidi/>
        <w:spacing w:before="160" w:after="60"/>
        <w:jc w:val="both"/>
      </w:pPr>
      <w:r>
        <w:rPr>
          <w:b/>
          <w:bCs/>
          <w:sz w:val="26"/>
          <w:szCs w:val="26"/>
          <w:rtl/>
        </w:rPr>
        <w:t>9. בכל משפט מצאו את הפועל וכתבו את הזמן שלו.</w:t>
      </w:r>
    </w:p>
    <w:p>
      <w:pPr>
        <w:bidi/>
        <w:spacing w:before="0" w:after="100"/>
        <w:jc w:val="both"/>
      </w:pPr>
      <w:r>
        <w:rPr>
          <w:rtl/>
        </w:rPr>
        <w:t>א. מחר נצא לטיול.  ← נצא – עתיד</w:t>
      </w:r>
    </w:p>
    <w:p>
      <w:pPr>
        <w:bidi/>
        <w:spacing w:before="0" w:after="100"/>
        <w:jc w:val="both"/>
      </w:pPr>
      <w:r>
        <w:rPr>
          <w:rtl/>
        </w:rPr>
        <w:t>ב. הם שיחקו בחצר.  ← שיחקו – עבר</w:t>
      </w:r>
    </w:p>
    <w:p>
      <w:pPr>
        <w:bidi/>
        <w:spacing w:before="0" w:after="100"/>
        <w:jc w:val="both"/>
      </w:pPr>
      <w:r>
        <w:rPr>
          <w:rtl/>
        </w:rPr>
        <w:t>ג. אני קוראת ספר.  ← קוראת – הווה</w:t>
      </w:r>
    </w:p>
    <w:p>
      <w:pPr>
        <w:bidi/>
        <w:spacing w:before="0" w:after="100"/>
        <w:jc w:val="both"/>
      </w:pPr>
      <w:r>
        <w:rPr>
          <w:rtl/>
        </w:rPr>
        <w:t>ד. סגרו את החלון!  ← סגרו – ציווי</w:t>
      </w:r>
    </w:p>
    <w:p>
      <w:pPr>
        <w:bidi/>
        <w:spacing w:before="160" w:after="60"/>
        <w:jc w:val="both"/>
      </w:pPr>
      <w:r>
        <w:rPr>
          <w:b/>
          <w:bCs/>
          <w:sz w:val="26"/>
          <w:szCs w:val="26"/>
          <w:rtl/>
        </w:rPr>
        <w:t>10. התאימו כל פועל בעתיד לצורת הציווי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תשמור</w:t>
            </w:r>
          </w:p>
        </w:tc>
        <w:tc>
          <w:tcPr>
            <w:tcW w:type="dxa" w:w="4989"/>
          </w:tcPr>
          <w:p>
            <w:pPr>
              <w:bidi/>
              <w:spacing w:before="0" w:after="40"/>
              <w:jc w:val="both"/>
            </w:pPr>
            <w:r>
              <w:rPr>
                <w:rtl/>
              </w:rPr>
              <w:t>[2] דברי</w:t>
            </w:r>
          </w:p>
        </w:tc>
      </w:tr>
      <w:tr>
        <w:tc>
          <w:tcPr>
            <w:tcW w:type="dxa" w:w="4989"/>
          </w:tcPr>
          <w:p>
            <w:pPr>
              <w:bidi/>
              <w:spacing w:before="0" w:after="40"/>
              <w:jc w:val="both"/>
            </w:pPr>
            <w:r>
              <w:rPr>
                <w:rtl/>
              </w:rPr>
              <w:t>2. תדברי</w:t>
            </w:r>
          </w:p>
        </w:tc>
        <w:tc>
          <w:tcPr>
            <w:tcW w:type="dxa" w:w="4989"/>
          </w:tcPr>
          <w:p>
            <w:pPr>
              <w:bidi/>
              <w:spacing w:before="0" w:after="40"/>
              <w:jc w:val="both"/>
            </w:pPr>
            <w:r>
              <w:rPr>
                <w:rtl/>
              </w:rPr>
              <w:t>[4] הדלק</w:t>
            </w:r>
          </w:p>
        </w:tc>
      </w:tr>
      <w:tr>
        <w:tc>
          <w:tcPr>
            <w:tcW w:type="dxa" w:w="4989"/>
          </w:tcPr>
          <w:p>
            <w:pPr>
              <w:bidi/>
              <w:spacing w:before="0" w:after="40"/>
              <w:jc w:val="both"/>
            </w:pPr>
            <w:r>
              <w:rPr>
                <w:rtl/>
              </w:rPr>
              <w:t>3. תתלבשו</w:t>
            </w:r>
          </w:p>
        </w:tc>
        <w:tc>
          <w:tcPr>
            <w:tcW w:type="dxa" w:w="4989"/>
          </w:tcPr>
          <w:p>
            <w:pPr>
              <w:bidi/>
              <w:spacing w:before="0" w:after="40"/>
              <w:jc w:val="both"/>
            </w:pPr>
            <w:r>
              <w:rPr>
                <w:rtl/>
              </w:rPr>
              <w:t>[1] שמור</w:t>
            </w:r>
          </w:p>
        </w:tc>
      </w:tr>
      <w:tr>
        <w:tc>
          <w:tcPr>
            <w:tcW w:type="dxa" w:w="4989"/>
          </w:tcPr>
          <w:p>
            <w:pPr>
              <w:bidi/>
              <w:spacing w:before="0" w:after="40"/>
              <w:jc w:val="both"/>
            </w:pPr>
            <w:r>
              <w:rPr>
                <w:rtl/>
              </w:rPr>
              <w:t>4. תדליק</w:t>
            </w:r>
          </w:p>
        </w:tc>
        <w:tc>
          <w:tcPr>
            <w:tcW w:type="dxa" w:w="4989"/>
          </w:tcPr>
          <w:p>
            <w:pPr>
              <w:bidi/>
              <w:spacing w:before="0" w:after="40"/>
              <w:jc w:val="both"/>
            </w:pPr>
            <w:r>
              <w:rPr>
                <w:rtl/>
              </w:rPr>
              <w:t>[3] התלבשו</w:t>
            </w:r>
          </w:p>
        </w:tc>
      </w:tr>
    </w:tbl>
    <w:p>
      <w:pPr>
        <w:bidi/>
        <w:spacing w:before="0" w:after="40"/>
        <w:jc w:val="both"/>
      </w:pPr>
    </w:p>
    <w:p>
      <w:pPr>
        <w:bidi/>
        <w:spacing w:before="160" w:after="60"/>
        <w:jc w:val="both"/>
      </w:pPr>
      <w:r>
        <w:rPr>
          <w:b/>
          <w:bCs/>
          <w:sz w:val="26"/>
          <w:szCs w:val="26"/>
          <w:rtl/>
        </w:rPr>
        <w:t>11. השלימו את הפועל בבניין המבוקש (שורש בסוגריים, עבר, גוף «הוא»).</w:t>
      </w:r>
    </w:p>
    <w:p>
      <w:pPr>
        <w:bidi/>
        <w:spacing w:before="0" w:after="40"/>
        <w:jc w:val="both"/>
      </w:pPr>
      <w:r>
        <w:rPr>
          <w:rtl/>
        </w:rPr>
        <w:t>א. בניין פיעל (ס־פ־ר): סיפר.</w:t>
      </w:r>
    </w:p>
    <w:p>
      <w:pPr>
        <w:bidi/>
        <w:spacing w:before="0" w:after="40"/>
        <w:jc w:val="both"/>
      </w:pPr>
      <w:r>
        <w:rPr>
          <w:rtl/>
        </w:rPr>
        <w:t>ב. בניין הופעל (ז־מ־ן): הוזמן.</w:t>
      </w:r>
    </w:p>
    <w:p>
      <w:pPr>
        <w:bidi/>
        <w:spacing w:before="0" w:after="40"/>
        <w:jc w:val="both"/>
      </w:pPr>
      <w:r>
        <w:rPr>
          <w:rtl/>
        </w:rPr>
        <w:t>ג. בניין התפעל (ק־ד־ם): התקדם.</w:t>
      </w:r>
    </w:p>
    <w:p>
      <w:pPr>
        <w:bidi/>
        <w:spacing w:before="160" w:after="60"/>
        <w:jc w:val="both"/>
      </w:pPr>
      <w:r>
        <w:rPr>
          <w:b/>
          <w:bCs/>
          <w:sz w:val="26"/>
          <w:szCs w:val="26"/>
          <w:rtl/>
        </w:rPr>
        <w:t>12. כתבו שלוש הוראות בציווי לחבר שמכין עוגה, והוסיפו לכל פועל את הבניין שלו.</w:t>
      </w:r>
    </w:p>
    <w:p>
      <w:pPr>
        <w:bidi/>
        <w:spacing w:before="0" w:after="80"/>
        <w:jc w:val="both"/>
      </w:pPr>
      <w:r>
        <w:rPr>
          <w:color w:val="0F7A4F"/>
          <w:rtl/>
        </w:rPr>
        <w:t>תשובה אפשרית: ערבב את הקמח (פיעל). הדלק את התנור (הפעיל). שים את התבנית בתנור (פעל).</w:t>
      </w:r>
    </w:p>
    <w:p>
      <w:pPr>
        <w:bidi/>
        <w:spacing w:before="160" w:after="80"/>
        <w:jc w:val="both"/>
      </w:pPr>
      <w:r>
        <w:rPr>
          <w:rFonts w:ascii="Times New Roman" w:hAnsi="Times New Roman" w:cs="Times New Roman"/>
          <w:b/>
          <w:bCs/>
          <w:color w:val="9F1239"/>
          <w:sz w:val="30"/>
          <w:szCs w:val="30"/>
          <w:rtl/>
        </w:rPr>
        <w:t>פרק 4: הצירוף: סמיכות ושם עצם עם שם תואר</w:t>
      </w:r>
    </w:p>
    <w:p>
      <w:pPr>
        <w:bidi/>
        <w:spacing w:before="160" w:after="60"/>
        <w:jc w:val="both"/>
      </w:pPr>
      <w:r>
        <w:rPr>
          <w:b/>
          <w:bCs/>
          <w:sz w:val="26"/>
          <w:szCs w:val="26"/>
          <w:rtl/>
        </w:rPr>
        <w:t>1. כתבו את הצירוף ביידוע.</w:t>
      </w:r>
    </w:p>
    <w:p>
      <w:pPr>
        <w:bidi/>
        <w:spacing w:before="0" w:after="40"/>
        <w:jc w:val="both"/>
      </w:pPr>
      <w:r>
        <w:rPr>
          <w:rtl/>
        </w:rPr>
        <w:t>א. «כוס מים» ביידוע: כוס המים.</w:t>
      </w:r>
    </w:p>
    <w:p>
      <w:pPr>
        <w:bidi/>
        <w:spacing w:before="0" w:after="40"/>
        <w:jc w:val="both"/>
      </w:pPr>
      <w:r>
        <w:rPr>
          <w:rtl/>
        </w:rPr>
        <w:t>ב. «חולצה אדומה» ביידוע: החולצה האדומה.</w:t>
      </w:r>
    </w:p>
    <w:p>
      <w:pPr>
        <w:bidi/>
        <w:spacing w:before="0" w:after="40"/>
        <w:jc w:val="both"/>
      </w:pPr>
      <w:r>
        <w:rPr>
          <w:rtl/>
        </w:rPr>
        <w:t>ג. «מגרש משחקים» ביידוע: מגרש המשחקים.</w:t>
      </w:r>
    </w:p>
    <w:p>
      <w:pPr>
        <w:bidi/>
        <w:spacing w:before="160" w:after="60"/>
        <w:jc w:val="both"/>
      </w:pPr>
      <w:r>
        <w:rPr>
          <w:b/>
          <w:bCs/>
          <w:sz w:val="26"/>
          <w:szCs w:val="26"/>
          <w:rtl/>
        </w:rPr>
        <w:t>2. כתבו את הצירוף ברבים.</w:t>
      </w:r>
    </w:p>
    <w:p>
      <w:pPr>
        <w:bidi/>
        <w:spacing w:before="0" w:after="40"/>
        <w:jc w:val="both"/>
      </w:pPr>
      <w:r>
        <w:rPr>
          <w:rtl/>
        </w:rPr>
        <w:t>א. «שיר ערש» ברבים: שירי ערש.</w:t>
      </w:r>
    </w:p>
    <w:p>
      <w:pPr>
        <w:bidi/>
        <w:spacing w:before="0" w:after="40"/>
        <w:jc w:val="both"/>
      </w:pPr>
      <w:r>
        <w:rPr>
          <w:rtl/>
        </w:rPr>
        <w:t>ב. «חדר שינה» ברבים: חדרי שינה.</w:t>
      </w:r>
    </w:p>
    <w:p>
      <w:pPr>
        <w:bidi/>
        <w:spacing w:before="0" w:after="40"/>
        <w:jc w:val="both"/>
      </w:pPr>
      <w:r>
        <w:rPr>
          <w:rtl/>
        </w:rPr>
        <w:t>ג. «ילד נבון» ברבים: ילדים נבונים.</w:t>
      </w:r>
    </w:p>
    <w:p>
      <w:pPr>
        <w:bidi/>
        <w:spacing w:before="160" w:after="60"/>
        <w:jc w:val="both"/>
      </w:pPr>
      <w:r>
        <w:rPr>
          <w:b/>
          <w:bCs/>
          <w:sz w:val="26"/>
          <w:szCs w:val="26"/>
          <w:rtl/>
        </w:rPr>
        <w:t>3. איזה צירוף מיודע נכון?</w:t>
      </w:r>
    </w:p>
    <w:p>
      <w:pPr>
        <w:bidi/>
        <w:spacing w:before="0" w:after="20"/>
        <w:jc w:val="both"/>
      </w:pPr>
      <w:r>
        <w:rPr>
          <w:rtl/>
        </w:rPr>
        <w:t>א. «בית ספר» ביידוע:</w:t>
      </w:r>
    </w:p>
    <w:p>
      <w:pPr>
        <w:bidi/>
        <w:spacing w:before="0" w:after="80"/>
        <w:jc w:val="both"/>
      </w:pPr>
      <w:r>
        <w:rPr>
          <w:b/>
          <w:bCs/>
          <w:color w:val="0F7A4F"/>
          <w:rtl/>
        </w:rPr>
        <w:t xml:space="preserve">   ✔ בית הספר</w:t>
      </w:r>
    </w:p>
    <w:p>
      <w:pPr>
        <w:bidi/>
        <w:spacing w:before="0" w:after="20"/>
        <w:jc w:val="both"/>
      </w:pPr>
      <w:r>
        <w:rPr>
          <w:rtl/>
        </w:rPr>
        <w:t>ב. «כלב קטן» ביידוע:</w:t>
      </w:r>
    </w:p>
    <w:p>
      <w:pPr>
        <w:bidi/>
        <w:spacing w:before="0" w:after="80"/>
        <w:jc w:val="both"/>
      </w:pPr>
      <w:r>
        <w:rPr>
          <w:b/>
          <w:bCs/>
          <w:color w:val="0F7A4F"/>
          <w:rtl/>
        </w:rPr>
        <w:t xml:space="preserve">   ✔ הכלב הקטן</w:t>
      </w:r>
    </w:p>
    <w:p>
      <w:pPr>
        <w:bidi/>
        <w:spacing w:before="160" w:after="60"/>
        <w:jc w:val="both"/>
      </w:pPr>
      <w:r>
        <w:rPr>
          <w:b/>
          <w:bCs/>
          <w:sz w:val="26"/>
          <w:szCs w:val="26"/>
          <w:rtl/>
        </w:rPr>
        <w:t>4. כתבו משפט אחד עם צירוף סמיכות מיודע ומשפט אחד עם צירוף סמיכות ברבים.</w:t>
      </w:r>
    </w:p>
    <w:p>
      <w:pPr>
        <w:bidi/>
        <w:spacing w:before="0" w:after="80"/>
        <w:jc w:val="both"/>
      </w:pPr>
      <w:r>
        <w:rPr>
          <w:color w:val="0F7A4F"/>
          <w:rtl/>
        </w:rPr>
        <w:t>תשובה אפשרית: תלמידי הכיתה יצאו לטיול. בעיר שלנו יש שלושה בתי ספר.</w:t>
      </w:r>
    </w:p>
    <w:p>
      <w:pPr>
        <w:bidi/>
        <w:spacing w:before="160" w:after="60"/>
        <w:jc w:val="both"/>
      </w:pPr>
      <w:r>
        <w:rPr>
          <w:b/>
          <w:bCs/>
          <w:sz w:val="26"/>
          <w:szCs w:val="26"/>
          <w:rtl/>
        </w:rPr>
        <w:t>5. צירוף או משפט? מיינו.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צירוף</w:t>
            </w:r>
          </w:p>
        </w:tc>
        <w:tc>
          <w:tcPr>
            <w:tcW w:type="dxa" w:w="4989"/>
            <w:shd w:val="clear" w:color="auto" w:fill="9f1239"/>
          </w:tcPr>
          <w:p>
            <w:pPr>
              <w:bidi/>
              <w:spacing w:before="0" w:after="40"/>
              <w:jc w:val="both"/>
            </w:pPr>
            <w:r>
              <w:rPr>
                <w:b/>
                <w:bCs/>
                <w:color w:val="FFFFFF"/>
                <w:rtl/>
              </w:rPr>
              <w:t>משפט</w:t>
            </w:r>
          </w:p>
        </w:tc>
      </w:tr>
      <w:tr>
        <w:tc>
          <w:tcPr>
            <w:tcW w:type="dxa" w:w="4989"/>
          </w:tcPr>
          <w:p>
            <w:pPr>
              <w:bidi/>
              <w:spacing w:before="0" w:after="40"/>
              <w:jc w:val="both"/>
            </w:pPr>
            <w:r>
              <w:rPr>
                <w:rtl/>
              </w:rPr>
              <w:t>הספר המעניין, השמיים הכחולים, החדר הקטן</w:t>
            </w:r>
          </w:p>
        </w:tc>
        <w:tc>
          <w:tcPr>
            <w:tcW w:type="dxa" w:w="4989"/>
          </w:tcPr>
          <w:p>
            <w:pPr>
              <w:bidi/>
              <w:spacing w:before="0" w:after="40"/>
              <w:jc w:val="both"/>
            </w:pPr>
            <w:r>
              <w:rPr>
                <w:rtl/>
              </w:rPr>
              <w:t>הספר מעניין., השמיים כחולים., החדר קטן.</w:t>
            </w:r>
          </w:p>
        </w:tc>
      </w:tr>
    </w:tbl>
    <w:p>
      <w:pPr>
        <w:bidi/>
        <w:spacing w:before="0" w:after="40"/>
        <w:jc w:val="both"/>
      </w:pPr>
    </w:p>
    <w:p>
      <w:pPr>
        <w:bidi/>
        <w:spacing w:before="160" w:after="60"/>
        <w:jc w:val="both"/>
      </w:pPr>
      <w:r>
        <w:rPr>
          <w:b/>
          <w:bCs/>
          <w:sz w:val="26"/>
          <w:szCs w:val="26"/>
          <w:rtl/>
        </w:rPr>
        <w:t>6. נכון או לא נכון? תקנו את הלא נכונים.</w:t>
      </w:r>
    </w:p>
    <w:p>
      <w:pPr>
        <w:bidi/>
        <w:spacing w:before="0" w:after="40"/>
        <w:jc w:val="both"/>
      </w:pPr>
      <w:r>
        <w:rPr>
          <w:rtl/>
        </w:rPr>
        <w:t>א. «בית הספר» הוא צירוף סמיכות מיודע. – נכון</w:t>
      </w:r>
    </w:p>
    <w:p>
      <w:pPr>
        <w:bidi/>
        <w:spacing w:before="0" w:after="40"/>
        <w:jc w:val="both"/>
      </w:pPr>
      <w:r>
        <w:rPr>
          <w:rtl/>
        </w:rPr>
        <w:t>ב. «הבית ספר» היא צורה תקנית. – לא נכון – הצורה התקנית היא «בית הספר»</w:t>
      </w:r>
    </w:p>
    <w:p>
      <w:pPr>
        <w:bidi/>
        <w:spacing w:before="0" w:after="40"/>
        <w:jc w:val="both"/>
      </w:pPr>
      <w:r>
        <w:rPr>
          <w:rtl/>
        </w:rPr>
        <w:t>ג. ברבים של «שעון יד» אומרים «שעוני יד». – נכון</w:t>
      </w:r>
    </w:p>
    <w:p>
      <w:pPr>
        <w:bidi/>
        <w:spacing w:before="160" w:after="60"/>
        <w:jc w:val="both"/>
      </w:pPr>
      <w:r>
        <w:rPr>
          <w:b/>
          <w:bCs/>
          <w:sz w:val="26"/>
          <w:szCs w:val="26"/>
          <w:rtl/>
        </w:rPr>
        <w:t>7. התאימו כל צירוף לצורת הרבים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בית כנסת</w:t>
            </w:r>
          </w:p>
        </w:tc>
        <w:tc>
          <w:tcPr>
            <w:tcW w:type="dxa" w:w="4989"/>
          </w:tcPr>
          <w:p>
            <w:pPr>
              <w:bidi/>
              <w:spacing w:before="0" w:after="40"/>
              <w:jc w:val="both"/>
            </w:pPr>
            <w:r>
              <w:rPr>
                <w:rtl/>
              </w:rPr>
              <w:t>[4] ארוחות בוקר</w:t>
            </w:r>
          </w:p>
        </w:tc>
      </w:tr>
      <w:tr>
        <w:tc>
          <w:tcPr>
            <w:tcW w:type="dxa" w:w="4989"/>
          </w:tcPr>
          <w:p>
            <w:pPr>
              <w:bidi/>
              <w:spacing w:before="0" w:after="40"/>
              <w:jc w:val="both"/>
            </w:pPr>
            <w:r>
              <w:rPr>
                <w:rtl/>
              </w:rPr>
              <w:t>2. חדר שינה</w:t>
            </w:r>
          </w:p>
        </w:tc>
        <w:tc>
          <w:tcPr>
            <w:tcW w:type="dxa" w:w="4989"/>
          </w:tcPr>
          <w:p>
            <w:pPr>
              <w:bidi/>
              <w:spacing w:before="0" w:after="40"/>
              <w:jc w:val="both"/>
            </w:pPr>
            <w:r>
              <w:rPr>
                <w:rtl/>
              </w:rPr>
              <w:t>[2] חדרי שינה</w:t>
            </w:r>
          </w:p>
        </w:tc>
      </w:tr>
      <w:tr>
        <w:tc>
          <w:tcPr>
            <w:tcW w:type="dxa" w:w="4989"/>
          </w:tcPr>
          <w:p>
            <w:pPr>
              <w:bidi/>
              <w:spacing w:before="0" w:after="40"/>
              <w:jc w:val="both"/>
            </w:pPr>
            <w:r>
              <w:rPr>
                <w:rtl/>
              </w:rPr>
              <w:t>3. תחנת דלק</w:t>
            </w:r>
          </w:p>
        </w:tc>
        <w:tc>
          <w:tcPr>
            <w:tcW w:type="dxa" w:w="4989"/>
          </w:tcPr>
          <w:p>
            <w:pPr>
              <w:bidi/>
              <w:spacing w:before="0" w:after="40"/>
              <w:jc w:val="both"/>
            </w:pPr>
            <w:r>
              <w:rPr>
                <w:rtl/>
              </w:rPr>
              <w:t>[1] בתי כנסת</w:t>
            </w:r>
          </w:p>
        </w:tc>
      </w:tr>
      <w:tr>
        <w:tc>
          <w:tcPr>
            <w:tcW w:type="dxa" w:w="4989"/>
          </w:tcPr>
          <w:p>
            <w:pPr>
              <w:bidi/>
              <w:spacing w:before="0" w:after="40"/>
              <w:jc w:val="both"/>
            </w:pPr>
            <w:r>
              <w:rPr>
                <w:rtl/>
              </w:rPr>
              <w:t>4. ארוחת בוקר</w:t>
            </w:r>
          </w:p>
        </w:tc>
        <w:tc>
          <w:tcPr>
            <w:tcW w:type="dxa" w:w="4989"/>
          </w:tcPr>
          <w:p>
            <w:pPr>
              <w:bidi/>
              <w:spacing w:before="0" w:after="40"/>
              <w:jc w:val="both"/>
            </w:pPr>
            <w:r>
              <w:rPr>
                <w:rtl/>
              </w:rPr>
              <w:t>[3] תחנות דלק</w:t>
            </w:r>
          </w:p>
        </w:tc>
      </w:tr>
    </w:tbl>
    <w:p>
      <w:pPr>
        <w:bidi/>
        <w:spacing w:before="0" w:after="40"/>
        <w:jc w:val="both"/>
      </w:pPr>
    </w:p>
    <w:p>
      <w:pPr>
        <w:bidi/>
        <w:spacing w:before="160" w:after="60"/>
        <w:jc w:val="both"/>
      </w:pPr>
      <w:r>
        <w:rPr>
          <w:b/>
          <w:bCs/>
          <w:sz w:val="26"/>
          <w:szCs w:val="26"/>
          <w:rtl/>
        </w:rPr>
        <w:t>8. בכל משפט מצאו צירוף של שם עצם ושם תואר והעתיקו אותו.</w:t>
      </w:r>
    </w:p>
    <w:p>
      <w:pPr>
        <w:bidi/>
        <w:spacing w:before="0" w:after="100"/>
        <w:jc w:val="both"/>
      </w:pPr>
      <w:r>
        <w:rPr>
          <w:rtl/>
        </w:rPr>
        <w:t>א. קניתי חולצה אדומה בשוק.  ← חולצה אדומה</w:t>
      </w:r>
    </w:p>
    <w:p>
      <w:pPr>
        <w:bidi/>
        <w:spacing w:before="0" w:after="100"/>
        <w:jc w:val="both"/>
      </w:pPr>
      <w:r>
        <w:rPr>
          <w:rtl/>
        </w:rPr>
        <w:t>ב. הכלב הקטן נבח כל הלילה.  ← הכלב הקטן</w:t>
      </w:r>
    </w:p>
    <w:p>
      <w:pPr>
        <w:bidi/>
        <w:spacing w:before="0" w:after="100"/>
        <w:jc w:val="both"/>
      </w:pPr>
      <w:r>
        <w:rPr>
          <w:rtl/>
        </w:rPr>
        <w:t>ג. גרנו בדירה מרווחת ליד הים.  ← דירה מרווחת</w:t>
      </w:r>
    </w:p>
    <w:p>
      <w:pPr>
        <w:bidi/>
        <w:spacing w:before="0" w:after="100"/>
        <w:jc w:val="both"/>
      </w:pPr>
      <w:r>
        <w:rPr>
          <w:rtl/>
        </w:rPr>
        <w:t>ד. הם קיבלו ציונים גבוהים.  ← ציונים גבוהים</w:t>
      </w:r>
    </w:p>
    <w:p>
      <w:pPr>
        <w:bidi/>
        <w:spacing w:before="160" w:after="60"/>
        <w:jc w:val="both"/>
      </w:pPr>
      <w:r>
        <w:rPr>
          <w:b/>
          <w:bCs/>
          <w:sz w:val="26"/>
          <w:szCs w:val="26"/>
          <w:rtl/>
        </w:rPr>
        <w:t>9. כתבו את הנסמך ואת הסומך בכל צירוף סמיכות.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צירוף</w:t>
            </w:r>
          </w:p>
        </w:tc>
        <w:tc>
          <w:tcPr>
            <w:tcW w:type="dxa" w:w="3326"/>
            <w:shd w:val="clear" w:color="auto" w:fill="9f1239"/>
          </w:tcPr>
          <w:p>
            <w:pPr>
              <w:bidi/>
              <w:spacing w:before="0" w:after="40"/>
              <w:jc w:val="both"/>
            </w:pPr>
            <w:r>
              <w:rPr>
                <w:b/>
                <w:bCs/>
                <w:color w:val="FFFFFF"/>
                <w:rtl/>
              </w:rPr>
              <w:t>נסמך</w:t>
            </w:r>
          </w:p>
        </w:tc>
        <w:tc>
          <w:tcPr>
            <w:tcW w:type="dxa" w:w="3326"/>
            <w:shd w:val="clear" w:color="auto" w:fill="9f1239"/>
          </w:tcPr>
          <w:p>
            <w:pPr>
              <w:bidi/>
              <w:spacing w:before="0" w:after="40"/>
              <w:jc w:val="both"/>
            </w:pPr>
            <w:r>
              <w:rPr>
                <w:b/>
                <w:bCs/>
                <w:color w:val="FFFFFF"/>
                <w:rtl/>
              </w:rPr>
              <w:t>סומך</w:t>
            </w:r>
          </w:p>
        </w:tc>
      </w:tr>
      <w:tr>
        <w:tc>
          <w:tcPr>
            <w:tcW w:type="dxa" w:w="3326"/>
          </w:tcPr>
          <w:p>
            <w:pPr>
              <w:bidi/>
              <w:spacing w:before="0" w:after="40"/>
              <w:jc w:val="both"/>
            </w:pPr>
            <w:r>
              <w:rPr>
                <w:rtl/>
              </w:rPr>
              <w:t>כוס תה</w:t>
            </w:r>
          </w:p>
        </w:tc>
        <w:tc>
          <w:tcPr>
            <w:tcW w:type="dxa" w:w="3326"/>
          </w:tcPr>
          <w:p>
            <w:pPr>
              <w:bidi/>
              <w:spacing w:before="0" w:after="40"/>
              <w:jc w:val="both"/>
            </w:pPr>
            <w:r>
              <w:rPr>
                <w:color w:val="0F7A4F"/>
                <w:rtl/>
              </w:rPr>
              <w:t>כוס</w:t>
            </w:r>
          </w:p>
        </w:tc>
        <w:tc>
          <w:tcPr>
            <w:tcW w:type="dxa" w:w="3326"/>
          </w:tcPr>
          <w:p>
            <w:pPr>
              <w:bidi/>
              <w:spacing w:before="0" w:after="40"/>
              <w:jc w:val="both"/>
            </w:pPr>
            <w:r>
              <w:rPr>
                <w:color w:val="0F7A4F"/>
                <w:rtl/>
              </w:rPr>
              <w:t>תה</w:t>
            </w:r>
          </w:p>
        </w:tc>
      </w:tr>
      <w:tr>
        <w:tc>
          <w:tcPr>
            <w:tcW w:type="dxa" w:w="3326"/>
          </w:tcPr>
          <w:p>
            <w:pPr>
              <w:bidi/>
              <w:spacing w:before="0" w:after="40"/>
              <w:jc w:val="both"/>
            </w:pPr>
            <w:r>
              <w:rPr>
                <w:rtl/>
              </w:rPr>
              <w:t>בית ספר</w:t>
            </w:r>
          </w:p>
        </w:tc>
        <w:tc>
          <w:tcPr>
            <w:tcW w:type="dxa" w:w="3326"/>
          </w:tcPr>
          <w:p>
            <w:pPr>
              <w:bidi/>
              <w:spacing w:before="0" w:after="40"/>
              <w:jc w:val="both"/>
            </w:pPr>
            <w:r>
              <w:rPr>
                <w:color w:val="0F7A4F"/>
                <w:rtl/>
              </w:rPr>
              <w:t>בית</w:t>
            </w:r>
          </w:p>
        </w:tc>
        <w:tc>
          <w:tcPr>
            <w:tcW w:type="dxa" w:w="3326"/>
          </w:tcPr>
          <w:p>
            <w:pPr>
              <w:bidi/>
              <w:spacing w:before="0" w:after="40"/>
              <w:jc w:val="both"/>
            </w:pPr>
            <w:r>
              <w:rPr>
                <w:color w:val="0F7A4F"/>
                <w:rtl/>
              </w:rPr>
              <w:t>ספר</w:t>
            </w:r>
          </w:p>
        </w:tc>
      </w:tr>
      <w:tr>
        <w:tc>
          <w:tcPr>
            <w:tcW w:type="dxa" w:w="3326"/>
          </w:tcPr>
          <w:p>
            <w:pPr>
              <w:bidi/>
              <w:spacing w:before="0" w:after="40"/>
              <w:jc w:val="both"/>
            </w:pPr>
            <w:r>
              <w:rPr>
                <w:rtl/>
              </w:rPr>
              <w:t>שיעורי בית</w:t>
            </w:r>
          </w:p>
        </w:tc>
        <w:tc>
          <w:tcPr>
            <w:tcW w:type="dxa" w:w="3326"/>
          </w:tcPr>
          <w:p>
            <w:pPr>
              <w:bidi/>
              <w:spacing w:before="0" w:after="40"/>
              <w:jc w:val="both"/>
            </w:pPr>
            <w:r>
              <w:rPr>
                <w:color w:val="0F7A4F"/>
                <w:rtl/>
              </w:rPr>
              <w:t>שיעורי</w:t>
            </w:r>
          </w:p>
        </w:tc>
        <w:tc>
          <w:tcPr>
            <w:tcW w:type="dxa" w:w="3326"/>
          </w:tcPr>
          <w:p>
            <w:pPr>
              <w:bidi/>
              <w:spacing w:before="0" w:after="40"/>
              <w:jc w:val="both"/>
            </w:pPr>
            <w:r>
              <w:rPr>
                <w:color w:val="0F7A4F"/>
                <w:rtl/>
              </w:rPr>
              <w:t>בית</w:t>
            </w:r>
          </w:p>
        </w:tc>
      </w:tr>
    </w:tbl>
    <w:p>
      <w:pPr>
        <w:bidi/>
        <w:spacing w:before="0" w:after="40"/>
        <w:jc w:val="both"/>
      </w:pPr>
    </w:p>
    <w:p>
      <w:pPr>
        <w:bidi/>
        <w:spacing w:before="160" w:after="60"/>
        <w:jc w:val="both"/>
      </w:pPr>
      <w:r>
        <w:rPr>
          <w:b/>
          <w:bCs/>
          <w:sz w:val="26"/>
          <w:szCs w:val="26"/>
          <w:rtl/>
        </w:rPr>
        <w:t>10. השלימו את שם התואר בצורה המתאימה.</w:t>
      </w:r>
    </w:p>
    <w:p>
      <w:pPr>
        <w:bidi/>
        <w:spacing w:before="0" w:after="40"/>
        <w:jc w:val="both"/>
      </w:pPr>
      <w:r>
        <w:rPr>
          <w:rtl/>
        </w:rPr>
        <w:t>א. ראינו שתי ציפורים צבעוניות (צבעוני).</w:t>
      </w:r>
    </w:p>
    <w:p>
      <w:pPr>
        <w:bidi/>
        <w:spacing w:before="0" w:after="40"/>
        <w:jc w:val="both"/>
      </w:pPr>
      <w:r>
        <w:rPr>
          <w:rtl/>
        </w:rPr>
        <w:t>ב. הם קנו נעליים חדשות (חדש).</w:t>
      </w:r>
    </w:p>
    <w:p>
      <w:pPr>
        <w:bidi/>
        <w:spacing w:before="0" w:after="40"/>
        <w:jc w:val="both"/>
      </w:pPr>
      <w:r>
        <w:rPr>
          <w:rtl/>
        </w:rPr>
        <w:t>ג. זו הייתה חוויה מיוחדת (מיוחד).</w:t>
      </w:r>
    </w:p>
    <w:p>
      <w:pPr>
        <w:bidi/>
        <w:spacing w:before="160" w:after="60"/>
        <w:jc w:val="both"/>
      </w:pPr>
      <w:r>
        <w:rPr>
          <w:b/>
          <w:bCs/>
          <w:sz w:val="26"/>
          <w:szCs w:val="26"/>
          <w:rtl/>
        </w:rPr>
        <w:t>11. איזו צורה נכונה?</w:t>
      </w:r>
    </w:p>
    <w:p>
      <w:pPr>
        <w:bidi/>
        <w:spacing w:before="0" w:after="20"/>
        <w:jc w:val="both"/>
      </w:pPr>
      <w:r>
        <w:rPr>
          <w:rtl/>
        </w:rPr>
        <w:t>א. ברבים של «כדור רגל»:</w:t>
      </w:r>
    </w:p>
    <w:p>
      <w:pPr>
        <w:bidi/>
        <w:spacing w:before="0" w:after="80"/>
        <w:jc w:val="both"/>
      </w:pPr>
      <w:r>
        <w:rPr>
          <w:b/>
          <w:bCs/>
          <w:color w:val="0F7A4F"/>
          <w:rtl/>
        </w:rPr>
        <w:t xml:space="preserve">   ✔ כדורי רגל</w:t>
      </w:r>
    </w:p>
    <w:p>
      <w:pPr>
        <w:bidi/>
        <w:spacing w:before="0" w:after="20"/>
        <w:jc w:val="both"/>
      </w:pPr>
      <w:r>
        <w:rPr>
          <w:rtl/>
        </w:rPr>
        <w:t>ב. «חדר מורים» ביידוע:</w:t>
      </w:r>
    </w:p>
    <w:p>
      <w:pPr>
        <w:bidi/>
        <w:spacing w:before="0" w:after="80"/>
        <w:jc w:val="both"/>
      </w:pPr>
      <w:r>
        <w:rPr>
          <w:b/>
          <w:bCs/>
          <w:color w:val="0F7A4F"/>
          <w:rtl/>
        </w:rPr>
        <w:t xml:space="preserve">   ✔ חדר המורים</w:t>
      </w:r>
    </w:p>
    <w:p>
      <w:pPr>
        <w:bidi/>
        <w:spacing w:before="160" w:after="60"/>
        <w:jc w:val="both"/>
      </w:pPr>
      <w:r>
        <w:rPr>
          <w:b/>
          <w:bCs/>
          <w:sz w:val="26"/>
          <w:szCs w:val="26"/>
          <w:rtl/>
        </w:rPr>
        <w:t>12. כתבו פסקה קצרה על ארוחה משפחתית. השתמשו בשני צירופי סמיכות ובשני צירופים של שם עצם ושם תואר.</w:t>
      </w:r>
    </w:p>
    <w:p>
      <w:pPr>
        <w:bidi/>
        <w:spacing w:before="0" w:after="80"/>
        <w:jc w:val="both"/>
      </w:pPr>
      <w:r>
        <w:rPr>
          <w:color w:val="0F7A4F"/>
          <w:rtl/>
        </w:rPr>
        <w:t>תשובה אפשרית: בארוחת השבת אכלנו מרק חם וסלט טרי. אימא הניחה על השולחן כוס מיץ לכל אחד, ואחר כך הגישה עוגת שוקולד.</w:t>
      </w:r>
    </w:p>
    <w:p>
      <w:pPr>
        <w:bidi/>
        <w:spacing w:before="160" w:after="80"/>
        <w:jc w:val="both"/>
      </w:pPr>
      <w:r>
        <w:rPr>
          <w:rFonts w:ascii="Times New Roman" w:hAnsi="Times New Roman" w:cs="Times New Roman"/>
          <w:b/>
          <w:bCs/>
          <w:color w:val="9F1239"/>
          <w:sz w:val="30"/>
          <w:szCs w:val="30"/>
          <w:rtl/>
        </w:rPr>
        <w:t>פרק 5: המשפט: חיווי ושאלה, דיבור ישיר ועקיף, פיסוק</w:t>
      </w:r>
    </w:p>
    <w:p>
      <w:pPr>
        <w:bidi/>
        <w:spacing w:before="160" w:after="60"/>
        <w:jc w:val="both"/>
      </w:pPr>
      <w:r>
        <w:rPr>
          <w:b/>
          <w:bCs/>
          <w:sz w:val="26"/>
          <w:szCs w:val="26"/>
          <w:rtl/>
        </w:rPr>
        <w:t>1. השלימו את סימן הפיסוק החסר.</w:t>
      </w:r>
    </w:p>
    <w:p>
      <w:pPr>
        <w:bidi/>
        <w:spacing w:before="0" w:after="40"/>
        <w:jc w:val="both"/>
      </w:pPr>
      <w:r>
        <w:rPr>
          <w:rtl/>
        </w:rPr>
        <w:t>א. כמה עולה הכרטיס?</w:t>
      </w:r>
    </w:p>
    <w:p>
      <w:pPr>
        <w:bidi/>
        <w:spacing w:before="0" w:after="40"/>
        <w:jc w:val="both"/>
      </w:pPr>
      <w:r>
        <w:rPr>
          <w:rtl/>
        </w:rPr>
        <w:t>ב. הבאנו לטיול שלושה דברים: מים, כובע וכריך.</w:t>
      </w:r>
    </w:p>
    <w:p>
      <w:pPr>
        <w:bidi/>
        <w:spacing w:before="0" w:after="40"/>
        <w:jc w:val="both"/>
      </w:pPr>
      <w:r>
        <w:rPr>
          <w:rtl/>
        </w:rPr>
        <w:t>ג. הספר «הגשר הישן» יצא לאור השנה.</w:t>
      </w:r>
    </w:p>
    <w:p>
      <w:pPr>
        <w:bidi/>
        <w:spacing w:before="160" w:after="60"/>
        <w:jc w:val="both"/>
      </w:pPr>
      <w:r>
        <w:rPr>
          <w:b/>
          <w:bCs/>
          <w:sz w:val="26"/>
          <w:szCs w:val="26"/>
          <w:rtl/>
        </w:rPr>
        <w:t>2. העבירו מדיבור עקיף לדיבור ישיר.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דיבור עקיף</w:t>
            </w:r>
          </w:p>
        </w:tc>
        <w:tc>
          <w:tcPr>
            <w:tcW w:type="dxa" w:w="4989"/>
            <w:shd w:val="clear" w:color="auto" w:fill="9f1239"/>
          </w:tcPr>
          <w:p>
            <w:pPr>
              <w:bidi/>
              <w:spacing w:before="0" w:after="40"/>
              <w:jc w:val="both"/>
            </w:pPr>
            <w:r>
              <w:rPr>
                <w:b/>
                <w:bCs/>
                <w:color w:val="FFFFFF"/>
                <w:rtl/>
              </w:rPr>
              <w:t>דיבור ישיר</w:t>
            </w:r>
          </w:p>
        </w:tc>
      </w:tr>
      <w:tr>
        <w:tc>
          <w:tcPr>
            <w:tcW w:type="dxa" w:w="4989"/>
          </w:tcPr>
          <w:p>
            <w:pPr>
              <w:bidi/>
              <w:spacing w:before="0" w:after="40"/>
              <w:jc w:val="both"/>
            </w:pPr>
            <w:r>
              <w:rPr>
                <w:rtl/>
              </w:rPr>
              <w:t>רותם אמרה שהיא מאחרת.</w:t>
            </w:r>
          </w:p>
        </w:tc>
        <w:tc>
          <w:tcPr>
            <w:tcW w:type="dxa" w:w="4989"/>
          </w:tcPr>
          <w:p>
            <w:pPr>
              <w:bidi/>
              <w:spacing w:before="0" w:after="40"/>
              <w:jc w:val="both"/>
            </w:pPr>
            <w:r>
              <w:rPr>
                <w:color w:val="0F7A4F"/>
                <w:rtl/>
              </w:rPr>
              <w:t>רותם אמרה: «אני מאחרת».</w:t>
            </w:r>
          </w:p>
        </w:tc>
      </w:tr>
      <w:tr>
        <w:tc>
          <w:tcPr>
            <w:tcW w:type="dxa" w:w="4989"/>
          </w:tcPr>
          <w:p>
            <w:pPr>
              <w:bidi/>
              <w:spacing w:before="0" w:after="40"/>
              <w:jc w:val="both"/>
            </w:pPr>
            <w:r>
              <w:rPr>
                <w:rtl/>
              </w:rPr>
              <w:t>המדריך שאל אם כולם הגיעו.</w:t>
            </w:r>
          </w:p>
        </w:tc>
        <w:tc>
          <w:tcPr>
            <w:tcW w:type="dxa" w:w="4989"/>
          </w:tcPr>
          <w:p>
            <w:pPr>
              <w:bidi/>
              <w:spacing w:before="0" w:after="40"/>
              <w:jc w:val="both"/>
            </w:pPr>
            <w:r>
              <w:rPr>
                <w:color w:val="0F7A4F"/>
                <w:rtl/>
              </w:rPr>
              <w:t>המדריך שאל: «האם כולם הגיעו?»</w:t>
            </w:r>
          </w:p>
        </w:tc>
      </w:tr>
    </w:tbl>
    <w:p>
      <w:pPr>
        <w:bidi/>
        <w:spacing w:before="0" w:after="40"/>
        <w:jc w:val="both"/>
      </w:pPr>
    </w:p>
    <w:p>
      <w:pPr>
        <w:bidi/>
        <w:spacing w:before="160" w:after="60"/>
        <w:jc w:val="both"/>
      </w:pPr>
      <w:r>
        <w:rPr>
          <w:b/>
          <w:bCs/>
          <w:sz w:val="26"/>
          <w:szCs w:val="26"/>
          <w:rtl/>
        </w:rPr>
        <w:t>3. בחרו את הדיבור העקיף הנכון.</w:t>
      </w:r>
    </w:p>
    <w:p>
      <w:pPr>
        <w:bidi/>
        <w:spacing w:before="0" w:after="20"/>
        <w:jc w:val="both"/>
      </w:pPr>
      <w:r>
        <w:rPr>
          <w:rtl/>
        </w:rPr>
        <w:t>א. איתי אמר: «אני אבוא מחר».</w:t>
      </w:r>
    </w:p>
    <w:p>
      <w:pPr>
        <w:bidi/>
        <w:spacing w:before="0" w:after="80"/>
        <w:jc w:val="both"/>
      </w:pPr>
      <w:r>
        <w:rPr>
          <w:b/>
          <w:bCs/>
          <w:color w:val="0F7A4F"/>
          <w:rtl/>
        </w:rPr>
        <w:t xml:space="preserve">   ✔ איתי אמר שהוא יבוא מחר.</w:t>
      </w:r>
    </w:p>
    <w:p>
      <w:pPr>
        <w:bidi/>
        <w:spacing w:before="160" w:after="60"/>
        <w:jc w:val="both"/>
      </w:pPr>
      <w:r>
        <w:rPr>
          <w:b/>
          <w:bCs/>
          <w:sz w:val="26"/>
          <w:szCs w:val="26"/>
          <w:rtl/>
        </w:rPr>
        <w:t>4. כתבו שאלת כן ולא ושאלת תוכן על אותו נושא – החופשה הקרובה.</w:t>
      </w:r>
    </w:p>
    <w:p>
      <w:pPr>
        <w:bidi/>
        <w:spacing w:before="0" w:after="80"/>
        <w:jc w:val="both"/>
      </w:pPr>
      <w:r>
        <w:rPr>
          <w:color w:val="0F7A4F"/>
          <w:rtl/>
        </w:rPr>
        <w:t>תשובה אפשרית: האם ניסע לצפון בחופשה? לאן ניסע בחופשה?</w:t>
      </w:r>
    </w:p>
    <w:p>
      <w:pPr>
        <w:bidi/>
        <w:spacing w:before="160" w:after="60"/>
        <w:jc w:val="both"/>
      </w:pPr>
      <w:r>
        <w:rPr>
          <w:b/>
          <w:bCs/>
          <w:sz w:val="26"/>
          <w:szCs w:val="26"/>
          <w:rtl/>
        </w:rPr>
        <w:t>5. העבירו לדיבור עקיף והשלימו.</w:t>
      </w:r>
    </w:p>
    <w:p>
      <w:pPr>
        <w:bidi/>
        <w:spacing w:before="0" w:after="40"/>
        <w:jc w:val="both"/>
      </w:pPr>
      <w:r>
        <w:rPr>
          <w:rtl/>
        </w:rPr>
        <w:t>א. רון אמר: «אני מאחר». רון אמר שהוא מאחר.</w:t>
      </w:r>
    </w:p>
    <w:p>
      <w:pPr>
        <w:bidi/>
        <w:spacing w:before="0" w:after="40"/>
        <w:jc w:val="both"/>
      </w:pPr>
      <w:r>
        <w:rPr>
          <w:rtl/>
        </w:rPr>
        <w:t>ב. שירה שאלה: «האם הכיתה פתוחה?» שירה שאלה אם הכיתה פתוחה.</w:t>
      </w:r>
    </w:p>
    <w:p>
      <w:pPr>
        <w:bidi/>
        <w:spacing w:before="0" w:after="40"/>
        <w:jc w:val="both"/>
      </w:pPr>
      <w:r>
        <w:rPr>
          <w:rtl/>
        </w:rPr>
        <w:t>ג. הילדים אמרו: «אנחנו רעבים». הילדים אמרו שהם רעבים.</w:t>
      </w:r>
    </w:p>
    <w:p>
      <w:pPr>
        <w:bidi/>
        <w:spacing w:before="160" w:after="60"/>
        <w:jc w:val="both"/>
      </w:pPr>
      <w:r>
        <w:rPr>
          <w:b/>
          <w:bCs/>
          <w:sz w:val="26"/>
          <w:szCs w:val="26"/>
          <w:rtl/>
        </w:rPr>
        <w:t>6. כתבו ליד כל משפט את סימן הפיסוק שצריך לבוא בסופו.</w:t>
      </w:r>
    </w:p>
    <w:p>
      <w:pPr>
        <w:bidi/>
        <w:spacing w:before="0" w:after="100"/>
        <w:jc w:val="both"/>
      </w:pPr>
      <w:r>
        <w:rPr>
          <w:rtl/>
        </w:rPr>
        <w:t>א. איזה יום יפה  ← !</w:t>
      </w:r>
    </w:p>
    <w:p>
      <w:pPr>
        <w:bidi/>
        <w:spacing w:before="0" w:after="100"/>
        <w:jc w:val="both"/>
      </w:pPr>
      <w:r>
        <w:rPr>
          <w:rtl/>
        </w:rPr>
        <w:t>ב. מה השעה  ← ?</w:t>
      </w:r>
    </w:p>
    <w:p>
      <w:pPr>
        <w:bidi/>
        <w:spacing w:before="0" w:after="100"/>
        <w:jc w:val="both"/>
      </w:pPr>
      <w:r>
        <w:rPr>
          <w:rtl/>
        </w:rPr>
        <w:t>ג. הטקס הסתיים בשמונה  ← .</w:t>
      </w:r>
    </w:p>
    <w:p>
      <w:pPr>
        <w:bidi/>
        <w:spacing w:before="0" w:after="100"/>
        <w:jc w:val="both"/>
      </w:pPr>
      <w:r>
        <w:rPr>
          <w:rtl/>
        </w:rPr>
        <w:t>ד. תיזהרו  ← !</w:t>
      </w:r>
    </w:p>
    <w:p>
      <w:pPr>
        <w:bidi/>
        <w:spacing w:before="160" w:after="60"/>
        <w:jc w:val="both"/>
      </w:pPr>
      <w:r>
        <w:rPr>
          <w:b/>
          <w:bCs/>
          <w:sz w:val="26"/>
          <w:szCs w:val="26"/>
          <w:rtl/>
        </w:rPr>
        <w:t>7. נכון או לא נכון? תקנו את הלא נכונים.</w:t>
      </w:r>
    </w:p>
    <w:p>
      <w:pPr>
        <w:bidi/>
        <w:spacing w:before="0" w:after="40"/>
        <w:jc w:val="both"/>
      </w:pPr>
      <w:r>
        <w:rPr>
          <w:rtl/>
        </w:rPr>
        <w:t>א. שאלת תוכן פותחת במילת שאלה כמו «מי» או «מתי». – נכון</w:t>
      </w:r>
    </w:p>
    <w:p>
      <w:pPr>
        <w:bidi/>
        <w:spacing w:before="0" w:after="40"/>
        <w:jc w:val="both"/>
      </w:pPr>
      <w:r>
        <w:rPr>
          <w:rtl/>
        </w:rPr>
        <w:t>ב. לפני ציטוט בדיבור ישיר כותבים נקודתיים. – נכון</w:t>
      </w:r>
    </w:p>
    <w:p>
      <w:pPr>
        <w:bidi/>
        <w:spacing w:before="0" w:after="40"/>
        <w:jc w:val="both"/>
      </w:pPr>
      <w:r>
        <w:rPr>
          <w:rtl/>
        </w:rPr>
        <w:t>ג. בדיבור עקיף של שאלת כן ולא משתמשים ב«ש־». – לא נכון – משתמשים ב«אם»</w:t>
      </w:r>
    </w:p>
    <w:p>
      <w:pPr>
        <w:bidi/>
        <w:spacing w:before="160" w:after="60"/>
        <w:jc w:val="both"/>
      </w:pPr>
      <w:r>
        <w:rPr>
          <w:b/>
          <w:bCs/>
          <w:sz w:val="26"/>
          <w:szCs w:val="26"/>
          <w:rtl/>
        </w:rPr>
        <w:t>8. התאימו כל סימן פיסוק לתפקידו.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נקודה</w:t>
            </w:r>
          </w:p>
        </w:tc>
        <w:tc>
          <w:tcPr>
            <w:tcW w:type="dxa" w:w="4989"/>
          </w:tcPr>
          <w:p>
            <w:pPr>
              <w:bidi/>
              <w:spacing w:before="0" w:after="40"/>
              <w:jc w:val="both"/>
            </w:pPr>
            <w:r>
              <w:rPr>
                <w:rtl/>
              </w:rPr>
              <w:t>[1] סוף משפט חיווי</w:t>
            </w:r>
          </w:p>
        </w:tc>
      </w:tr>
      <w:tr>
        <w:tc>
          <w:tcPr>
            <w:tcW w:type="dxa" w:w="4989"/>
          </w:tcPr>
          <w:p>
            <w:pPr>
              <w:bidi/>
              <w:spacing w:before="0" w:after="40"/>
              <w:jc w:val="both"/>
            </w:pPr>
            <w:r>
              <w:rPr>
                <w:rtl/>
              </w:rPr>
              <w:t>2. סימן שאלה</w:t>
            </w:r>
          </w:p>
        </w:tc>
        <w:tc>
          <w:tcPr>
            <w:tcW w:type="dxa" w:w="4989"/>
          </w:tcPr>
          <w:p>
            <w:pPr>
              <w:bidi/>
              <w:spacing w:before="0" w:after="40"/>
              <w:jc w:val="both"/>
            </w:pPr>
            <w:r>
              <w:rPr>
                <w:rtl/>
              </w:rPr>
              <w:t>[4] ציטוט או שם יצירה</w:t>
            </w:r>
          </w:p>
        </w:tc>
      </w:tr>
      <w:tr>
        <w:tc>
          <w:tcPr>
            <w:tcW w:type="dxa" w:w="4989"/>
          </w:tcPr>
          <w:p>
            <w:pPr>
              <w:bidi/>
              <w:spacing w:before="0" w:after="40"/>
              <w:jc w:val="both"/>
            </w:pPr>
            <w:r>
              <w:rPr>
                <w:rtl/>
              </w:rPr>
              <w:t>3. נקודתיים</w:t>
            </w:r>
          </w:p>
        </w:tc>
        <w:tc>
          <w:tcPr>
            <w:tcW w:type="dxa" w:w="4989"/>
          </w:tcPr>
          <w:p>
            <w:pPr>
              <w:bidi/>
              <w:spacing w:before="0" w:after="40"/>
              <w:jc w:val="both"/>
            </w:pPr>
            <w:r>
              <w:rPr>
                <w:rtl/>
              </w:rPr>
              <w:t>[3] לפני רשימה או ציטוט</w:t>
            </w:r>
          </w:p>
        </w:tc>
      </w:tr>
      <w:tr>
        <w:tc>
          <w:tcPr>
            <w:tcW w:type="dxa" w:w="4989"/>
          </w:tcPr>
          <w:p>
            <w:pPr>
              <w:bidi/>
              <w:spacing w:before="0" w:after="40"/>
              <w:jc w:val="both"/>
            </w:pPr>
            <w:r>
              <w:rPr>
                <w:rtl/>
              </w:rPr>
              <w:t>4. מירכאות</w:t>
            </w:r>
          </w:p>
        </w:tc>
        <w:tc>
          <w:tcPr>
            <w:tcW w:type="dxa" w:w="4989"/>
          </w:tcPr>
          <w:p>
            <w:pPr>
              <w:bidi/>
              <w:spacing w:before="0" w:after="40"/>
              <w:jc w:val="both"/>
            </w:pPr>
            <w:r>
              <w:rPr>
                <w:rtl/>
              </w:rPr>
              <w:t>[2] סוף שאלה</w:t>
            </w:r>
          </w:p>
        </w:tc>
      </w:tr>
    </w:tbl>
    <w:p>
      <w:pPr>
        <w:bidi/>
        <w:spacing w:before="0" w:after="40"/>
        <w:jc w:val="both"/>
      </w:pPr>
    </w:p>
    <w:p>
      <w:pPr>
        <w:bidi/>
        <w:spacing w:before="160" w:after="60"/>
        <w:jc w:val="both"/>
      </w:pPr>
      <w:r>
        <w:rPr>
          <w:b/>
          <w:bCs/>
          <w:sz w:val="26"/>
          <w:szCs w:val="26"/>
          <w:rtl/>
        </w:rPr>
        <w:t>9. פרקו את המשפט לשני משפטים: «הספרייה נסגרה מוקדם, ולכן לא הספקנו להחזיר את הספרים.»</w:t>
      </w:r>
    </w:p>
    <w:p>
      <w:pPr>
        <w:bidi/>
        <w:spacing w:before="0" w:after="80"/>
        <w:jc w:val="both"/>
      </w:pPr>
      <w:r>
        <w:rPr>
          <w:color w:val="0F7A4F"/>
          <w:rtl/>
        </w:rPr>
        <w:t>תשובה אפשרית: הספרייה נסגרה מוקדם. לא הספקנו להחזיר את הספרים.</w:t>
      </w:r>
    </w:p>
    <w:p>
      <w:pPr>
        <w:bidi/>
        <w:spacing w:before="160" w:after="60"/>
        <w:jc w:val="both"/>
      </w:pPr>
      <w:r>
        <w:rPr>
          <w:b/>
          <w:bCs/>
          <w:sz w:val="26"/>
          <w:szCs w:val="26"/>
          <w:rtl/>
        </w:rPr>
        <w:t>10. העבירו לדיבור ישיר.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דיבור עקיף</w:t>
            </w:r>
          </w:p>
        </w:tc>
        <w:tc>
          <w:tcPr>
            <w:tcW w:type="dxa" w:w="4989"/>
            <w:shd w:val="clear" w:color="auto" w:fill="9f1239"/>
          </w:tcPr>
          <w:p>
            <w:pPr>
              <w:bidi/>
              <w:spacing w:before="0" w:after="40"/>
              <w:jc w:val="both"/>
            </w:pPr>
            <w:r>
              <w:rPr>
                <w:b/>
                <w:bCs/>
                <w:color w:val="FFFFFF"/>
                <w:rtl/>
              </w:rPr>
              <w:t>דיבור ישיר</w:t>
            </w:r>
          </w:p>
        </w:tc>
      </w:tr>
      <w:tr>
        <w:tc>
          <w:tcPr>
            <w:tcW w:type="dxa" w:w="4989"/>
          </w:tcPr>
          <w:p>
            <w:pPr>
              <w:bidi/>
              <w:spacing w:before="0" w:after="40"/>
              <w:jc w:val="both"/>
            </w:pPr>
            <w:r>
              <w:rPr>
                <w:rtl/>
              </w:rPr>
              <w:t>דנה אמרה שהיא שמחה.</w:t>
            </w:r>
          </w:p>
        </w:tc>
        <w:tc>
          <w:tcPr>
            <w:tcW w:type="dxa" w:w="4989"/>
          </w:tcPr>
          <w:p>
            <w:pPr>
              <w:bidi/>
              <w:spacing w:before="0" w:after="40"/>
              <w:jc w:val="both"/>
            </w:pPr>
            <w:r>
              <w:rPr>
                <w:color w:val="0F7A4F"/>
                <w:rtl/>
              </w:rPr>
              <w:t>דנה אמרה: «אני שמחה».</w:t>
            </w:r>
          </w:p>
        </w:tc>
      </w:tr>
      <w:tr>
        <w:tc>
          <w:tcPr>
            <w:tcW w:type="dxa" w:w="4989"/>
          </w:tcPr>
          <w:p>
            <w:pPr>
              <w:bidi/>
              <w:spacing w:before="0" w:after="40"/>
              <w:jc w:val="both"/>
            </w:pPr>
            <w:r>
              <w:rPr>
                <w:rtl/>
              </w:rPr>
              <w:t>המורה שאל מי שכח מעיל.</w:t>
            </w:r>
          </w:p>
        </w:tc>
        <w:tc>
          <w:tcPr>
            <w:tcW w:type="dxa" w:w="4989"/>
          </w:tcPr>
          <w:p>
            <w:pPr>
              <w:bidi/>
              <w:spacing w:before="0" w:after="40"/>
              <w:jc w:val="both"/>
            </w:pPr>
            <w:r>
              <w:rPr>
                <w:color w:val="0F7A4F"/>
                <w:rtl/>
              </w:rPr>
              <w:t>המורה שאל: «מי שכח מעיל?»</w:t>
            </w:r>
          </w:p>
        </w:tc>
      </w:tr>
    </w:tbl>
    <w:p>
      <w:pPr>
        <w:bidi/>
        <w:spacing w:before="0" w:after="40"/>
        <w:jc w:val="both"/>
      </w:pPr>
    </w:p>
    <w:p>
      <w:pPr>
        <w:bidi/>
        <w:spacing w:before="160" w:after="60"/>
        <w:jc w:val="both"/>
      </w:pPr>
      <w:r>
        <w:rPr>
          <w:b/>
          <w:bCs/>
          <w:sz w:val="26"/>
          <w:szCs w:val="26"/>
          <w:rtl/>
        </w:rPr>
        <w:t>11. כתבו שאלת תוכן שהתשובה עליה מופיעה בסוגריים.</w:t>
      </w:r>
    </w:p>
    <w:p>
      <w:pPr>
        <w:bidi/>
        <w:spacing w:before="0" w:after="40"/>
        <w:jc w:val="both"/>
      </w:pPr>
      <w:r>
        <w:rPr>
          <w:rtl/>
        </w:rPr>
        <w:t>א. מתי מתחיל הטקס? (בשמונה)</w:t>
      </w:r>
    </w:p>
    <w:p>
      <w:pPr>
        <w:bidi/>
        <w:spacing w:before="0" w:after="40"/>
        <w:jc w:val="both"/>
      </w:pPr>
      <w:r>
        <w:rPr>
          <w:rtl/>
        </w:rPr>
        <w:t>ב. איפה שמת את המפתח? (על השולחן)</w:t>
      </w:r>
    </w:p>
    <w:p>
      <w:pPr>
        <w:bidi/>
        <w:spacing w:before="0" w:after="40"/>
        <w:jc w:val="both"/>
      </w:pPr>
      <w:r>
        <w:rPr>
          <w:rtl/>
        </w:rPr>
        <w:t>ג. למה איחרת? (כי האוטובוס התעכב)</w:t>
      </w:r>
    </w:p>
    <w:p>
      <w:pPr>
        <w:bidi/>
        <w:spacing w:before="160" w:after="60"/>
        <w:jc w:val="both"/>
      </w:pPr>
      <w:r>
        <w:rPr>
          <w:b/>
          <w:bCs/>
          <w:sz w:val="26"/>
          <w:szCs w:val="26"/>
          <w:rtl/>
        </w:rPr>
        <w:t>12. כתבו רשימת קניות למסיבת כיתה במשפט אחד, עם נקודתיים ופסיקים.</w:t>
      </w:r>
    </w:p>
    <w:p>
      <w:pPr>
        <w:bidi/>
        <w:spacing w:before="0" w:after="80"/>
        <w:jc w:val="both"/>
      </w:pPr>
      <w:r>
        <w:rPr>
          <w:color w:val="0F7A4F"/>
          <w:rtl/>
        </w:rPr>
        <w:t>תשובה אפשרית: לקראת המסיבה צריך לקנות: צלחות, כוסות, מיץ, עוגיות ובלונים.</w:t>
      </w:r>
    </w:p>
    <w:p>
      <w:pPr>
        <w:bidi/>
        <w:spacing w:before="160" w:after="80"/>
        <w:jc w:val="both"/>
      </w:pPr>
      <w:r>
        <w:rPr>
          <w:rFonts w:ascii="Times New Roman" w:hAnsi="Times New Roman" w:cs="Times New Roman"/>
          <w:b/>
          <w:bCs/>
          <w:color w:val="9F1239"/>
          <w:sz w:val="30"/>
          <w:szCs w:val="30"/>
          <w:rtl/>
        </w:rPr>
        <w:t>פרק 6: היחסים הלוגיים ומילות הקישור</w:t>
      </w:r>
    </w:p>
    <w:p>
      <w:pPr>
        <w:bidi/>
        <w:spacing w:before="160" w:after="60"/>
        <w:jc w:val="both"/>
      </w:pPr>
      <w:r>
        <w:rPr>
          <w:b/>
          <w:bCs/>
          <w:sz w:val="26"/>
          <w:szCs w:val="26"/>
          <w:rtl/>
        </w:rPr>
        <w:t>1. בחרו את מילת הקישור הנכונה מן הסוגריים.</w:t>
      </w:r>
    </w:p>
    <w:p>
      <w:pPr>
        <w:bidi/>
        <w:spacing w:before="0" w:after="40"/>
        <w:jc w:val="both"/>
      </w:pPr>
      <w:r>
        <w:rPr>
          <w:rtl/>
        </w:rPr>
        <w:t>א. למרות שהתאמנו קשה, הפסדנו במשחק. (למרות / בגלל)</w:t>
      </w:r>
    </w:p>
    <w:p>
      <w:pPr>
        <w:bidi/>
        <w:spacing w:before="0" w:after="40"/>
        <w:jc w:val="both"/>
      </w:pPr>
      <w:r>
        <w:rPr>
          <w:rtl/>
        </w:rPr>
        <w:t>ב. הוא לא הגיע כי היה חולה. (כי / לכן)</w:t>
      </w:r>
    </w:p>
    <w:p>
      <w:pPr>
        <w:bidi/>
        <w:spacing w:before="0" w:after="40"/>
        <w:jc w:val="both"/>
      </w:pPr>
      <w:r>
        <w:rPr>
          <w:rtl/>
        </w:rPr>
        <w:t>ג. אם תצטרפו, נצא בשעה שש. (אם / אבל)</w:t>
      </w:r>
    </w:p>
    <w:p>
      <w:pPr>
        <w:bidi/>
        <w:spacing w:before="160" w:after="60"/>
        <w:jc w:val="both"/>
      </w:pPr>
      <w:r>
        <w:rPr>
          <w:b/>
          <w:bCs/>
          <w:sz w:val="26"/>
          <w:szCs w:val="26"/>
          <w:rtl/>
        </w:rPr>
        <w:t>2. מה היחס הלוגי?</w:t>
      </w:r>
    </w:p>
    <w:p>
      <w:pPr>
        <w:bidi/>
        <w:spacing w:before="0" w:after="20"/>
        <w:jc w:val="both"/>
      </w:pPr>
      <w:r>
        <w:rPr>
          <w:rtl/>
        </w:rPr>
        <w:t>א. הכיתה הייתה רועשת, לפיכך המורה עצרה את השיעור.</w:t>
      </w:r>
    </w:p>
    <w:p>
      <w:pPr>
        <w:bidi/>
        <w:spacing w:before="0" w:after="80"/>
        <w:jc w:val="both"/>
      </w:pPr>
      <w:r>
        <w:rPr>
          <w:b/>
          <w:bCs/>
          <w:color w:val="0F7A4F"/>
          <w:rtl/>
        </w:rPr>
        <w:t xml:space="preserve">   ✔ תוצאה</w:t>
      </w:r>
    </w:p>
    <w:p>
      <w:pPr>
        <w:bidi/>
        <w:spacing w:before="0" w:after="20"/>
        <w:jc w:val="both"/>
      </w:pPr>
      <w:r>
        <w:rPr>
          <w:rtl/>
        </w:rPr>
        <w:t>ב. האתר נוח לשימוש, עם זאת חסרים בו כמה פרטים.</w:t>
      </w:r>
    </w:p>
    <w:p>
      <w:pPr>
        <w:bidi/>
        <w:spacing w:before="0" w:after="80"/>
        <w:jc w:val="both"/>
      </w:pPr>
      <w:r>
        <w:rPr>
          <w:b/>
          <w:bCs/>
          <w:color w:val="0F7A4F"/>
          <w:rtl/>
        </w:rPr>
        <w:t xml:space="preserve">   ✔ הסתייגות</w:t>
      </w:r>
    </w:p>
    <w:p>
      <w:pPr>
        <w:bidi/>
        <w:spacing w:before="160" w:after="60"/>
        <w:jc w:val="both"/>
      </w:pPr>
      <w:r>
        <w:rPr>
          <w:b/>
          <w:bCs/>
          <w:sz w:val="26"/>
          <w:szCs w:val="26"/>
          <w:rtl/>
        </w:rPr>
        <w:t>3. הרכיבו משפט אחד משני המשפטים, בעזרת מילת קישור.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שני משפטים</w:t>
            </w:r>
          </w:p>
        </w:tc>
        <w:tc>
          <w:tcPr>
            <w:tcW w:type="dxa" w:w="4989"/>
            <w:shd w:val="clear" w:color="auto" w:fill="9f1239"/>
          </w:tcPr>
          <w:p>
            <w:pPr>
              <w:bidi/>
              <w:spacing w:before="0" w:after="40"/>
              <w:jc w:val="both"/>
            </w:pPr>
            <w:r>
              <w:rPr>
                <w:b/>
                <w:bCs/>
                <w:color w:val="FFFFFF"/>
                <w:rtl/>
              </w:rPr>
              <w:t>משפט אחד</w:t>
            </w:r>
          </w:p>
        </w:tc>
      </w:tr>
      <w:tr>
        <w:tc>
          <w:tcPr>
            <w:tcW w:type="dxa" w:w="4989"/>
          </w:tcPr>
          <w:p>
            <w:pPr>
              <w:bidi/>
              <w:spacing w:before="0" w:after="40"/>
              <w:jc w:val="both"/>
            </w:pPr>
            <w:r>
              <w:rPr>
                <w:rtl/>
              </w:rPr>
              <w:t>הרכבת איחרה. הגענו מאוחר.</w:t>
            </w:r>
          </w:p>
        </w:tc>
        <w:tc>
          <w:tcPr>
            <w:tcW w:type="dxa" w:w="4989"/>
          </w:tcPr>
          <w:p>
            <w:pPr>
              <w:bidi/>
              <w:spacing w:before="0" w:after="40"/>
              <w:jc w:val="both"/>
            </w:pPr>
            <w:r>
              <w:rPr>
                <w:color w:val="0F7A4F"/>
                <w:rtl/>
              </w:rPr>
              <w:t>הרכבת איחרה, ולכן הגענו מאוחר.</w:t>
            </w:r>
          </w:p>
        </w:tc>
      </w:tr>
      <w:tr>
        <w:tc>
          <w:tcPr>
            <w:tcW w:type="dxa" w:w="4989"/>
          </w:tcPr>
          <w:p>
            <w:pPr>
              <w:bidi/>
              <w:spacing w:before="0" w:after="40"/>
              <w:jc w:val="both"/>
            </w:pPr>
            <w:r>
              <w:rPr>
                <w:rtl/>
              </w:rPr>
              <w:t>רצינו לשחק בחוץ. התחיל לרדת גשם.</w:t>
            </w:r>
          </w:p>
        </w:tc>
        <w:tc>
          <w:tcPr>
            <w:tcW w:type="dxa" w:w="4989"/>
          </w:tcPr>
          <w:p>
            <w:pPr>
              <w:bidi/>
              <w:spacing w:before="0" w:after="40"/>
              <w:jc w:val="both"/>
            </w:pPr>
            <w:r>
              <w:rPr>
                <w:color w:val="0F7A4F"/>
                <w:rtl/>
              </w:rPr>
              <w:t>רצינו לשחק בחוץ, אבל התחיל לרדת גשם.</w:t>
            </w:r>
          </w:p>
        </w:tc>
      </w:tr>
    </w:tbl>
    <w:p>
      <w:pPr>
        <w:bidi/>
        <w:spacing w:before="0" w:after="40"/>
        <w:jc w:val="both"/>
      </w:pPr>
    </w:p>
    <w:p>
      <w:pPr>
        <w:bidi/>
        <w:spacing w:before="160" w:after="60"/>
        <w:jc w:val="both"/>
      </w:pPr>
      <w:r>
        <w:rPr>
          <w:b/>
          <w:bCs/>
          <w:sz w:val="26"/>
          <w:szCs w:val="26"/>
          <w:rtl/>
        </w:rPr>
        <w:t>4. השוו בשלושה משפטים בין קיץ לחורף. השתמשו במילה אחת של השוואה ובמילה אחת של עימות.</w:t>
      </w:r>
    </w:p>
    <w:p>
      <w:pPr>
        <w:bidi/>
        <w:spacing w:before="0" w:after="80"/>
        <w:jc w:val="both"/>
      </w:pPr>
      <w:r>
        <w:rPr>
          <w:color w:val="0F7A4F"/>
          <w:rtl/>
        </w:rPr>
        <w:t>תשובה אפשרית: בקיץ הימים ארוכים, ואילו בחורף הם קצרים. בדומה לקיץ, גם בחורף יש חופשה מבית הספר. בניגוד לקיץ, בחורף צריך מעיל.</w:t>
      </w:r>
    </w:p>
    <w:p>
      <w:pPr>
        <w:bidi/>
        <w:spacing w:before="160" w:after="60"/>
        <w:jc w:val="both"/>
      </w:pPr>
      <w:r>
        <w:rPr>
          <w:b/>
          <w:bCs/>
          <w:sz w:val="26"/>
          <w:szCs w:val="26"/>
          <w:rtl/>
        </w:rPr>
        <w:t>5. מיינו את מילות הקישור לפי היחס.</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ויתור</w:t>
            </w:r>
          </w:p>
        </w:tc>
        <w:tc>
          <w:tcPr>
            <w:tcW w:type="dxa" w:w="3326"/>
            <w:shd w:val="clear" w:color="auto" w:fill="9f1239"/>
          </w:tcPr>
          <w:p>
            <w:pPr>
              <w:bidi/>
              <w:spacing w:before="0" w:after="40"/>
              <w:jc w:val="both"/>
            </w:pPr>
            <w:r>
              <w:rPr>
                <w:b/>
                <w:bCs/>
                <w:color w:val="FFFFFF"/>
                <w:rtl/>
              </w:rPr>
              <w:t>הוספה</w:t>
            </w:r>
          </w:p>
        </w:tc>
        <w:tc>
          <w:tcPr>
            <w:tcW w:type="dxa" w:w="3326"/>
            <w:shd w:val="clear" w:color="auto" w:fill="9f1239"/>
          </w:tcPr>
          <w:p>
            <w:pPr>
              <w:bidi/>
              <w:spacing w:before="0" w:after="40"/>
              <w:jc w:val="both"/>
            </w:pPr>
            <w:r>
              <w:rPr>
                <w:b/>
                <w:bCs/>
                <w:color w:val="FFFFFF"/>
                <w:rtl/>
              </w:rPr>
              <w:t>עימות</w:t>
            </w:r>
          </w:p>
        </w:tc>
      </w:tr>
      <w:tr>
        <w:tc>
          <w:tcPr>
            <w:tcW w:type="dxa" w:w="3326"/>
          </w:tcPr>
          <w:p>
            <w:pPr>
              <w:bidi/>
              <w:spacing w:before="0" w:after="40"/>
              <w:jc w:val="both"/>
            </w:pPr>
            <w:r>
              <w:rPr>
                <w:rtl/>
              </w:rPr>
              <w:t>אף על פי ש־, למרות ש־</w:t>
            </w:r>
          </w:p>
        </w:tc>
        <w:tc>
          <w:tcPr>
            <w:tcW w:type="dxa" w:w="3326"/>
          </w:tcPr>
          <w:p>
            <w:pPr>
              <w:bidi/>
              <w:spacing w:before="0" w:after="40"/>
              <w:jc w:val="both"/>
            </w:pPr>
            <w:r>
              <w:rPr>
                <w:rtl/>
              </w:rPr>
              <w:t>וגם, נוסף על כך</w:t>
            </w:r>
          </w:p>
        </w:tc>
        <w:tc>
          <w:tcPr>
            <w:tcW w:type="dxa" w:w="3326"/>
          </w:tcPr>
          <w:p>
            <w:pPr>
              <w:bidi/>
              <w:spacing w:before="0" w:after="40"/>
              <w:jc w:val="both"/>
            </w:pPr>
            <w:r>
              <w:rPr>
                <w:rtl/>
              </w:rPr>
              <w:t>ואילו, בניגוד ל־</w:t>
            </w:r>
          </w:p>
        </w:tc>
      </w:tr>
    </w:tbl>
    <w:p>
      <w:pPr>
        <w:bidi/>
        <w:spacing w:before="0" w:after="40"/>
        <w:jc w:val="both"/>
      </w:pPr>
    </w:p>
    <w:p>
      <w:pPr>
        <w:bidi/>
        <w:spacing w:before="160" w:after="60"/>
        <w:jc w:val="both"/>
      </w:pPr>
      <w:r>
        <w:rPr>
          <w:b/>
          <w:bCs/>
          <w:sz w:val="26"/>
          <w:szCs w:val="26"/>
          <w:rtl/>
        </w:rPr>
        <w:t>6. התאימו כל מילת קישור למילה עם אותה משמעות.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לכן</w:t>
            </w:r>
          </w:p>
        </w:tc>
        <w:tc>
          <w:tcPr>
            <w:tcW w:type="dxa" w:w="4989"/>
          </w:tcPr>
          <w:p>
            <w:pPr>
              <w:bidi/>
              <w:spacing w:before="0" w:after="40"/>
              <w:jc w:val="both"/>
            </w:pPr>
            <w:r>
              <w:rPr>
                <w:rtl/>
              </w:rPr>
              <w:t>[3] אולם</w:t>
            </w:r>
          </w:p>
        </w:tc>
      </w:tr>
      <w:tr>
        <w:tc>
          <w:tcPr>
            <w:tcW w:type="dxa" w:w="4989"/>
          </w:tcPr>
          <w:p>
            <w:pPr>
              <w:bidi/>
              <w:spacing w:before="0" w:after="40"/>
              <w:jc w:val="both"/>
            </w:pPr>
            <w:r>
              <w:rPr>
                <w:rtl/>
              </w:rPr>
              <w:t>2. כי</w:t>
            </w:r>
          </w:p>
        </w:tc>
        <w:tc>
          <w:tcPr>
            <w:tcW w:type="dxa" w:w="4989"/>
          </w:tcPr>
          <w:p>
            <w:pPr>
              <w:bidi/>
              <w:spacing w:before="0" w:after="40"/>
              <w:jc w:val="both"/>
            </w:pPr>
            <w:r>
              <w:rPr>
                <w:rtl/>
              </w:rPr>
              <w:t>[2] מפני ש־</w:t>
            </w:r>
          </w:p>
        </w:tc>
      </w:tr>
      <w:tr>
        <w:tc>
          <w:tcPr>
            <w:tcW w:type="dxa" w:w="4989"/>
          </w:tcPr>
          <w:p>
            <w:pPr>
              <w:bidi/>
              <w:spacing w:before="0" w:after="40"/>
              <w:jc w:val="both"/>
            </w:pPr>
            <w:r>
              <w:rPr>
                <w:rtl/>
              </w:rPr>
              <w:t>3. אבל</w:t>
            </w:r>
          </w:p>
        </w:tc>
        <w:tc>
          <w:tcPr>
            <w:tcW w:type="dxa" w:w="4989"/>
          </w:tcPr>
          <w:p>
            <w:pPr>
              <w:bidi/>
              <w:spacing w:before="0" w:after="40"/>
              <w:jc w:val="both"/>
            </w:pPr>
            <w:r>
              <w:rPr>
                <w:rtl/>
              </w:rPr>
              <w:t>[4] במקרה ש־</w:t>
            </w:r>
          </w:p>
        </w:tc>
      </w:tr>
      <w:tr>
        <w:tc>
          <w:tcPr>
            <w:tcW w:type="dxa" w:w="4989"/>
          </w:tcPr>
          <w:p>
            <w:pPr>
              <w:bidi/>
              <w:spacing w:before="0" w:after="40"/>
              <w:jc w:val="both"/>
            </w:pPr>
            <w:r>
              <w:rPr>
                <w:rtl/>
              </w:rPr>
              <w:t>4. אם</w:t>
            </w:r>
          </w:p>
        </w:tc>
        <w:tc>
          <w:tcPr>
            <w:tcW w:type="dxa" w:w="4989"/>
          </w:tcPr>
          <w:p>
            <w:pPr>
              <w:bidi/>
              <w:spacing w:before="0" w:after="40"/>
              <w:jc w:val="both"/>
            </w:pPr>
            <w:r>
              <w:rPr>
                <w:rtl/>
              </w:rPr>
              <w:t>[1] לפיכך</w:t>
            </w:r>
          </w:p>
        </w:tc>
      </w:tr>
    </w:tbl>
    <w:p>
      <w:pPr>
        <w:bidi/>
        <w:spacing w:before="0" w:after="40"/>
        <w:jc w:val="both"/>
      </w:pPr>
    </w:p>
    <w:p>
      <w:pPr>
        <w:bidi/>
        <w:spacing w:before="160" w:after="60"/>
        <w:jc w:val="both"/>
      </w:pPr>
      <w:r>
        <w:rPr>
          <w:b/>
          <w:bCs/>
          <w:sz w:val="26"/>
          <w:szCs w:val="26"/>
          <w:rtl/>
        </w:rPr>
        <w:t>7. נכון או לא נכון? תקנו את הלא נכונים.</w:t>
      </w:r>
    </w:p>
    <w:p>
      <w:pPr>
        <w:bidi/>
        <w:spacing w:before="0" w:after="40"/>
        <w:jc w:val="both"/>
      </w:pPr>
      <w:r>
        <w:rPr>
          <w:rtl/>
        </w:rPr>
        <w:t>א. «ואילו» מבטאת עימות. – נכון</w:t>
      </w:r>
    </w:p>
    <w:p>
      <w:pPr>
        <w:bidi/>
        <w:spacing w:before="0" w:after="40"/>
        <w:jc w:val="both"/>
      </w:pPr>
      <w:r>
        <w:rPr>
          <w:rtl/>
        </w:rPr>
        <w:t>ב. «לבסוף» מבטאת סיבה. – לא נכון – «לבסוף» מבטאת זמן</w:t>
      </w:r>
    </w:p>
    <w:p>
      <w:pPr>
        <w:bidi/>
        <w:spacing w:before="0" w:after="40"/>
        <w:jc w:val="both"/>
      </w:pPr>
      <w:r>
        <w:rPr>
          <w:rtl/>
        </w:rPr>
        <w:t>ג. «בתנאי ש» מבטאת תנאי. – נכון</w:t>
      </w:r>
    </w:p>
    <w:p>
      <w:pPr>
        <w:bidi/>
        <w:spacing w:before="160" w:after="60"/>
        <w:jc w:val="both"/>
      </w:pPr>
      <w:r>
        <w:rPr>
          <w:b/>
          <w:bCs/>
          <w:sz w:val="26"/>
          <w:szCs w:val="26"/>
          <w:rtl/>
        </w:rPr>
        <w:t>8. בכל משפט מצאו את מילת הקישור וכתבו את היחס.</w:t>
      </w:r>
    </w:p>
    <w:p>
      <w:pPr>
        <w:bidi/>
        <w:spacing w:before="0" w:after="100"/>
        <w:jc w:val="both"/>
      </w:pPr>
      <w:r>
        <w:rPr>
          <w:rtl/>
        </w:rPr>
        <w:t>א. נוסף על השיעורים, יש לנו חוגים.  ← נוסף על – הוספה</w:t>
      </w:r>
    </w:p>
    <w:p>
      <w:pPr>
        <w:bidi/>
        <w:spacing w:before="0" w:after="100"/>
        <w:jc w:val="both"/>
      </w:pPr>
      <w:r>
        <w:rPr>
          <w:rtl/>
        </w:rPr>
        <w:t>ב. הוא נשאר בבית, כי היה חולה.  ← כי – סיבה</w:t>
      </w:r>
    </w:p>
    <w:p>
      <w:pPr>
        <w:bidi/>
        <w:spacing w:before="0" w:after="100"/>
        <w:jc w:val="both"/>
      </w:pPr>
      <w:r>
        <w:rPr>
          <w:rtl/>
        </w:rPr>
        <w:t>ג. אם תתאמן, תשתפר.  ← אם – תנאי</w:t>
      </w:r>
    </w:p>
    <w:p>
      <w:pPr>
        <w:bidi/>
        <w:spacing w:before="0" w:after="100"/>
        <w:jc w:val="both"/>
      </w:pPr>
      <w:r>
        <w:rPr>
          <w:rtl/>
        </w:rPr>
        <w:t>ד. היא שקטה, ואילו אחותה פטפטנית.  ← ואילו – עימות</w:t>
      </w:r>
    </w:p>
    <w:p>
      <w:pPr>
        <w:bidi/>
        <w:spacing w:before="160" w:after="60"/>
        <w:jc w:val="both"/>
      </w:pPr>
      <w:r>
        <w:rPr>
          <w:b/>
          <w:bCs/>
          <w:sz w:val="26"/>
          <w:szCs w:val="26"/>
          <w:rtl/>
        </w:rPr>
        <w:t>9. השלימו את המשפט בתוצאה מתאימה.</w:t>
      </w:r>
    </w:p>
    <w:p>
      <w:pPr>
        <w:bidi/>
        <w:spacing w:before="0" w:after="40"/>
        <w:jc w:val="both"/>
      </w:pPr>
      <w:r>
        <w:rPr>
          <w:rtl/>
        </w:rPr>
        <w:t>א. שכחתי את המטרייה, ולכן נרטבתי בגשם.</w:t>
      </w:r>
    </w:p>
    <w:p>
      <w:pPr>
        <w:bidi/>
        <w:spacing w:before="0" w:after="40"/>
        <w:jc w:val="both"/>
      </w:pPr>
      <w:r>
        <w:rPr>
          <w:rtl/>
        </w:rPr>
        <w:t>ב. האוטובוס לא הגיע, לפיכך הלכנו ברגל.</w:t>
      </w:r>
    </w:p>
    <w:p>
      <w:pPr>
        <w:bidi/>
        <w:spacing w:before="160" w:after="60"/>
        <w:jc w:val="both"/>
      </w:pPr>
      <w:r>
        <w:rPr>
          <w:b/>
          <w:bCs/>
          <w:sz w:val="26"/>
          <w:szCs w:val="26"/>
          <w:rtl/>
        </w:rPr>
        <w:t>10. השלימו לכל משפט סיבה או תוצאה.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סיבה</w:t>
            </w:r>
          </w:p>
        </w:tc>
        <w:tc>
          <w:tcPr>
            <w:tcW w:type="dxa" w:w="4989"/>
            <w:shd w:val="clear" w:color="auto" w:fill="9f1239"/>
          </w:tcPr>
          <w:p>
            <w:pPr>
              <w:bidi/>
              <w:spacing w:before="0" w:after="40"/>
              <w:jc w:val="both"/>
            </w:pPr>
            <w:r>
              <w:rPr>
                <w:b/>
                <w:bCs/>
                <w:color w:val="FFFFFF"/>
                <w:rtl/>
              </w:rPr>
              <w:t>תוצאה</w:t>
            </w:r>
          </w:p>
        </w:tc>
      </w:tr>
      <w:tr>
        <w:tc>
          <w:tcPr>
            <w:tcW w:type="dxa" w:w="4989"/>
          </w:tcPr>
          <w:p>
            <w:pPr>
              <w:bidi/>
              <w:spacing w:before="0" w:after="40"/>
              <w:jc w:val="both"/>
            </w:pPr>
            <w:r>
              <w:rPr>
                <w:rtl/>
              </w:rPr>
              <w:t>ירד גשם חזק.</w:t>
            </w:r>
          </w:p>
        </w:tc>
        <w:tc>
          <w:tcPr>
            <w:tcW w:type="dxa" w:w="4989"/>
          </w:tcPr>
          <w:p>
            <w:pPr>
              <w:bidi/>
              <w:spacing w:before="0" w:after="40"/>
              <w:jc w:val="both"/>
            </w:pPr>
            <w:r>
              <w:rPr>
                <w:color w:val="0F7A4F"/>
                <w:rtl/>
              </w:rPr>
              <w:t>המשחק נדחה.</w:t>
            </w:r>
          </w:p>
        </w:tc>
      </w:tr>
      <w:tr>
        <w:tc>
          <w:tcPr>
            <w:tcW w:type="dxa" w:w="4989"/>
          </w:tcPr>
          <w:p>
            <w:pPr>
              <w:bidi/>
              <w:spacing w:before="0" w:after="40"/>
              <w:jc w:val="both"/>
            </w:pPr>
            <w:r>
              <w:rPr>
                <w:color w:val="0F7A4F"/>
                <w:rtl/>
              </w:rPr>
              <w:t>הייתי חולה.</w:t>
            </w:r>
          </w:p>
        </w:tc>
        <w:tc>
          <w:tcPr>
            <w:tcW w:type="dxa" w:w="4989"/>
          </w:tcPr>
          <w:p>
            <w:pPr>
              <w:bidi/>
              <w:spacing w:before="0" w:after="40"/>
              <w:jc w:val="both"/>
            </w:pPr>
            <w:r>
              <w:rPr>
                <w:rtl/>
              </w:rPr>
              <w:t>לא הלכתי לבית הספר.</w:t>
            </w:r>
          </w:p>
        </w:tc>
      </w:tr>
    </w:tbl>
    <w:p>
      <w:pPr>
        <w:bidi/>
        <w:spacing w:before="0" w:after="40"/>
        <w:jc w:val="both"/>
      </w:pPr>
    </w:p>
    <w:p>
      <w:pPr>
        <w:bidi/>
        <w:spacing w:before="160" w:after="60"/>
        <w:jc w:val="both"/>
      </w:pPr>
      <w:r>
        <w:rPr>
          <w:b/>
          <w:bCs/>
          <w:sz w:val="26"/>
          <w:szCs w:val="26"/>
          <w:rtl/>
        </w:rPr>
        <w:t>11. בחרו את מילת הקישור הנכונה מן הסוגריים.</w:t>
      </w:r>
    </w:p>
    <w:p>
      <w:pPr>
        <w:bidi/>
        <w:spacing w:before="0" w:after="40"/>
        <w:jc w:val="both"/>
      </w:pPr>
      <w:r>
        <w:rPr>
          <w:rtl/>
        </w:rPr>
        <w:t>א. אף על פי שהיה מאוחר, המשכנו לשחק. (אף על פי / מפני)</w:t>
      </w:r>
    </w:p>
    <w:p>
      <w:pPr>
        <w:bidi/>
        <w:spacing w:before="0" w:after="40"/>
        <w:jc w:val="both"/>
      </w:pPr>
      <w:r>
        <w:rPr>
          <w:rtl/>
        </w:rPr>
        <w:t>ב. האתר נוח, עם זאת חסרים בו פרטים. (עם זאת / לכן)</w:t>
      </w:r>
    </w:p>
    <w:p>
      <w:pPr>
        <w:bidi/>
        <w:spacing w:before="0" w:after="40"/>
        <w:jc w:val="both"/>
      </w:pPr>
      <w:r>
        <w:rPr>
          <w:rtl/>
        </w:rPr>
        <w:t>ג. נצא בזמן בתנאי ש־ כולם יגיעו. (בתנאי ש־ / כי)</w:t>
      </w:r>
    </w:p>
    <w:p>
      <w:pPr>
        <w:bidi/>
        <w:spacing w:before="160" w:after="60"/>
        <w:jc w:val="both"/>
      </w:pPr>
      <w:r>
        <w:rPr>
          <w:b/>
          <w:bCs/>
          <w:sz w:val="26"/>
          <w:szCs w:val="26"/>
          <w:rtl/>
        </w:rPr>
        <w:t>12. כתבו שלושה משפטים על חופשת הקיץ: אחד עם מילת זמן, אחד עם מילת ויתור ואחד עם מילת תנאי.</w:t>
      </w:r>
    </w:p>
    <w:p>
      <w:pPr>
        <w:bidi/>
        <w:spacing w:before="0" w:after="80"/>
        <w:jc w:val="both"/>
      </w:pPr>
      <w:r>
        <w:rPr>
          <w:color w:val="0F7A4F"/>
          <w:rtl/>
        </w:rPr>
        <w:t>תשובה אפשרית: אחרי שהסתיימו הלימודים, נסענו לצפון. למרות שהיה חם, טיילנו כל יום. אם נוכל, נחזור לשם גם בשנה הבאה.</w:t>
      </w:r>
    </w:p>
    <w:p>
      <w:pPr>
        <w:bidi/>
        <w:spacing w:before="160" w:after="80"/>
        <w:jc w:val="both"/>
      </w:pPr>
      <w:r>
        <w:rPr>
          <w:rFonts w:ascii="Times New Roman" w:hAnsi="Times New Roman" w:cs="Times New Roman"/>
          <w:b/>
          <w:bCs/>
          <w:color w:val="9F1239"/>
          <w:sz w:val="30"/>
          <w:szCs w:val="30"/>
          <w:rtl/>
        </w:rPr>
        <w:t>פרק 7: כתיבת עמדה מנומקת ומכתב רשמי</w:t>
      </w:r>
    </w:p>
    <w:p>
      <w:pPr>
        <w:bidi/>
        <w:spacing w:before="160" w:after="60"/>
        <w:jc w:val="both"/>
      </w:pPr>
      <w:r>
        <w:rPr>
          <w:b/>
          <w:bCs/>
          <w:sz w:val="26"/>
          <w:szCs w:val="26"/>
          <w:rtl/>
        </w:rPr>
        <w:t>1. עובדה, דעה או השערה?</w:t>
      </w:r>
    </w:p>
    <w:p>
      <w:pPr>
        <w:bidi/>
        <w:spacing w:before="0" w:after="20"/>
        <w:jc w:val="both"/>
      </w:pPr>
      <w:r>
        <w:rPr>
          <w:rtl/>
        </w:rPr>
        <w:t>א. מחר כנראה יהיה שרב.</w:t>
      </w:r>
    </w:p>
    <w:p>
      <w:pPr>
        <w:bidi/>
        <w:spacing w:before="0" w:after="80"/>
        <w:jc w:val="both"/>
      </w:pPr>
      <w:r>
        <w:rPr>
          <w:b/>
          <w:bCs/>
          <w:color w:val="0F7A4F"/>
          <w:rtl/>
        </w:rPr>
        <w:t xml:space="preserve">   ✔ השערה</w:t>
      </w:r>
    </w:p>
    <w:p>
      <w:pPr>
        <w:bidi/>
        <w:spacing w:before="0" w:after="20"/>
        <w:jc w:val="both"/>
      </w:pPr>
      <w:r>
        <w:rPr>
          <w:rtl/>
        </w:rPr>
        <w:t>ב. הטיול השנתי יוצא ביום חמישי.</w:t>
      </w:r>
    </w:p>
    <w:p>
      <w:pPr>
        <w:bidi/>
        <w:spacing w:before="0" w:after="80"/>
        <w:jc w:val="both"/>
      </w:pPr>
      <w:r>
        <w:rPr>
          <w:b/>
          <w:bCs/>
          <w:color w:val="0F7A4F"/>
          <w:rtl/>
        </w:rPr>
        <w:t xml:space="preserve">   ✔ עובדה</w:t>
      </w:r>
    </w:p>
    <w:p>
      <w:pPr>
        <w:bidi/>
        <w:spacing w:before="0" w:after="20"/>
        <w:jc w:val="both"/>
      </w:pPr>
      <w:r>
        <w:rPr>
          <w:rtl/>
        </w:rPr>
        <w:t>ג. הסרט הזה משעמם.</w:t>
      </w:r>
    </w:p>
    <w:p>
      <w:pPr>
        <w:bidi/>
        <w:spacing w:before="0" w:after="80"/>
        <w:jc w:val="both"/>
      </w:pPr>
      <w:r>
        <w:rPr>
          <w:b/>
          <w:bCs/>
          <w:color w:val="0F7A4F"/>
          <w:rtl/>
        </w:rPr>
        <w:t xml:space="preserve">   ✔ דעה</w:t>
      </w:r>
    </w:p>
    <w:p>
      <w:pPr>
        <w:bidi/>
        <w:spacing w:before="160" w:after="60"/>
        <w:jc w:val="both"/>
      </w:pPr>
      <w:r>
        <w:rPr>
          <w:b/>
          <w:bCs/>
          <w:sz w:val="26"/>
          <w:szCs w:val="26"/>
          <w:rtl/>
        </w:rPr>
        <w:t>2. השלימו את חלקי המכתב הרשמי לפי הסדר.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כותבים בו?</w:t>
            </w:r>
          </w:p>
        </w:tc>
      </w:tr>
      <w:tr>
        <w:tc>
          <w:tcPr>
            <w:tcW w:type="dxa" w:w="4989"/>
          </w:tcPr>
          <w:p>
            <w:pPr>
              <w:bidi/>
              <w:spacing w:before="0" w:after="40"/>
              <w:jc w:val="both"/>
            </w:pPr>
            <w:r>
              <w:rPr>
                <w:rtl/>
              </w:rPr>
              <w:t>פנייה</w:t>
            </w:r>
          </w:p>
        </w:tc>
        <w:tc>
          <w:tcPr>
            <w:tcW w:type="dxa" w:w="4989"/>
          </w:tcPr>
          <w:p>
            <w:pPr>
              <w:bidi/>
              <w:spacing w:before="0" w:after="40"/>
              <w:jc w:val="both"/>
            </w:pPr>
            <w:r>
              <w:rPr>
                <w:color w:val="0F7A4F"/>
                <w:rtl/>
              </w:rPr>
              <w:t>לכבוד... שלום רב</w:t>
            </w:r>
          </w:p>
        </w:tc>
      </w:tr>
      <w:tr>
        <w:tc>
          <w:tcPr>
            <w:tcW w:type="dxa" w:w="4989"/>
          </w:tcPr>
          <w:p>
            <w:pPr>
              <w:bidi/>
              <w:spacing w:before="0" w:after="40"/>
              <w:jc w:val="both"/>
            </w:pPr>
            <w:r>
              <w:rPr>
                <w:rtl/>
              </w:rPr>
              <w:t>הנדון</w:t>
            </w:r>
          </w:p>
        </w:tc>
        <w:tc>
          <w:tcPr>
            <w:tcW w:type="dxa" w:w="4989"/>
          </w:tcPr>
          <w:p>
            <w:pPr>
              <w:bidi/>
              <w:spacing w:before="0" w:after="40"/>
              <w:jc w:val="both"/>
            </w:pPr>
            <w:r>
              <w:rPr>
                <w:color w:val="0F7A4F"/>
                <w:rtl/>
              </w:rPr>
              <w:t>במילים ספורות – מה הנושא או הבקשה</w:t>
            </w:r>
          </w:p>
        </w:tc>
      </w:tr>
      <w:tr>
        <w:tc>
          <w:tcPr>
            <w:tcW w:type="dxa" w:w="4989"/>
          </w:tcPr>
          <w:p>
            <w:pPr>
              <w:bidi/>
              <w:spacing w:before="0" w:after="40"/>
              <w:jc w:val="both"/>
            </w:pPr>
            <w:r>
              <w:rPr>
                <w:rtl/>
              </w:rPr>
              <w:t>גוף המכתב</w:t>
            </w:r>
          </w:p>
        </w:tc>
        <w:tc>
          <w:tcPr>
            <w:tcW w:type="dxa" w:w="4989"/>
          </w:tcPr>
          <w:p>
            <w:pPr>
              <w:bidi/>
              <w:spacing w:before="0" w:after="40"/>
              <w:jc w:val="both"/>
            </w:pPr>
            <w:r>
              <w:rPr>
                <w:color w:val="0F7A4F"/>
                <w:rtl/>
              </w:rPr>
              <w:t>הבקשה, הנימוקים וההצדקות, בקצרה</w:t>
            </w:r>
          </w:p>
        </w:tc>
      </w:tr>
      <w:tr>
        <w:tc>
          <w:tcPr>
            <w:tcW w:type="dxa" w:w="4989"/>
          </w:tcPr>
          <w:p>
            <w:pPr>
              <w:bidi/>
              <w:spacing w:before="0" w:after="40"/>
              <w:jc w:val="both"/>
            </w:pPr>
            <w:r>
              <w:rPr>
                <w:rtl/>
              </w:rPr>
              <w:t>סיום</w:t>
            </w:r>
          </w:p>
        </w:tc>
        <w:tc>
          <w:tcPr>
            <w:tcW w:type="dxa" w:w="4989"/>
          </w:tcPr>
          <w:p>
            <w:pPr>
              <w:bidi/>
              <w:spacing w:before="0" w:after="40"/>
              <w:jc w:val="both"/>
            </w:pPr>
            <w:r>
              <w:rPr>
                <w:color w:val="0F7A4F"/>
                <w:rtl/>
              </w:rPr>
              <w:t>ברכה וחתימה</w:t>
            </w:r>
          </w:p>
        </w:tc>
      </w:tr>
    </w:tbl>
    <w:p>
      <w:pPr>
        <w:bidi/>
        <w:spacing w:before="0" w:after="40"/>
        <w:jc w:val="both"/>
      </w:pPr>
    </w:p>
    <w:p>
      <w:pPr>
        <w:bidi/>
        <w:spacing w:before="160" w:after="60"/>
        <w:jc w:val="both"/>
      </w:pPr>
      <w:r>
        <w:rPr>
          <w:b/>
          <w:bCs/>
          <w:sz w:val="26"/>
          <w:szCs w:val="26"/>
          <w:rtl/>
        </w:rPr>
        <w:t>3. כתבו פתיח של שני משפטים לטקסט שטוען שצריך לאפשר לתלמידים לבחור מקום ישיבה בכיתה.</w:t>
      </w:r>
    </w:p>
    <w:p>
      <w:pPr>
        <w:bidi/>
        <w:spacing w:before="0" w:after="80"/>
        <w:jc w:val="both"/>
      </w:pPr>
      <w:r>
        <w:rPr>
          <w:color w:val="0F7A4F"/>
          <w:rtl/>
        </w:rPr>
        <w:t>תשובה אפשרית: בכיתות רבות המורה קובעת היכן כל תלמיד יושב. לדעתי כדאי לאפשר לתלמידים לבחור את מקומם, כי כך ירגישו נוח וילמדו טוב יותר.</w:t>
      </w:r>
    </w:p>
    <w:p>
      <w:pPr>
        <w:bidi/>
        <w:spacing w:before="160" w:after="60"/>
        <w:jc w:val="both"/>
      </w:pPr>
      <w:r>
        <w:rPr>
          <w:b/>
          <w:bCs/>
          <w:sz w:val="26"/>
          <w:szCs w:val="26"/>
          <w:rtl/>
        </w:rPr>
        <w:t>4. כתבו סגיר של שני משפטים לאותו טקסט.</w:t>
      </w:r>
    </w:p>
    <w:p>
      <w:pPr>
        <w:bidi/>
        <w:spacing w:before="0" w:after="80"/>
        <w:jc w:val="both"/>
      </w:pPr>
      <w:r>
        <w:rPr>
          <w:color w:val="0F7A4F"/>
          <w:rtl/>
        </w:rPr>
        <w:t>תשובה אפשרית: לסיכום, בחירת מקום ישיבה תעזור לתלמידים להרגיש אחראים ולהתרכז. לכן אני מציע לנסות זאת בכיתה שלנו במשך חודש.</w:t>
      </w:r>
    </w:p>
    <w:p>
      <w:pPr>
        <w:bidi/>
        <w:spacing w:before="160" w:after="60"/>
        <w:jc w:val="both"/>
      </w:pPr>
      <w:r>
        <w:rPr>
          <w:b/>
          <w:bCs/>
          <w:sz w:val="26"/>
          <w:szCs w:val="26"/>
          <w:rtl/>
        </w:rPr>
        <w:t>5. מיינו את המשפטים: פתיח או סגיר?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פתיח</w:t>
            </w:r>
          </w:p>
        </w:tc>
        <w:tc>
          <w:tcPr>
            <w:tcW w:type="dxa" w:w="4989"/>
            <w:shd w:val="clear" w:color="auto" w:fill="9f1239"/>
          </w:tcPr>
          <w:p>
            <w:pPr>
              <w:bidi/>
              <w:spacing w:before="0" w:after="40"/>
              <w:jc w:val="both"/>
            </w:pPr>
            <w:r>
              <w:rPr>
                <w:b/>
                <w:bCs/>
                <w:color w:val="FFFFFF"/>
                <w:rtl/>
              </w:rPr>
              <w:t>סגיר</w:t>
            </w:r>
          </w:p>
        </w:tc>
      </w:tr>
      <w:tr>
        <w:tc>
          <w:tcPr>
            <w:tcW w:type="dxa" w:w="4989"/>
          </w:tcPr>
          <w:p>
            <w:pPr>
              <w:bidi/>
              <w:spacing w:before="0" w:after="40"/>
              <w:jc w:val="both"/>
            </w:pPr>
            <w:r>
              <w:rPr>
                <w:rtl/>
              </w:rPr>
              <w:t>בשבוע שעבר עלתה בכיתה שאלה חשובה., האם כדאי לקצר את ההפסקות?</w:t>
            </w:r>
          </w:p>
        </w:tc>
        <w:tc>
          <w:tcPr>
            <w:tcW w:type="dxa" w:w="4989"/>
          </w:tcPr>
          <w:p>
            <w:pPr>
              <w:bidi/>
              <w:spacing w:before="0" w:after="40"/>
              <w:jc w:val="both"/>
            </w:pPr>
            <w:r>
              <w:rPr>
                <w:rtl/>
              </w:rPr>
              <w:t>לסיכום, כדאי לנסות את הרעיון., לכן אני מבקש לאשר את הבקשה.</w:t>
            </w:r>
          </w:p>
        </w:tc>
      </w:tr>
    </w:tbl>
    <w:p>
      <w:pPr>
        <w:bidi/>
        <w:spacing w:before="0" w:after="40"/>
        <w:jc w:val="both"/>
      </w:pPr>
    </w:p>
    <w:p>
      <w:pPr>
        <w:bidi/>
        <w:spacing w:before="160" w:after="60"/>
        <w:jc w:val="both"/>
      </w:pPr>
      <w:r>
        <w:rPr>
          <w:b/>
          <w:bCs/>
          <w:sz w:val="26"/>
          <w:szCs w:val="26"/>
          <w:rtl/>
        </w:rPr>
        <w:t>6. נסחו שורת «הנדון» קצרה.</w:t>
      </w:r>
    </w:p>
    <w:p>
      <w:pPr>
        <w:bidi/>
        <w:spacing w:before="0" w:after="40"/>
        <w:jc w:val="both"/>
      </w:pPr>
      <w:r>
        <w:rPr>
          <w:rtl/>
        </w:rPr>
        <w:t>א. בקשה מהמנהלת לפתוח את הספרייה בהפסקה: הנדון: פתיחת הספרייה בהפסקות.</w:t>
      </w:r>
    </w:p>
    <w:p>
      <w:pPr>
        <w:bidi/>
        <w:spacing w:before="0" w:after="40"/>
        <w:jc w:val="both"/>
      </w:pPr>
      <w:r>
        <w:rPr>
          <w:rtl/>
        </w:rPr>
        <w:t>ב. תלונה לעירייה על מדרכה שבורה: הנדון: תיקון מדרכה שבורה.</w:t>
      </w:r>
    </w:p>
    <w:p>
      <w:pPr>
        <w:bidi/>
        <w:spacing w:before="160" w:after="60"/>
        <w:jc w:val="both"/>
      </w:pPr>
      <w:r>
        <w:rPr>
          <w:b/>
          <w:bCs/>
          <w:sz w:val="26"/>
          <w:szCs w:val="26"/>
          <w:rtl/>
        </w:rPr>
        <w:t>7. נכון או לא נכון? תקנו את הלא נכונים.</w:t>
      </w:r>
    </w:p>
    <w:p>
      <w:pPr>
        <w:bidi/>
        <w:spacing w:before="0" w:after="40"/>
        <w:jc w:val="both"/>
      </w:pPr>
      <w:r>
        <w:rPr>
          <w:rtl/>
        </w:rPr>
        <w:t>א. בדוא"ל רשמי שורת הנושא מחליפה את «הנדון». – נכון</w:t>
      </w:r>
    </w:p>
    <w:p>
      <w:pPr>
        <w:bidi/>
        <w:spacing w:before="0" w:after="40"/>
        <w:jc w:val="both"/>
      </w:pPr>
      <w:r>
        <w:rPr>
          <w:rtl/>
        </w:rPr>
        <w:t>ב. בסגיר מביאים נימוק חדש שלא הוזכר קודם. – לא נכון – הסגיר מסכם וחוזר לטענה</w:t>
      </w:r>
    </w:p>
    <w:p>
      <w:pPr>
        <w:bidi/>
        <w:spacing w:before="0" w:after="40"/>
        <w:jc w:val="both"/>
      </w:pPr>
      <w:r>
        <w:rPr>
          <w:rtl/>
        </w:rPr>
        <w:t>ג. השערה היא ניחוש על מה שעשוי לקרות. – נכון</w:t>
      </w:r>
    </w:p>
    <w:p>
      <w:pPr>
        <w:bidi/>
        <w:spacing w:before="160" w:after="60"/>
        <w:jc w:val="both"/>
      </w:pPr>
      <w:r>
        <w:rPr>
          <w:b/>
          <w:bCs/>
          <w:sz w:val="26"/>
          <w:szCs w:val="26"/>
          <w:rtl/>
        </w:rPr>
        <w:t>8. התאימו כל חלק של מכתב רשמי לדוגמה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פנייה</w:t>
            </w:r>
          </w:p>
        </w:tc>
        <w:tc>
          <w:tcPr>
            <w:tcW w:type="dxa" w:w="4989"/>
          </w:tcPr>
          <w:p>
            <w:pPr>
              <w:bidi/>
              <w:spacing w:before="0" w:after="40"/>
              <w:jc w:val="both"/>
            </w:pPr>
            <w:r>
              <w:rPr>
                <w:rtl/>
              </w:rPr>
              <w:t>[3] בתודה מראש</w:t>
            </w:r>
          </w:p>
        </w:tc>
      </w:tr>
      <w:tr>
        <w:tc>
          <w:tcPr>
            <w:tcW w:type="dxa" w:w="4989"/>
          </w:tcPr>
          <w:p>
            <w:pPr>
              <w:bidi/>
              <w:spacing w:before="0" w:after="40"/>
              <w:jc w:val="both"/>
            </w:pPr>
            <w:r>
              <w:rPr>
                <w:rtl/>
              </w:rPr>
              <w:t>2. הנדון</w:t>
            </w:r>
          </w:p>
        </w:tc>
        <w:tc>
          <w:tcPr>
            <w:tcW w:type="dxa" w:w="4989"/>
          </w:tcPr>
          <w:p>
            <w:pPr>
              <w:bidi/>
              <w:spacing w:before="0" w:after="40"/>
              <w:jc w:val="both"/>
            </w:pPr>
            <w:r>
              <w:rPr>
                <w:rtl/>
              </w:rPr>
              <w:t>[2] בקשה לדחות את מועד המבחן</w:t>
            </w:r>
          </w:p>
        </w:tc>
      </w:tr>
      <w:tr>
        <w:tc>
          <w:tcPr>
            <w:tcW w:type="dxa" w:w="4989"/>
          </w:tcPr>
          <w:p>
            <w:pPr>
              <w:bidi/>
              <w:spacing w:before="0" w:after="40"/>
              <w:jc w:val="both"/>
            </w:pPr>
            <w:r>
              <w:rPr>
                <w:rtl/>
              </w:rPr>
              <w:t>3. ברכה</w:t>
            </w:r>
          </w:p>
        </w:tc>
        <w:tc>
          <w:tcPr>
            <w:tcW w:type="dxa" w:w="4989"/>
          </w:tcPr>
          <w:p>
            <w:pPr>
              <w:bidi/>
              <w:spacing w:before="0" w:after="40"/>
              <w:jc w:val="both"/>
            </w:pPr>
            <w:r>
              <w:rPr>
                <w:rtl/>
              </w:rPr>
              <w:t>[4] נציגי כיתה ז'1</w:t>
            </w:r>
          </w:p>
        </w:tc>
      </w:tr>
      <w:tr>
        <w:tc>
          <w:tcPr>
            <w:tcW w:type="dxa" w:w="4989"/>
          </w:tcPr>
          <w:p>
            <w:pPr>
              <w:bidi/>
              <w:spacing w:before="0" w:after="40"/>
              <w:jc w:val="both"/>
            </w:pPr>
            <w:r>
              <w:rPr>
                <w:rtl/>
              </w:rPr>
              <w:t>4. חתימה</w:t>
            </w:r>
          </w:p>
        </w:tc>
        <w:tc>
          <w:tcPr>
            <w:tcW w:type="dxa" w:w="4989"/>
          </w:tcPr>
          <w:p>
            <w:pPr>
              <w:bidi/>
              <w:spacing w:before="0" w:after="40"/>
              <w:jc w:val="both"/>
            </w:pPr>
            <w:r>
              <w:rPr>
                <w:rtl/>
              </w:rPr>
              <w:t>[1] לכבוד רכזת השכבה, שלום רב</w:t>
            </w:r>
          </w:p>
        </w:tc>
      </w:tr>
    </w:tbl>
    <w:p>
      <w:pPr>
        <w:bidi/>
        <w:spacing w:before="0" w:after="40"/>
        <w:jc w:val="both"/>
      </w:pPr>
    </w:p>
    <w:p>
      <w:pPr>
        <w:bidi/>
        <w:spacing w:before="160" w:after="60"/>
        <w:jc w:val="both"/>
      </w:pPr>
      <w:r>
        <w:rPr>
          <w:b/>
          <w:bCs/>
          <w:sz w:val="26"/>
          <w:szCs w:val="26"/>
          <w:rtl/>
        </w:rPr>
        <w:t>9. כתבו ליד כל משפט: עובדה, דעה או השערה.</w:t>
      </w:r>
    </w:p>
    <w:p>
      <w:pPr>
        <w:bidi/>
        <w:spacing w:before="0" w:after="100"/>
        <w:jc w:val="both"/>
      </w:pPr>
      <w:r>
        <w:rPr>
          <w:rtl/>
        </w:rPr>
        <w:t>א. בית הספר נפתח לפני עשרים שנה.  ← עובדה</w:t>
      </w:r>
    </w:p>
    <w:p>
      <w:pPr>
        <w:bidi/>
        <w:spacing w:before="0" w:after="100"/>
        <w:jc w:val="both"/>
      </w:pPr>
      <w:r>
        <w:rPr>
          <w:rtl/>
        </w:rPr>
        <w:t>ב. זה בית הספר הכי טוב בעיר.  ← דעה</w:t>
      </w:r>
    </w:p>
    <w:p>
      <w:pPr>
        <w:bidi/>
        <w:spacing w:before="0" w:after="100"/>
        <w:jc w:val="both"/>
      </w:pPr>
      <w:r>
        <w:rPr>
          <w:rtl/>
        </w:rPr>
        <w:t>ג. אם יוסיפו מזגנים, יהיה נוח יותר ללמוד.  ← השערה</w:t>
      </w:r>
    </w:p>
    <w:p>
      <w:pPr>
        <w:bidi/>
        <w:spacing w:before="0" w:after="100"/>
        <w:jc w:val="both"/>
      </w:pPr>
      <w:r>
        <w:rPr>
          <w:rtl/>
        </w:rPr>
        <w:t>ד. בכיתה שלנו יש שני חלונות.  ← עובדה</w:t>
      </w:r>
    </w:p>
    <w:p>
      <w:pPr>
        <w:bidi/>
        <w:spacing w:before="160" w:after="60"/>
        <w:jc w:val="both"/>
      </w:pPr>
      <w:r>
        <w:rPr>
          <w:b/>
          <w:bCs/>
          <w:sz w:val="26"/>
          <w:szCs w:val="26"/>
          <w:rtl/>
        </w:rPr>
        <w:t>10. כתבו לכל טענה נימוק והצדקה.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טענה</w:t>
            </w:r>
          </w:p>
        </w:tc>
        <w:tc>
          <w:tcPr>
            <w:tcW w:type="dxa" w:w="3326"/>
            <w:shd w:val="clear" w:color="auto" w:fill="9f1239"/>
          </w:tcPr>
          <w:p>
            <w:pPr>
              <w:bidi/>
              <w:spacing w:before="0" w:after="40"/>
              <w:jc w:val="both"/>
            </w:pPr>
            <w:r>
              <w:rPr>
                <w:b/>
                <w:bCs/>
                <w:color w:val="FFFFFF"/>
                <w:rtl/>
              </w:rPr>
              <w:t>נימוק</w:t>
            </w:r>
          </w:p>
        </w:tc>
        <w:tc>
          <w:tcPr>
            <w:tcW w:type="dxa" w:w="3326"/>
            <w:shd w:val="clear" w:color="auto" w:fill="9f1239"/>
          </w:tcPr>
          <w:p>
            <w:pPr>
              <w:bidi/>
              <w:spacing w:before="0" w:after="40"/>
              <w:jc w:val="both"/>
            </w:pPr>
            <w:r>
              <w:rPr>
                <w:b/>
                <w:bCs/>
                <w:color w:val="FFFFFF"/>
                <w:rtl/>
              </w:rPr>
              <w:t>הצדקה</w:t>
            </w:r>
          </w:p>
        </w:tc>
      </w:tr>
      <w:tr>
        <w:tc>
          <w:tcPr>
            <w:tcW w:type="dxa" w:w="3326"/>
          </w:tcPr>
          <w:p>
            <w:pPr>
              <w:bidi/>
              <w:spacing w:before="0" w:after="40"/>
              <w:jc w:val="both"/>
            </w:pPr>
            <w:r>
              <w:rPr>
                <w:rtl/>
              </w:rPr>
              <w:t>כדאי לקרוא ספרים בחופשה.</w:t>
            </w:r>
          </w:p>
        </w:tc>
        <w:tc>
          <w:tcPr>
            <w:tcW w:type="dxa" w:w="3326"/>
          </w:tcPr>
          <w:p>
            <w:pPr>
              <w:bidi/>
              <w:spacing w:before="0" w:after="40"/>
              <w:jc w:val="both"/>
            </w:pPr>
            <w:r>
              <w:rPr>
                <w:color w:val="0F7A4F"/>
                <w:rtl/>
              </w:rPr>
              <w:t>קריאה מעשירה את אוצר המילים.</w:t>
            </w:r>
          </w:p>
        </w:tc>
        <w:tc>
          <w:tcPr>
            <w:tcW w:type="dxa" w:w="3326"/>
          </w:tcPr>
          <w:p>
            <w:pPr>
              <w:bidi/>
              <w:spacing w:before="0" w:after="40"/>
              <w:jc w:val="both"/>
            </w:pPr>
            <w:r>
              <w:rPr>
                <w:color w:val="0F7A4F"/>
                <w:rtl/>
              </w:rPr>
              <w:t>למשל, בכל ספר אני פוגש מילים חדשות שאחר כך אני משתמש בהן בחיבורים.</w:t>
            </w:r>
          </w:p>
        </w:tc>
      </w:tr>
    </w:tbl>
    <w:p>
      <w:pPr>
        <w:bidi/>
        <w:spacing w:before="0" w:after="40"/>
        <w:jc w:val="both"/>
      </w:pPr>
    </w:p>
    <w:p>
      <w:pPr>
        <w:bidi/>
        <w:spacing w:before="160" w:after="60"/>
        <w:jc w:val="both"/>
      </w:pPr>
      <w:r>
        <w:rPr>
          <w:b/>
          <w:bCs/>
          <w:sz w:val="26"/>
          <w:szCs w:val="26"/>
          <w:rtl/>
        </w:rPr>
        <w:t>11. שכתבו את המשפט ללשון רשמית, כך שיתאים למכתב למנהלת: «תגידי, אפשר לשים עוד פחים בחצר? זה מלא זבל!»</w:t>
      </w:r>
    </w:p>
    <w:p>
      <w:pPr>
        <w:bidi/>
        <w:spacing w:before="0" w:after="80"/>
        <w:jc w:val="both"/>
      </w:pPr>
      <w:r>
        <w:rPr>
          <w:color w:val="0F7A4F"/>
          <w:rtl/>
        </w:rPr>
        <w:t>תשובה אפשרית: אנו מבקשים להציב בחצר פחי אשפה נוספים, כי בהפסקות מצטברת בה פסולת רבה.</w:t>
      </w:r>
    </w:p>
    <w:p>
      <w:pPr>
        <w:bidi/>
        <w:spacing w:before="160" w:after="60"/>
        <w:jc w:val="both"/>
      </w:pPr>
      <w:r>
        <w:rPr>
          <w:b/>
          <w:bCs/>
          <w:sz w:val="26"/>
          <w:szCs w:val="26"/>
          <w:rtl/>
        </w:rPr>
        <w:t>12. כתבו פסקה מנומקת (5–6 משפטים): «האם כדאי לאסור טלפונים בהפסקות?». כתבו טענה, שני נימוקים עם הצדקה, וסגיר.</w:t>
      </w:r>
    </w:p>
    <w:p>
      <w:pPr>
        <w:bidi/>
        <w:spacing w:before="0" w:after="80"/>
        <w:jc w:val="both"/>
      </w:pPr>
      <w:r>
        <w:rPr>
          <w:color w:val="0F7A4F"/>
          <w:rtl/>
        </w:rPr>
        <w:t>תשובה אפשרית: מחוון: טענה ברורה; שני נימוקים עם דוגמה או עובדה לכל אחד; סגיר שחוזר לטענה; מילות קישור מתאימות; לשון תקינה.</w:t>
      </w:r>
    </w:p>
    <w:p>
      <w:pPr>
        <w:bidi/>
        <w:spacing w:before="160" w:after="80"/>
        <w:jc w:val="both"/>
      </w:pPr>
      <w:r>
        <w:rPr>
          <w:rFonts w:ascii="Times New Roman" w:hAnsi="Times New Roman" w:cs="Times New Roman"/>
          <w:b/>
          <w:bCs/>
          <w:color w:val="9F1239"/>
          <w:sz w:val="30"/>
          <w:szCs w:val="30"/>
          <w:rtl/>
        </w:rPr>
        <w:t>חזרה</w:t>
      </w:r>
    </w:p>
    <w:p>
      <w:pPr>
        <w:bidi/>
        <w:spacing w:before="160" w:after="60"/>
        <w:jc w:val="both"/>
      </w:pPr>
      <w:r>
        <w:rPr>
          <w:b/>
          <w:bCs/>
          <w:sz w:val="26"/>
          <w:szCs w:val="26"/>
          <w:rtl/>
        </w:rPr>
        <w:t>1. השלימו.</w:t>
      </w:r>
    </w:p>
    <w:p>
      <w:pPr>
        <w:bidi/>
        <w:spacing w:before="0" w:after="40"/>
        <w:jc w:val="both"/>
      </w:pPr>
      <w:r>
        <w:rPr>
          <w:rtl/>
        </w:rPr>
        <w:t>א. השורש של «מזכרת»: ז־כ־ר.</w:t>
      </w:r>
    </w:p>
    <w:p>
      <w:pPr>
        <w:bidi/>
        <w:spacing w:before="0" w:after="40"/>
        <w:jc w:val="both"/>
      </w:pPr>
      <w:r>
        <w:rPr>
          <w:rtl/>
        </w:rPr>
        <w:t>ב. «בית חולים» ברבים: בתי חולים.</w:t>
      </w:r>
    </w:p>
    <w:p>
      <w:pPr>
        <w:bidi/>
        <w:spacing w:before="0" w:after="40"/>
        <w:jc w:val="both"/>
      </w:pPr>
      <w:r>
        <w:rPr>
          <w:rtl/>
        </w:rPr>
        <w:t>ג. «התלבש» בעתיד, גוף «אנחנו»: נתלבש.</w:t>
      </w:r>
    </w:p>
    <w:p>
      <w:pPr>
        <w:bidi/>
        <w:spacing w:before="0" w:after="40"/>
        <w:jc w:val="both"/>
      </w:pPr>
      <w:r>
        <w:rPr>
          <w:rtl/>
        </w:rPr>
        <w:t>ד. «הספרים שלנו» בכינוי חבור: ספרינו.</w:t>
      </w:r>
    </w:p>
    <w:p>
      <w:pPr>
        <w:bidi/>
        <w:spacing w:before="160" w:after="60"/>
        <w:jc w:val="both"/>
      </w:pPr>
      <w:r>
        <w:rPr>
          <w:b/>
          <w:bCs/>
          <w:sz w:val="26"/>
          <w:szCs w:val="26"/>
          <w:rtl/>
        </w:rPr>
        <w:t>2. בחרו את התשובה הנכונה.</w:t>
      </w:r>
    </w:p>
    <w:p>
      <w:pPr>
        <w:bidi/>
        <w:spacing w:before="0" w:after="20"/>
        <w:jc w:val="both"/>
      </w:pPr>
      <w:r>
        <w:rPr>
          <w:rtl/>
        </w:rPr>
        <w:t>א. «השומר» במשפט «השומר נעל את השער» הוא:</w:t>
      </w:r>
    </w:p>
    <w:p>
      <w:pPr>
        <w:bidi/>
        <w:spacing w:before="0" w:after="80"/>
        <w:jc w:val="both"/>
      </w:pPr>
      <w:r>
        <w:rPr>
          <w:b/>
          <w:bCs/>
          <w:color w:val="0F7A4F"/>
          <w:rtl/>
        </w:rPr>
        <w:t xml:space="preserve">   ✔ שם עצם</w:t>
      </w:r>
    </w:p>
    <w:p>
      <w:pPr>
        <w:bidi/>
        <w:spacing w:before="0" w:after="20"/>
        <w:jc w:val="both"/>
      </w:pPr>
      <w:r>
        <w:rPr>
          <w:rtl/>
        </w:rPr>
        <w:t>ב. «הגשם החזק» הוא:</w:t>
      </w:r>
    </w:p>
    <w:p>
      <w:pPr>
        <w:bidi/>
        <w:spacing w:before="0" w:after="80"/>
        <w:jc w:val="both"/>
      </w:pPr>
      <w:r>
        <w:rPr>
          <w:b/>
          <w:bCs/>
          <w:color w:val="0F7A4F"/>
          <w:rtl/>
        </w:rPr>
        <w:t xml:space="preserve">   ✔ צירוף</w:t>
      </w:r>
    </w:p>
    <w:p>
      <w:pPr>
        <w:bidi/>
        <w:spacing w:before="0" w:after="20"/>
        <w:jc w:val="both"/>
      </w:pPr>
      <w:r>
        <w:rPr>
          <w:rtl/>
        </w:rPr>
        <w:t>ג. «למרות ש» מבטאת יחס של:</w:t>
      </w:r>
    </w:p>
    <w:p>
      <w:pPr>
        <w:bidi/>
        <w:spacing w:before="0" w:after="80"/>
        <w:jc w:val="both"/>
      </w:pPr>
      <w:r>
        <w:rPr>
          <w:b/>
          <w:bCs/>
          <w:color w:val="0F7A4F"/>
          <w:rtl/>
        </w:rPr>
        <w:t xml:space="preserve">   ✔ ויתור</w:t>
      </w:r>
    </w:p>
    <w:p>
      <w:pPr>
        <w:bidi/>
        <w:spacing w:before="0" w:after="20"/>
        <w:jc w:val="both"/>
      </w:pPr>
      <w:r>
        <w:rPr>
          <w:rtl/>
        </w:rPr>
        <w:t>ד. הבניין של «הוזמנו» הוא:</w:t>
      </w:r>
    </w:p>
    <w:p>
      <w:pPr>
        <w:bidi/>
        <w:spacing w:before="0" w:after="80"/>
        <w:jc w:val="both"/>
      </w:pPr>
      <w:r>
        <w:rPr>
          <w:b/>
          <w:bCs/>
          <w:color w:val="0F7A4F"/>
          <w:rtl/>
        </w:rPr>
        <w:t xml:space="preserve">   ✔ הופעל</w:t>
      </w:r>
    </w:p>
    <w:p>
      <w:pPr>
        <w:bidi/>
        <w:spacing w:before="160" w:after="60"/>
        <w:jc w:val="both"/>
      </w:pPr>
      <w:r>
        <w:rPr>
          <w:b/>
          <w:bCs/>
          <w:sz w:val="26"/>
          <w:szCs w:val="26"/>
          <w:rtl/>
        </w:rPr>
        <w:t>3. שם המספר: כתבו את המספר במילים. זכרו: ימים בחודש מציינים במספר בלשון זכר (חמישה בכסלו).</w:t>
      </w:r>
    </w:p>
    <w:p>
      <w:pPr>
        <w:bidi/>
        <w:spacing w:before="0" w:after="40"/>
        <w:jc w:val="both"/>
      </w:pPr>
      <w:r>
        <w:rPr>
          <w:rtl/>
        </w:rPr>
        <w:t>א. בכיתה שלנו ארבע עשרה (14) בנות.</w:t>
      </w:r>
    </w:p>
    <w:p>
      <w:pPr>
        <w:bidi/>
        <w:spacing w:before="0" w:after="40"/>
        <w:jc w:val="both"/>
      </w:pPr>
      <w:r>
        <w:rPr>
          <w:rtl/>
        </w:rPr>
        <w:t>ב. קנינו שלושה (3) ספרים חדשים.</w:t>
      </w:r>
    </w:p>
    <w:p>
      <w:pPr>
        <w:bidi/>
        <w:spacing w:before="0" w:after="40"/>
        <w:jc w:val="both"/>
      </w:pPr>
      <w:r>
        <w:rPr>
          <w:rtl/>
        </w:rPr>
        <w:t>ג. שכחתי בבית שתי (2) מחברות.</w:t>
      </w:r>
    </w:p>
    <w:p>
      <w:pPr>
        <w:bidi/>
        <w:spacing w:before="0" w:after="40"/>
        <w:jc w:val="both"/>
      </w:pPr>
      <w:r>
        <w:rPr>
          <w:rtl/>
        </w:rPr>
        <w:t>ד. יום ההולדת שלי חל ב־שבעה (7) בכסלו.</w:t>
      </w:r>
    </w:p>
    <w:p>
      <w:pPr>
        <w:bidi/>
        <w:spacing w:before="160" w:after="60"/>
        <w:jc w:val="both"/>
      </w:pPr>
      <w:r>
        <w:rPr>
          <w:b/>
          <w:bCs/>
          <w:sz w:val="26"/>
          <w:szCs w:val="26"/>
          <w:rtl/>
        </w:rPr>
        <w:t>4. מיינו את מילות הקישור לפי היחס.</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סיבה</w:t>
            </w:r>
          </w:p>
        </w:tc>
        <w:tc>
          <w:tcPr>
            <w:tcW w:type="dxa" w:w="2494"/>
            <w:shd w:val="clear" w:color="auto" w:fill="9f1239"/>
          </w:tcPr>
          <w:p>
            <w:pPr>
              <w:bidi/>
              <w:spacing w:before="0" w:after="40"/>
              <w:jc w:val="both"/>
            </w:pPr>
            <w:r>
              <w:rPr>
                <w:b/>
                <w:bCs/>
                <w:color w:val="FFFFFF"/>
                <w:rtl/>
              </w:rPr>
              <w:t>תוצאה</w:t>
            </w:r>
          </w:p>
        </w:tc>
        <w:tc>
          <w:tcPr>
            <w:tcW w:type="dxa" w:w="2494"/>
            <w:shd w:val="clear" w:color="auto" w:fill="9f1239"/>
          </w:tcPr>
          <w:p>
            <w:pPr>
              <w:bidi/>
              <w:spacing w:before="0" w:after="40"/>
              <w:jc w:val="both"/>
            </w:pPr>
            <w:r>
              <w:rPr>
                <w:b/>
                <w:bCs/>
                <w:color w:val="FFFFFF"/>
                <w:rtl/>
              </w:rPr>
              <w:t>ניגוד</w:t>
            </w:r>
          </w:p>
        </w:tc>
        <w:tc>
          <w:tcPr>
            <w:tcW w:type="dxa" w:w="2494"/>
            <w:shd w:val="clear" w:color="auto" w:fill="9f1239"/>
          </w:tcPr>
          <w:p>
            <w:pPr>
              <w:bidi/>
              <w:spacing w:before="0" w:after="40"/>
              <w:jc w:val="both"/>
            </w:pPr>
            <w:r>
              <w:rPr>
                <w:b/>
                <w:bCs/>
                <w:color w:val="FFFFFF"/>
                <w:rtl/>
              </w:rPr>
              <w:t>תנאי</w:t>
            </w:r>
          </w:p>
        </w:tc>
      </w:tr>
      <w:tr>
        <w:tc>
          <w:tcPr>
            <w:tcW w:type="dxa" w:w="2494"/>
          </w:tcPr>
          <w:p>
            <w:pPr>
              <w:bidi/>
              <w:spacing w:before="0" w:after="40"/>
              <w:jc w:val="both"/>
            </w:pPr>
            <w:r>
              <w:rPr>
                <w:rtl/>
              </w:rPr>
              <w:t>כי, מפני ש־</w:t>
            </w:r>
          </w:p>
        </w:tc>
        <w:tc>
          <w:tcPr>
            <w:tcW w:type="dxa" w:w="2494"/>
          </w:tcPr>
          <w:p>
            <w:pPr>
              <w:bidi/>
              <w:spacing w:before="0" w:after="40"/>
              <w:jc w:val="both"/>
            </w:pPr>
            <w:r>
              <w:rPr>
                <w:rtl/>
              </w:rPr>
              <w:t>לכן, לפיכך</w:t>
            </w:r>
          </w:p>
        </w:tc>
        <w:tc>
          <w:tcPr>
            <w:tcW w:type="dxa" w:w="2494"/>
          </w:tcPr>
          <w:p>
            <w:pPr>
              <w:bidi/>
              <w:spacing w:before="0" w:after="40"/>
              <w:jc w:val="both"/>
            </w:pPr>
            <w:r>
              <w:rPr>
                <w:rtl/>
              </w:rPr>
              <w:t>אבל, אולם</w:t>
            </w:r>
          </w:p>
        </w:tc>
        <w:tc>
          <w:tcPr>
            <w:tcW w:type="dxa" w:w="2494"/>
          </w:tcPr>
          <w:p>
            <w:pPr>
              <w:bidi/>
              <w:spacing w:before="0" w:after="40"/>
              <w:jc w:val="both"/>
            </w:pPr>
            <w:r>
              <w:rPr>
                <w:rtl/>
              </w:rPr>
              <w:t>אם, בתנאי ש־</w:t>
            </w:r>
          </w:p>
        </w:tc>
      </w:tr>
    </w:tbl>
    <w:p>
      <w:pPr>
        <w:bidi/>
        <w:spacing w:before="0" w:after="40"/>
        <w:jc w:val="both"/>
      </w:pPr>
    </w:p>
    <w:p>
      <w:pPr>
        <w:bidi/>
        <w:spacing w:before="160" w:after="60"/>
        <w:jc w:val="both"/>
      </w:pPr>
      <w:r>
        <w:rPr>
          <w:b/>
          <w:bCs/>
          <w:sz w:val="26"/>
          <w:szCs w:val="26"/>
          <w:rtl/>
        </w:rPr>
        <w:t>5. העבירו לדיבור עקיף.</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דיבור ישיר</w:t>
            </w:r>
          </w:p>
        </w:tc>
        <w:tc>
          <w:tcPr>
            <w:tcW w:type="dxa" w:w="4989"/>
            <w:shd w:val="clear" w:color="auto" w:fill="9f1239"/>
          </w:tcPr>
          <w:p>
            <w:pPr>
              <w:bidi/>
              <w:spacing w:before="0" w:after="40"/>
              <w:jc w:val="both"/>
            </w:pPr>
            <w:r>
              <w:rPr>
                <w:b/>
                <w:bCs/>
                <w:color w:val="FFFFFF"/>
                <w:rtl/>
              </w:rPr>
              <w:t>דיבור עקיף</w:t>
            </w:r>
          </w:p>
        </w:tc>
      </w:tr>
      <w:tr>
        <w:tc>
          <w:tcPr>
            <w:tcW w:type="dxa" w:w="4989"/>
          </w:tcPr>
          <w:p>
            <w:pPr>
              <w:bidi/>
              <w:spacing w:before="0" w:after="40"/>
              <w:jc w:val="both"/>
            </w:pPr>
            <w:r>
              <w:rPr>
                <w:rtl/>
              </w:rPr>
              <w:t>מיכל אמרה: «אני מוכנה».</w:t>
            </w:r>
          </w:p>
        </w:tc>
        <w:tc>
          <w:tcPr>
            <w:tcW w:type="dxa" w:w="4989"/>
          </w:tcPr>
          <w:p>
            <w:pPr>
              <w:bidi/>
              <w:spacing w:before="0" w:after="40"/>
              <w:jc w:val="both"/>
            </w:pPr>
            <w:r>
              <w:rPr>
                <w:color w:val="0F7A4F"/>
                <w:rtl/>
              </w:rPr>
              <w:t>מיכל אמרה שהיא מוכנה.</w:t>
            </w:r>
          </w:p>
        </w:tc>
      </w:tr>
      <w:tr>
        <w:tc>
          <w:tcPr>
            <w:tcW w:type="dxa" w:w="4989"/>
          </w:tcPr>
          <w:p>
            <w:pPr>
              <w:bidi/>
              <w:spacing w:before="0" w:after="40"/>
              <w:jc w:val="both"/>
            </w:pPr>
            <w:r>
              <w:rPr>
                <w:rtl/>
              </w:rPr>
              <w:t>המאמן שאל: «מי מגיע לאימון?»</w:t>
            </w:r>
          </w:p>
        </w:tc>
        <w:tc>
          <w:tcPr>
            <w:tcW w:type="dxa" w:w="4989"/>
          </w:tcPr>
          <w:p>
            <w:pPr>
              <w:bidi/>
              <w:spacing w:before="0" w:after="40"/>
              <w:jc w:val="both"/>
            </w:pPr>
            <w:r>
              <w:rPr>
                <w:color w:val="0F7A4F"/>
                <w:rtl/>
              </w:rPr>
              <w:t>המאמן שאל מי מגיע לאימון.</w:t>
            </w:r>
          </w:p>
        </w:tc>
      </w:tr>
    </w:tbl>
    <w:p>
      <w:pPr>
        <w:bidi/>
        <w:spacing w:before="0" w:after="40"/>
        <w:jc w:val="both"/>
      </w:pPr>
    </w:p>
    <w:p>
      <w:pPr>
        <w:bidi/>
        <w:spacing w:before="160" w:after="60"/>
        <w:jc w:val="both"/>
      </w:pPr>
      <w:r>
        <w:rPr>
          <w:b/>
          <w:bCs/>
          <w:sz w:val="26"/>
          <w:szCs w:val="26"/>
          <w:rtl/>
        </w:rPr>
        <w:t>6. נכון או לא נכון? תקנו את הלא נכונים.</w:t>
      </w:r>
    </w:p>
    <w:p>
      <w:pPr>
        <w:bidi/>
        <w:spacing w:before="0" w:after="40"/>
        <w:jc w:val="both"/>
      </w:pPr>
      <w:r>
        <w:rPr>
          <w:rtl/>
        </w:rPr>
        <w:t>א. בסמיכות ה"א הידיעה באה לפני המילה השנייה. – נכון</w:t>
      </w:r>
    </w:p>
    <w:p>
      <w:pPr>
        <w:bidi/>
        <w:spacing w:before="0" w:after="40"/>
        <w:jc w:val="both"/>
      </w:pPr>
      <w:r>
        <w:rPr>
          <w:rtl/>
        </w:rPr>
        <w:t>ב. «אומץ» הוא שם פעולה. – לא נכון – «אומץ» הוא שם עצם מופשט</w:t>
      </w:r>
    </w:p>
    <w:p>
      <w:pPr>
        <w:bidi/>
        <w:spacing w:before="0" w:after="40"/>
        <w:jc w:val="both"/>
      </w:pPr>
      <w:r>
        <w:rPr>
          <w:rtl/>
        </w:rPr>
        <w:t>ג. הנדון במכתב רשמי צריך להיות ארוך ומפורט. – לא נכון – הנדון קצר ומדויק</w:t>
      </w:r>
    </w:p>
    <w:p>
      <w:pPr>
        <w:bidi/>
        <w:spacing w:before="0" w:after="40"/>
        <w:jc w:val="both"/>
      </w:pPr>
      <w:r>
        <w:rPr>
          <w:rtl/>
        </w:rPr>
        <w:t>ד. עובדה אפשר לבדוק ולהוכיח. – נכון</w:t>
      </w:r>
    </w:p>
    <w:p>
      <w:pPr>
        <w:bidi/>
        <w:spacing w:before="160" w:after="60"/>
        <w:jc w:val="both"/>
      </w:pPr>
      <w:r>
        <w:rPr>
          <w:b/>
          <w:bCs/>
          <w:sz w:val="26"/>
          <w:szCs w:val="26"/>
          <w:rtl/>
        </w:rPr>
        <w:t>7. כתבו פסקה מנומקת (4–5 משפטים) בנושא «האם כדאי לקיים טיול שנתי גם בחורף?». כתבו טענה, שני נימוקים וסגיר, והשתמשו בשתי מילות קישור לפחות.</w:t>
      </w:r>
    </w:p>
    <w:p>
      <w:pPr>
        <w:bidi/>
        <w:spacing w:before="0" w:after="80"/>
        <w:jc w:val="both"/>
      </w:pPr>
      <w:r>
        <w:rPr>
          <w:color w:val="0F7A4F"/>
          <w:rtl/>
        </w:rPr>
        <w:t>תשובה אפשרית: מחוון: טענה ברורה (1); שני נימוקים עם הצדקה (2); סגיר (1); מילות קישור מתאימות ולשון תקינה (1).</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